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08CC4" w14:textId="77777777" w:rsidR="00CF169E" w:rsidRDefault="0069225A">
      <w:pPr>
        <w:spacing w:after="0"/>
        <w:jc w:val="center"/>
      </w:pPr>
      <w:r>
        <w:rPr>
          <w:noProof/>
          <w:lang w:val="tr-TR" w:eastAsia="tr-TR"/>
        </w:rPr>
        <mc:AlternateContent>
          <mc:Choice Requires="wps">
            <w:drawing>
              <wp:anchor distT="0" distB="0" distL="114300" distR="114300" simplePos="0" relativeHeight="251659264" behindDoc="0" locked="0" layoutInCell="1" allowOverlap="1" wp14:anchorId="0313631D" wp14:editId="1CB384DE">
                <wp:simplePos x="0" y="0"/>
                <wp:positionH relativeFrom="column">
                  <wp:posOffset>2080260</wp:posOffset>
                </wp:positionH>
                <wp:positionV relativeFrom="paragraph">
                  <wp:posOffset>5135880</wp:posOffset>
                </wp:positionV>
                <wp:extent cx="4396740" cy="723900"/>
                <wp:effectExtent l="0" t="0" r="22860" b="1905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6740" cy="723900"/>
                        </a:xfrm>
                        <a:prstGeom prst="rect">
                          <a:avLst/>
                        </a:prstGeom>
                        <a:noFill/>
                        <a:ln w="6350">
                          <a:solidFill>
                            <a:prstClr val="black"/>
                          </a:solidFill>
                        </a:ln>
                      </wps:spPr>
                      <wps:txbx>
                        <w:txbxContent>
                          <w:p w14:paraId="576583FD" w14:textId="4E302D11" w:rsidR="00A41D5D" w:rsidRPr="00214016" w:rsidRDefault="00A41D5D">
                            <w:pPr>
                              <w:rPr>
                                <w:color w:val="B99C71"/>
                                <w:sz w:val="40"/>
                                <w:szCs w:val="40"/>
                                <w:lang w:val="tr-TR"/>
                              </w:rPr>
                            </w:pPr>
                            <w:r>
                              <w:rPr>
                                <w:color w:val="B99C71"/>
                                <w:sz w:val="40"/>
                                <w:szCs w:val="40"/>
                                <w:lang w:val="tr-TR"/>
                              </w:rPr>
                              <w:t>KALE TURİZM VE OTEL İŞLETMECİLİĞİ MYO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3631D" id="_x0000_t202" coordsize="21600,21600" o:spt="202" path="m,l,21600r21600,l21600,xe">
                <v:stroke joinstyle="miter"/>
                <v:path gradientshapeok="t" o:connecttype="rect"/>
              </v:shapetype>
              <v:shape id="Metin Kutusu 4" o:spid="_x0000_s1026" type="#_x0000_t202" style="position:absolute;left:0;text-align:left;margin-left:163.8pt;margin-top:404.4pt;width:346.2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" filled="f" strokeweight=".5pt">
                <v:path arrowok="t"/>
                <v:textbox>
                  <w:txbxContent>
                    <w:p w14:paraId="576583FD" w14:textId="4E302D11" w:rsidR="00A41D5D" w:rsidRPr="00214016" w:rsidRDefault="00A41D5D">
                      <w:pPr>
                        <w:rPr>
                          <w:color w:val="B99C71"/>
                          <w:sz w:val="40"/>
                          <w:szCs w:val="40"/>
                          <w:lang w:val="tr-TR"/>
                        </w:rPr>
                      </w:pPr>
                      <w:r>
                        <w:rPr>
                          <w:color w:val="B99C71"/>
                          <w:sz w:val="40"/>
                          <w:szCs w:val="40"/>
                          <w:lang w:val="tr-TR"/>
                        </w:rPr>
                        <w:t>KALE TURİZM VE OTEL İŞLETMECİLİĞİ MYO</w:t>
                      </w:r>
                    </w:p>
                  </w:txbxContent>
                </v:textbox>
              </v:shape>
            </w:pict>
          </mc:Fallback>
        </mc:AlternateContent>
      </w:r>
      <w:r w:rsidR="009E23B3">
        <w:rPr>
          <w:noProof/>
          <w:lang w:val="tr-TR" w:eastAsia="tr-TR"/>
        </w:rPr>
        <w:drawing>
          <wp:inline distT="0" distB="0" distL="0" distR="0" wp14:anchorId="0E6206C3" wp14:editId="61AA0F86">
            <wp:extent cx="7560310" cy="10692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TYA (1).png"/>
                    <pic:cNvPicPr/>
                  </pic:nvPicPr>
                  <pic:blipFill>
                    <a:blip r:embed="rId8"/>
                    <a:stretch>
                      <a:fillRect/>
                    </a:stretch>
                  </pic:blipFill>
                  <pic:spPr>
                    <a:xfrm>
                      <a:off x="0" y="0"/>
                      <a:ext cx="7560310" cy="10692130"/>
                    </a:xfrm>
                    <a:prstGeom prst="rect">
                      <a:avLst/>
                    </a:prstGeom>
                  </pic:spPr>
                </pic:pic>
              </a:graphicData>
            </a:graphic>
          </wp:inline>
        </w:drawing>
      </w:r>
    </w:p>
    <w:p w14:paraId="3B0523E1" w14:textId="77777777" w:rsidR="00CF169E" w:rsidRDefault="00CF169E">
      <w:pPr>
        <w:sectPr w:rsidR="00CF169E">
          <w:pgSz w:w="11906" w:h="16838"/>
          <w:pgMar w:top="0" w:right="0" w:bottom="0" w:left="0" w:header="0" w:footer="0" w:gutter="0"/>
          <w:cols w:space="720"/>
          <w:docGrid w:linePitch="360"/>
        </w:sectPr>
      </w:pPr>
    </w:p>
    <w:p w14:paraId="4F3E3F10" w14:textId="77777777" w:rsidR="00CF169E" w:rsidRDefault="00CF169E">
      <w:pPr>
        <w:spacing w:after="0"/>
      </w:pPr>
    </w:p>
    <w:p w14:paraId="220617DD" w14:textId="77777777" w:rsidR="00E24BA4" w:rsidRPr="003277ED" w:rsidRDefault="00E24BA4" w:rsidP="00E24BA4">
      <w:pPr>
        <w:jc w:val="center"/>
        <w:rPr>
          <w:rFonts w:cs="Arial"/>
          <w:b/>
          <w:bCs/>
          <w:color w:val="262F59"/>
          <w:sz w:val="32"/>
          <w:szCs w:val="32"/>
        </w:rPr>
      </w:pPr>
      <w:r w:rsidRPr="003277ED">
        <w:rPr>
          <w:rFonts w:cs="Arial"/>
          <w:bCs/>
          <w:color w:val="262F59"/>
          <w:sz w:val="32"/>
          <w:szCs w:val="32"/>
        </w:rPr>
        <w:t>BİRİM FAALİYET RAPORU</w:t>
      </w:r>
    </w:p>
    <w:sdt>
      <w:sdtPr>
        <w:rPr>
          <w:rFonts w:asciiTheme="minorHAnsi" w:eastAsiaTheme="minorHAnsi" w:hAnsiTheme="minorHAnsi" w:cs="Arial"/>
          <w:b w:val="0"/>
          <w:bCs w:val="0"/>
          <w:color w:val="auto"/>
          <w:sz w:val="22"/>
          <w:szCs w:val="22"/>
        </w:rPr>
        <w:id w:val="1032620374"/>
        <w:docPartObj>
          <w:docPartGallery w:val="Table of Contents"/>
          <w:docPartUnique/>
        </w:docPartObj>
      </w:sdtPr>
      <w:sdtEndPr>
        <w:rPr>
          <w:rFonts w:eastAsiaTheme="minorEastAsia"/>
        </w:rPr>
      </w:sdtEndPr>
      <w:sdtContent>
        <w:p w14:paraId="5ECE44F6" w14:textId="77777777" w:rsidR="00E24BA4" w:rsidRPr="003277ED" w:rsidRDefault="00E24BA4" w:rsidP="00E24BA4">
          <w:pPr>
            <w:pStyle w:val="TBal"/>
            <w:rPr>
              <w:rFonts w:asciiTheme="minorHAnsi" w:hAnsiTheme="minorHAnsi" w:cs="Arial"/>
            </w:rPr>
          </w:pPr>
          <w:r w:rsidRPr="003277ED">
            <w:rPr>
              <w:rFonts w:asciiTheme="minorHAnsi" w:hAnsiTheme="minorHAnsi" w:cs="Arial"/>
            </w:rPr>
            <w:t>İçindekiler</w:t>
          </w:r>
        </w:p>
        <w:p w14:paraId="2A387CBE" w14:textId="00730905" w:rsidR="007F72BE" w:rsidRDefault="00F03AD0">
          <w:pPr>
            <w:pStyle w:val="T2"/>
            <w:tabs>
              <w:tab w:val="right" w:leader="dot" w:pos="9062"/>
            </w:tabs>
            <w:rPr>
              <w:noProof/>
              <w:lang w:val="tr-TR" w:eastAsia="tr-TR"/>
            </w:rPr>
          </w:pPr>
          <w:r w:rsidRPr="00BE4871">
            <w:rPr>
              <w:rFonts w:cs="Arial"/>
              <w:sz w:val="16"/>
              <w:szCs w:val="16"/>
            </w:rPr>
            <w:fldChar w:fldCharType="begin"/>
          </w:r>
          <w:r w:rsidR="00E24BA4" w:rsidRPr="00BE4871">
            <w:rPr>
              <w:rFonts w:cs="Arial"/>
              <w:sz w:val="16"/>
              <w:szCs w:val="16"/>
            </w:rPr>
            <w:instrText xml:space="preserve"> TOC \o "1-4" \h \z \u </w:instrText>
          </w:r>
          <w:r w:rsidRPr="00BE4871">
            <w:rPr>
              <w:rFonts w:cs="Arial"/>
              <w:sz w:val="16"/>
              <w:szCs w:val="16"/>
            </w:rPr>
            <w:fldChar w:fldCharType="separate"/>
          </w:r>
          <w:hyperlink w:anchor="_Toc217311492" w:history="1">
            <w:r w:rsidR="007F72BE" w:rsidRPr="00861228">
              <w:rPr>
                <w:rStyle w:val="Kpr"/>
                <w:rFonts w:cs="Arial"/>
                <w:noProof/>
              </w:rPr>
              <w:t>SUNUŞ</w:t>
            </w:r>
            <w:r w:rsidR="007F72BE">
              <w:rPr>
                <w:noProof/>
                <w:webHidden/>
              </w:rPr>
              <w:tab/>
            </w:r>
            <w:r>
              <w:rPr>
                <w:noProof/>
                <w:webHidden/>
              </w:rPr>
              <w:fldChar w:fldCharType="begin"/>
            </w:r>
            <w:r w:rsidR="007F72BE">
              <w:rPr>
                <w:noProof/>
                <w:webHidden/>
              </w:rPr>
              <w:instrText xml:space="preserve"> PAGEREF _Toc217311492 \h </w:instrText>
            </w:r>
            <w:r>
              <w:rPr>
                <w:noProof/>
                <w:webHidden/>
              </w:rPr>
            </w:r>
            <w:r>
              <w:rPr>
                <w:noProof/>
                <w:webHidden/>
              </w:rPr>
              <w:fldChar w:fldCharType="separate"/>
            </w:r>
            <w:r w:rsidR="00855C8F">
              <w:rPr>
                <w:noProof/>
                <w:webHidden/>
              </w:rPr>
              <w:t>4</w:t>
            </w:r>
            <w:r>
              <w:rPr>
                <w:noProof/>
                <w:webHidden/>
              </w:rPr>
              <w:fldChar w:fldCharType="end"/>
            </w:r>
          </w:hyperlink>
        </w:p>
        <w:p w14:paraId="541643AA" w14:textId="48884D53" w:rsidR="007F72BE" w:rsidRDefault="00225962">
          <w:pPr>
            <w:pStyle w:val="T1"/>
            <w:tabs>
              <w:tab w:val="left" w:pos="442"/>
              <w:tab w:val="right" w:leader="dot" w:pos="9062"/>
            </w:tabs>
            <w:rPr>
              <w:noProof/>
              <w:lang w:val="tr-TR" w:eastAsia="tr-TR"/>
            </w:rPr>
          </w:pPr>
          <w:hyperlink w:anchor="_Toc217311493" w:history="1">
            <w:r w:rsidR="007F72BE" w:rsidRPr="00861228">
              <w:rPr>
                <w:rStyle w:val="Kpr"/>
                <w:noProof/>
              </w:rPr>
              <w:t>I.</w:t>
            </w:r>
            <w:r w:rsidR="007F72BE">
              <w:rPr>
                <w:noProof/>
                <w:lang w:val="tr-TR" w:eastAsia="tr-TR"/>
              </w:rPr>
              <w:tab/>
            </w:r>
            <w:r w:rsidR="007F72BE" w:rsidRPr="00861228">
              <w:rPr>
                <w:rStyle w:val="Kpr"/>
                <w:noProof/>
              </w:rPr>
              <w:t>GENEL BİLGİLER</w:t>
            </w:r>
            <w:r w:rsidR="007F72BE">
              <w:rPr>
                <w:noProof/>
                <w:webHidden/>
              </w:rPr>
              <w:tab/>
            </w:r>
            <w:r w:rsidR="00F03AD0">
              <w:rPr>
                <w:noProof/>
                <w:webHidden/>
              </w:rPr>
              <w:fldChar w:fldCharType="begin"/>
            </w:r>
            <w:r w:rsidR="007F72BE">
              <w:rPr>
                <w:noProof/>
                <w:webHidden/>
              </w:rPr>
              <w:instrText xml:space="preserve"> PAGEREF _Toc217311493 \h </w:instrText>
            </w:r>
            <w:r w:rsidR="00F03AD0">
              <w:rPr>
                <w:noProof/>
                <w:webHidden/>
              </w:rPr>
            </w:r>
            <w:r w:rsidR="00F03AD0">
              <w:rPr>
                <w:noProof/>
                <w:webHidden/>
              </w:rPr>
              <w:fldChar w:fldCharType="separate"/>
            </w:r>
            <w:r w:rsidR="00855C8F">
              <w:rPr>
                <w:noProof/>
                <w:webHidden/>
              </w:rPr>
              <w:t>5</w:t>
            </w:r>
            <w:r w:rsidR="00F03AD0">
              <w:rPr>
                <w:noProof/>
                <w:webHidden/>
              </w:rPr>
              <w:fldChar w:fldCharType="end"/>
            </w:r>
          </w:hyperlink>
        </w:p>
        <w:p w14:paraId="752EA4E6" w14:textId="3C85CB64" w:rsidR="007F72BE" w:rsidRDefault="00225962">
          <w:pPr>
            <w:pStyle w:val="T2"/>
            <w:tabs>
              <w:tab w:val="right" w:leader="dot" w:pos="9062"/>
            </w:tabs>
            <w:rPr>
              <w:noProof/>
              <w:lang w:val="tr-TR" w:eastAsia="tr-TR"/>
            </w:rPr>
          </w:pPr>
          <w:hyperlink w:anchor="_Toc217311494" w:history="1">
            <w:r w:rsidR="007F72BE" w:rsidRPr="00861228">
              <w:rPr>
                <w:rStyle w:val="Kpr"/>
                <w:noProof/>
              </w:rPr>
              <w:t>A. Birimin Misyonu ve Vizyonu</w:t>
            </w:r>
            <w:r w:rsidR="007F72BE">
              <w:rPr>
                <w:noProof/>
                <w:webHidden/>
              </w:rPr>
              <w:tab/>
            </w:r>
            <w:r w:rsidR="00F03AD0">
              <w:rPr>
                <w:noProof/>
                <w:webHidden/>
              </w:rPr>
              <w:fldChar w:fldCharType="begin"/>
            </w:r>
            <w:r w:rsidR="007F72BE">
              <w:rPr>
                <w:noProof/>
                <w:webHidden/>
              </w:rPr>
              <w:instrText xml:space="preserve"> PAGEREF _Toc217311494 \h </w:instrText>
            </w:r>
            <w:r w:rsidR="00F03AD0">
              <w:rPr>
                <w:noProof/>
                <w:webHidden/>
              </w:rPr>
            </w:r>
            <w:r w:rsidR="00F03AD0">
              <w:rPr>
                <w:noProof/>
                <w:webHidden/>
              </w:rPr>
              <w:fldChar w:fldCharType="separate"/>
            </w:r>
            <w:r w:rsidR="00855C8F">
              <w:rPr>
                <w:noProof/>
                <w:webHidden/>
              </w:rPr>
              <w:t>5</w:t>
            </w:r>
            <w:r w:rsidR="00F03AD0">
              <w:rPr>
                <w:noProof/>
                <w:webHidden/>
              </w:rPr>
              <w:fldChar w:fldCharType="end"/>
            </w:r>
          </w:hyperlink>
        </w:p>
        <w:p w14:paraId="19790B16" w14:textId="583E1484" w:rsidR="007F72BE" w:rsidRDefault="00225962">
          <w:pPr>
            <w:pStyle w:val="T2"/>
            <w:tabs>
              <w:tab w:val="right" w:leader="dot" w:pos="9062"/>
            </w:tabs>
            <w:rPr>
              <w:noProof/>
              <w:lang w:val="tr-TR" w:eastAsia="tr-TR"/>
            </w:rPr>
          </w:pPr>
          <w:hyperlink w:anchor="_Toc217311495" w:history="1">
            <w:r w:rsidR="007F72BE" w:rsidRPr="00861228">
              <w:rPr>
                <w:rStyle w:val="Kpr"/>
                <w:noProof/>
              </w:rPr>
              <w:t>B.YETKİ, GÖREV VE SORUMLULUKLAR</w:t>
            </w:r>
            <w:r w:rsidR="007F72BE">
              <w:rPr>
                <w:noProof/>
                <w:webHidden/>
              </w:rPr>
              <w:tab/>
            </w:r>
            <w:r w:rsidR="00F03AD0">
              <w:rPr>
                <w:noProof/>
                <w:webHidden/>
              </w:rPr>
              <w:fldChar w:fldCharType="begin"/>
            </w:r>
            <w:r w:rsidR="007F72BE">
              <w:rPr>
                <w:noProof/>
                <w:webHidden/>
              </w:rPr>
              <w:instrText xml:space="preserve"> PAGEREF _Toc217311495 \h </w:instrText>
            </w:r>
            <w:r w:rsidR="00F03AD0">
              <w:rPr>
                <w:noProof/>
                <w:webHidden/>
              </w:rPr>
            </w:r>
            <w:r w:rsidR="00F03AD0">
              <w:rPr>
                <w:noProof/>
                <w:webHidden/>
              </w:rPr>
              <w:fldChar w:fldCharType="separate"/>
            </w:r>
            <w:r w:rsidR="00855C8F">
              <w:rPr>
                <w:noProof/>
                <w:webHidden/>
              </w:rPr>
              <w:t>6</w:t>
            </w:r>
            <w:r w:rsidR="00F03AD0">
              <w:rPr>
                <w:noProof/>
                <w:webHidden/>
              </w:rPr>
              <w:fldChar w:fldCharType="end"/>
            </w:r>
          </w:hyperlink>
        </w:p>
        <w:p w14:paraId="53AB0476" w14:textId="56C0F62D" w:rsidR="007F72BE" w:rsidRDefault="00225962">
          <w:pPr>
            <w:pStyle w:val="T2"/>
            <w:tabs>
              <w:tab w:val="right" w:leader="dot" w:pos="9062"/>
            </w:tabs>
            <w:rPr>
              <w:noProof/>
              <w:lang w:val="tr-TR" w:eastAsia="tr-TR"/>
            </w:rPr>
          </w:pPr>
          <w:hyperlink w:anchor="_Toc217311496" w:history="1">
            <w:r w:rsidR="007F72BE" w:rsidRPr="00861228">
              <w:rPr>
                <w:rStyle w:val="Kpr"/>
                <w:noProof/>
              </w:rPr>
              <w:t>C.BİRİME İLİŞKİN BİLGİLER</w:t>
            </w:r>
            <w:r w:rsidR="007F72BE">
              <w:rPr>
                <w:noProof/>
                <w:webHidden/>
              </w:rPr>
              <w:tab/>
            </w:r>
            <w:r w:rsidR="00F03AD0">
              <w:rPr>
                <w:noProof/>
                <w:webHidden/>
              </w:rPr>
              <w:fldChar w:fldCharType="begin"/>
            </w:r>
            <w:r w:rsidR="007F72BE">
              <w:rPr>
                <w:noProof/>
                <w:webHidden/>
              </w:rPr>
              <w:instrText xml:space="preserve"> PAGEREF _Toc217311496 \h </w:instrText>
            </w:r>
            <w:r w:rsidR="00F03AD0">
              <w:rPr>
                <w:noProof/>
                <w:webHidden/>
              </w:rPr>
            </w:r>
            <w:r w:rsidR="00F03AD0">
              <w:rPr>
                <w:noProof/>
                <w:webHidden/>
              </w:rPr>
              <w:fldChar w:fldCharType="separate"/>
            </w:r>
            <w:r w:rsidR="00855C8F">
              <w:rPr>
                <w:noProof/>
                <w:webHidden/>
              </w:rPr>
              <w:t>8</w:t>
            </w:r>
            <w:r w:rsidR="00F03AD0">
              <w:rPr>
                <w:noProof/>
                <w:webHidden/>
              </w:rPr>
              <w:fldChar w:fldCharType="end"/>
            </w:r>
          </w:hyperlink>
        </w:p>
        <w:p w14:paraId="62D708EB" w14:textId="795F8465" w:rsidR="007F72BE" w:rsidRDefault="00225962">
          <w:pPr>
            <w:pStyle w:val="T2"/>
            <w:tabs>
              <w:tab w:val="right" w:leader="dot" w:pos="9062"/>
            </w:tabs>
            <w:rPr>
              <w:noProof/>
              <w:lang w:val="tr-TR" w:eastAsia="tr-TR"/>
            </w:rPr>
          </w:pPr>
          <w:hyperlink w:anchor="_Toc217311497" w:history="1">
            <w:r w:rsidR="007F72BE" w:rsidRPr="00861228">
              <w:rPr>
                <w:rStyle w:val="Kpr"/>
                <w:noProof/>
              </w:rPr>
              <w:t>1. Fiziksel, Teknolojik Kaynaklar</w:t>
            </w:r>
            <w:r w:rsidR="007F72BE">
              <w:rPr>
                <w:noProof/>
                <w:webHidden/>
              </w:rPr>
              <w:tab/>
            </w:r>
            <w:r w:rsidR="00F03AD0">
              <w:rPr>
                <w:noProof/>
                <w:webHidden/>
              </w:rPr>
              <w:fldChar w:fldCharType="begin"/>
            </w:r>
            <w:r w:rsidR="007F72BE">
              <w:rPr>
                <w:noProof/>
                <w:webHidden/>
              </w:rPr>
              <w:instrText xml:space="preserve"> PAGEREF _Toc217311497 \h </w:instrText>
            </w:r>
            <w:r w:rsidR="00F03AD0">
              <w:rPr>
                <w:noProof/>
                <w:webHidden/>
              </w:rPr>
            </w:r>
            <w:r w:rsidR="00F03AD0">
              <w:rPr>
                <w:noProof/>
                <w:webHidden/>
              </w:rPr>
              <w:fldChar w:fldCharType="separate"/>
            </w:r>
            <w:r w:rsidR="00855C8F">
              <w:rPr>
                <w:noProof/>
                <w:webHidden/>
              </w:rPr>
              <w:t>8</w:t>
            </w:r>
            <w:r w:rsidR="00F03AD0">
              <w:rPr>
                <w:noProof/>
                <w:webHidden/>
              </w:rPr>
              <w:fldChar w:fldCharType="end"/>
            </w:r>
          </w:hyperlink>
        </w:p>
        <w:p w14:paraId="6E7E0858" w14:textId="6EB517A0" w:rsidR="007F72BE" w:rsidRDefault="00225962">
          <w:pPr>
            <w:pStyle w:val="T2"/>
            <w:tabs>
              <w:tab w:val="right" w:leader="dot" w:pos="9062"/>
            </w:tabs>
            <w:rPr>
              <w:noProof/>
              <w:lang w:val="tr-TR" w:eastAsia="tr-TR"/>
            </w:rPr>
          </w:pPr>
          <w:hyperlink w:anchor="_Toc217311498" w:history="1">
            <w:r w:rsidR="007F72BE" w:rsidRPr="00861228">
              <w:rPr>
                <w:rStyle w:val="Kpr"/>
                <w:noProof/>
              </w:rPr>
              <w:t>2. Teşkilat Şeması</w:t>
            </w:r>
            <w:r w:rsidR="007F72BE">
              <w:rPr>
                <w:noProof/>
                <w:webHidden/>
              </w:rPr>
              <w:tab/>
            </w:r>
            <w:r w:rsidR="00F03AD0">
              <w:rPr>
                <w:noProof/>
                <w:webHidden/>
              </w:rPr>
              <w:fldChar w:fldCharType="begin"/>
            </w:r>
            <w:r w:rsidR="007F72BE">
              <w:rPr>
                <w:noProof/>
                <w:webHidden/>
              </w:rPr>
              <w:instrText xml:space="preserve"> PAGEREF _Toc217311498 \h </w:instrText>
            </w:r>
            <w:r w:rsidR="00F03AD0">
              <w:rPr>
                <w:noProof/>
                <w:webHidden/>
              </w:rPr>
            </w:r>
            <w:r w:rsidR="00F03AD0">
              <w:rPr>
                <w:noProof/>
                <w:webHidden/>
              </w:rPr>
              <w:fldChar w:fldCharType="separate"/>
            </w:r>
            <w:r w:rsidR="00855C8F">
              <w:rPr>
                <w:noProof/>
                <w:webHidden/>
              </w:rPr>
              <w:t>9</w:t>
            </w:r>
            <w:r w:rsidR="00F03AD0">
              <w:rPr>
                <w:noProof/>
                <w:webHidden/>
              </w:rPr>
              <w:fldChar w:fldCharType="end"/>
            </w:r>
          </w:hyperlink>
        </w:p>
        <w:p w14:paraId="7413042A" w14:textId="388F8EB7" w:rsidR="007F72BE" w:rsidRDefault="00225962">
          <w:pPr>
            <w:pStyle w:val="T2"/>
            <w:tabs>
              <w:tab w:val="right" w:leader="dot" w:pos="9062"/>
            </w:tabs>
            <w:rPr>
              <w:noProof/>
              <w:lang w:val="tr-TR" w:eastAsia="tr-TR"/>
            </w:rPr>
          </w:pPr>
          <w:hyperlink w:anchor="_Toc217311499" w:history="1">
            <w:r w:rsidR="007F72BE" w:rsidRPr="00861228">
              <w:rPr>
                <w:rStyle w:val="Kpr"/>
                <w:noProof/>
              </w:rPr>
              <w:t>3. Teknoloji ve Bilişim Altyapısı</w:t>
            </w:r>
            <w:r w:rsidR="007F72BE">
              <w:rPr>
                <w:noProof/>
                <w:webHidden/>
              </w:rPr>
              <w:tab/>
            </w:r>
            <w:r w:rsidR="00F03AD0">
              <w:rPr>
                <w:noProof/>
                <w:webHidden/>
              </w:rPr>
              <w:fldChar w:fldCharType="begin"/>
            </w:r>
            <w:r w:rsidR="007F72BE">
              <w:rPr>
                <w:noProof/>
                <w:webHidden/>
              </w:rPr>
              <w:instrText xml:space="preserve"> PAGEREF _Toc217311499 \h </w:instrText>
            </w:r>
            <w:r w:rsidR="00F03AD0">
              <w:rPr>
                <w:noProof/>
                <w:webHidden/>
              </w:rPr>
            </w:r>
            <w:r w:rsidR="00F03AD0">
              <w:rPr>
                <w:noProof/>
                <w:webHidden/>
              </w:rPr>
              <w:fldChar w:fldCharType="separate"/>
            </w:r>
            <w:r w:rsidR="00855C8F">
              <w:rPr>
                <w:noProof/>
                <w:webHidden/>
              </w:rPr>
              <w:t>13</w:t>
            </w:r>
            <w:r w:rsidR="00F03AD0">
              <w:rPr>
                <w:noProof/>
                <w:webHidden/>
              </w:rPr>
              <w:fldChar w:fldCharType="end"/>
            </w:r>
          </w:hyperlink>
        </w:p>
        <w:p w14:paraId="1893A430" w14:textId="4632CF6C" w:rsidR="007F72BE" w:rsidRDefault="00225962">
          <w:pPr>
            <w:pStyle w:val="T2"/>
            <w:tabs>
              <w:tab w:val="right" w:leader="dot" w:pos="9062"/>
            </w:tabs>
            <w:rPr>
              <w:noProof/>
              <w:lang w:val="tr-TR" w:eastAsia="tr-TR"/>
            </w:rPr>
          </w:pPr>
          <w:hyperlink w:anchor="_Toc217311500" w:history="1">
            <w:r w:rsidR="007F72BE" w:rsidRPr="00861228">
              <w:rPr>
                <w:rStyle w:val="Kpr"/>
                <w:noProof/>
              </w:rPr>
              <w:t>4. İnsan Kaynakları</w:t>
            </w:r>
            <w:r w:rsidR="007F72BE">
              <w:rPr>
                <w:noProof/>
                <w:webHidden/>
              </w:rPr>
              <w:tab/>
            </w:r>
            <w:r w:rsidR="00F03AD0">
              <w:rPr>
                <w:noProof/>
                <w:webHidden/>
              </w:rPr>
              <w:fldChar w:fldCharType="begin"/>
            </w:r>
            <w:r w:rsidR="007F72BE">
              <w:rPr>
                <w:noProof/>
                <w:webHidden/>
              </w:rPr>
              <w:instrText xml:space="preserve"> PAGEREF _Toc217311500 \h </w:instrText>
            </w:r>
            <w:r w:rsidR="00F03AD0">
              <w:rPr>
                <w:noProof/>
                <w:webHidden/>
              </w:rPr>
            </w:r>
            <w:r w:rsidR="00F03AD0">
              <w:rPr>
                <w:noProof/>
                <w:webHidden/>
              </w:rPr>
              <w:fldChar w:fldCharType="separate"/>
            </w:r>
            <w:r w:rsidR="00855C8F">
              <w:rPr>
                <w:noProof/>
                <w:webHidden/>
              </w:rPr>
              <w:t>14</w:t>
            </w:r>
            <w:r w:rsidR="00F03AD0">
              <w:rPr>
                <w:noProof/>
                <w:webHidden/>
              </w:rPr>
              <w:fldChar w:fldCharType="end"/>
            </w:r>
          </w:hyperlink>
        </w:p>
        <w:p w14:paraId="730E92B0" w14:textId="56B7AA6B" w:rsidR="007F72BE" w:rsidRDefault="00225962">
          <w:pPr>
            <w:pStyle w:val="T2"/>
            <w:tabs>
              <w:tab w:val="right" w:leader="dot" w:pos="9062"/>
            </w:tabs>
            <w:rPr>
              <w:noProof/>
              <w:lang w:val="tr-TR" w:eastAsia="tr-TR"/>
            </w:rPr>
          </w:pPr>
          <w:hyperlink w:anchor="_Toc217311501" w:history="1">
            <w:r w:rsidR="007F72BE" w:rsidRPr="00861228">
              <w:rPr>
                <w:rStyle w:val="Kpr"/>
                <w:noProof/>
              </w:rPr>
              <w:t>4.1. Akademik Personel</w:t>
            </w:r>
            <w:r w:rsidR="007F72BE">
              <w:rPr>
                <w:noProof/>
                <w:webHidden/>
              </w:rPr>
              <w:tab/>
            </w:r>
            <w:r w:rsidR="00F03AD0">
              <w:rPr>
                <w:noProof/>
                <w:webHidden/>
              </w:rPr>
              <w:fldChar w:fldCharType="begin"/>
            </w:r>
            <w:r w:rsidR="007F72BE">
              <w:rPr>
                <w:noProof/>
                <w:webHidden/>
              </w:rPr>
              <w:instrText xml:space="preserve"> PAGEREF _Toc217311501 \h </w:instrText>
            </w:r>
            <w:r w:rsidR="00F03AD0">
              <w:rPr>
                <w:noProof/>
                <w:webHidden/>
              </w:rPr>
            </w:r>
            <w:r w:rsidR="00F03AD0">
              <w:rPr>
                <w:noProof/>
                <w:webHidden/>
              </w:rPr>
              <w:fldChar w:fldCharType="separate"/>
            </w:r>
            <w:r w:rsidR="00855C8F">
              <w:rPr>
                <w:noProof/>
                <w:webHidden/>
              </w:rPr>
              <w:t>14</w:t>
            </w:r>
            <w:r w:rsidR="00F03AD0">
              <w:rPr>
                <w:noProof/>
                <w:webHidden/>
              </w:rPr>
              <w:fldChar w:fldCharType="end"/>
            </w:r>
          </w:hyperlink>
        </w:p>
        <w:p w14:paraId="111E4E32" w14:textId="4247B308" w:rsidR="007F72BE" w:rsidRDefault="00225962">
          <w:pPr>
            <w:pStyle w:val="T2"/>
            <w:tabs>
              <w:tab w:val="right" w:leader="dot" w:pos="9062"/>
            </w:tabs>
            <w:rPr>
              <w:noProof/>
              <w:lang w:val="tr-TR" w:eastAsia="tr-TR"/>
            </w:rPr>
          </w:pPr>
          <w:hyperlink w:anchor="_Toc217311502" w:history="1">
            <w:r w:rsidR="007F72BE" w:rsidRPr="00861228">
              <w:rPr>
                <w:rStyle w:val="Kpr"/>
                <w:noProof/>
              </w:rPr>
              <w:t>4.2. İdari Personel</w:t>
            </w:r>
            <w:r w:rsidR="007F72BE">
              <w:rPr>
                <w:noProof/>
                <w:webHidden/>
              </w:rPr>
              <w:tab/>
            </w:r>
            <w:r w:rsidR="00F03AD0">
              <w:rPr>
                <w:noProof/>
                <w:webHidden/>
              </w:rPr>
              <w:fldChar w:fldCharType="begin"/>
            </w:r>
            <w:r w:rsidR="007F72BE">
              <w:rPr>
                <w:noProof/>
                <w:webHidden/>
              </w:rPr>
              <w:instrText xml:space="preserve"> PAGEREF _Toc217311502 \h </w:instrText>
            </w:r>
            <w:r w:rsidR="00F03AD0">
              <w:rPr>
                <w:noProof/>
                <w:webHidden/>
              </w:rPr>
            </w:r>
            <w:r w:rsidR="00F03AD0">
              <w:rPr>
                <w:noProof/>
                <w:webHidden/>
              </w:rPr>
              <w:fldChar w:fldCharType="separate"/>
            </w:r>
            <w:r w:rsidR="00855C8F">
              <w:rPr>
                <w:noProof/>
                <w:webHidden/>
              </w:rPr>
              <w:t>14</w:t>
            </w:r>
            <w:r w:rsidR="00F03AD0">
              <w:rPr>
                <w:noProof/>
                <w:webHidden/>
              </w:rPr>
              <w:fldChar w:fldCharType="end"/>
            </w:r>
          </w:hyperlink>
        </w:p>
        <w:p w14:paraId="52AA8923" w14:textId="0B8417CE" w:rsidR="007F72BE" w:rsidRDefault="00225962">
          <w:pPr>
            <w:pStyle w:val="T2"/>
            <w:tabs>
              <w:tab w:val="right" w:leader="dot" w:pos="9062"/>
            </w:tabs>
            <w:rPr>
              <w:noProof/>
              <w:lang w:val="tr-TR" w:eastAsia="tr-TR"/>
            </w:rPr>
          </w:pPr>
          <w:hyperlink w:anchor="_Toc217311503" w:history="1">
            <w:r w:rsidR="007F72BE" w:rsidRPr="00861228">
              <w:rPr>
                <w:rStyle w:val="Kpr"/>
                <w:noProof/>
              </w:rPr>
              <w:t>5.Sunulan Hizmetler</w:t>
            </w:r>
            <w:r w:rsidR="007F72BE">
              <w:rPr>
                <w:noProof/>
                <w:webHidden/>
              </w:rPr>
              <w:tab/>
            </w:r>
            <w:r w:rsidR="00F03AD0">
              <w:rPr>
                <w:noProof/>
                <w:webHidden/>
              </w:rPr>
              <w:fldChar w:fldCharType="begin"/>
            </w:r>
            <w:r w:rsidR="007F72BE">
              <w:rPr>
                <w:noProof/>
                <w:webHidden/>
              </w:rPr>
              <w:instrText xml:space="preserve"> PAGEREF _Toc217311503 \h </w:instrText>
            </w:r>
            <w:r w:rsidR="00F03AD0">
              <w:rPr>
                <w:noProof/>
                <w:webHidden/>
              </w:rPr>
            </w:r>
            <w:r w:rsidR="00F03AD0">
              <w:rPr>
                <w:noProof/>
                <w:webHidden/>
              </w:rPr>
              <w:fldChar w:fldCharType="separate"/>
            </w:r>
            <w:r w:rsidR="00855C8F">
              <w:rPr>
                <w:noProof/>
                <w:webHidden/>
              </w:rPr>
              <w:t>15</w:t>
            </w:r>
            <w:r w:rsidR="00F03AD0">
              <w:rPr>
                <w:noProof/>
                <w:webHidden/>
              </w:rPr>
              <w:fldChar w:fldCharType="end"/>
            </w:r>
          </w:hyperlink>
        </w:p>
        <w:p w14:paraId="735BEDA9" w14:textId="28FC76BD" w:rsidR="007F72BE" w:rsidRDefault="00225962">
          <w:pPr>
            <w:pStyle w:val="T2"/>
            <w:tabs>
              <w:tab w:val="right" w:leader="dot" w:pos="9062"/>
            </w:tabs>
            <w:rPr>
              <w:noProof/>
              <w:lang w:val="tr-TR" w:eastAsia="tr-TR"/>
            </w:rPr>
          </w:pPr>
          <w:hyperlink w:anchor="_Toc217311504" w:history="1">
            <w:r w:rsidR="007F72BE" w:rsidRPr="00861228">
              <w:rPr>
                <w:rStyle w:val="Kpr"/>
                <w:noProof/>
              </w:rPr>
              <w:t>5.1. Eğitim-Öğretim  Faaliyetleri</w:t>
            </w:r>
            <w:r w:rsidR="007F72BE">
              <w:rPr>
                <w:noProof/>
                <w:webHidden/>
              </w:rPr>
              <w:tab/>
            </w:r>
            <w:r w:rsidR="00F03AD0">
              <w:rPr>
                <w:noProof/>
                <w:webHidden/>
              </w:rPr>
              <w:fldChar w:fldCharType="begin"/>
            </w:r>
            <w:r w:rsidR="007F72BE">
              <w:rPr>
                <w:noProof/>
                <w:webHidden/>
              </w:rPr>
              <w:instrText xml:space="preserve"> PAGEREF _Toc217311504 \h </w:instrText>
            </w:r>
            <w:r w:rsidR="00F03AD0">
              <w:rPr>
                <w:noProof/>
                <w:webHidden/>
              </w:rPr>
            </w:r>
            <w:r w:rsidR="00F03AD0">
              <w:rPr>
                <w:noProof/>
                <w:webHidden/>
              </w:rPr>
              <w:fldChar w:fldCharType="separate"/>
            </w:r>
            <w:r w:rsidR="00855C8F">
              <w:rPr>
                <w:noProof/>
                <w:webHidden/>
              </w:rPr>
              <w:t>15</w:t>
            </w:r>
            <w:r w:rsidR="00F03AD0">
              <w:rPr>
                <w:noProof/>
                <w:webHidden/>
              </w:rPr>
              <w:fldChar w:fldCharType="end"/>
            </w:r>
          </w:hyperlink>
        </w:p>
        <w:p w14:paraId="28B96674" w14:textId="2DC906A5" w:rsidR="007F72BE" w:rsidRDefault="00225962">
          <w:pPr>
            <w:pStyle w:val="T2"/>
            <w:tabs>
              <w:tab w:val="right" w:leader="dot" w:pos="9062"/>
            </w:tabs>
            <w:rPr>
              <w:noProof/>
              <w:lang w:val="tr-TR" w:eastAsia="tr-TR"/>
            </w:rPr>
          </w:pPr>
          <w:hyperlink w:anchor="_Toc217311505" w:history="1">
            <w:r w:rsidR="007F72BE" w:rsidRPr="00861228">
              <w:rPr>
                <w:rStyle w:val="Kpr"/>
                <w:noProof/>
              </w:rPr>
              <w:t>5.1.1. Öğrenci Verileri</w:t>
            </w:r>
            <w:r w:rsidR="007F72BE">
              <w:rPr>
                <w:noProof/>
                <w:webHidden/>
              </w:rPr>
              <w:tab/>
            </w:r>
            <w:r w:rsidR="00F03AD0">
              <w:rPr>
                <w:noProof/>
                <w:webHidden/>
              </w:rPr>
              <w:fldChar w:fldCharType="begin"/>
            </w:r>
            <w:r w:rsidR="007F72BE">
              <w:rPr>
                <w:noProof/>
                <w:webHidden/>
              </w:rPr>
              <w:instrText xml:space="preserve"> PAGEREF _Toc217311505 \h </w:instrText>
            </w:r>
            <w:r w:rsidR="00F03AD0">
              <w:rPr>
                <w:noProof/>
                <w:webHidden/>
              </w:rPr>
            </w:r>
            <w:r w:rsidR="00F03AD0">
              <w:rPr>
                <w:noProof/>
                <w:webHidden/>
              </w:rPr>
              <w:fldChar w:fldCharType="separate"/>
            </w:r>
            <w:r w:rsidR="00855C8F">
              <w:rPr>
                <w:noProof/>
                <w:webHidden/>
              </w:rPr>
              <w:t>15</w:t>
            </w:r>
            <w:r w:rsidR="00F03AD0">
              <w:rPr>
                <w:noProof/>
                <w:webHidden/>
              </w:rPr>
              <w:fldChar w:fldCharType="end"/>
            </w:r>
          </w:hyperlink>
        </w:p>
        <w:p w14:paraId="6B9C45EE" w14:textId="5DC516EB" w:rsidR="007F72BE" w:rsidRDefault="00225962">
          <w:pPr>
            <w:pStyle w:val="T2"/>
            <w:tabs>
              <w:tab w:val="right" w:leader="dot" w:pos="9062"/>
            </w:tabs>
            <w:rPr>
              <w:noProof/>
              <w:lang w:val="tr-TR" w:eastAsia="tr-TR"/>
            </w:rPr>
          </w:pPr>
          <w:hyperlink w:anchor="_Toc217311506" w:history="1">
            <w:r w:rsidR="007F72BE" w:rsidRPr="00861228">
              <w:rPr>
                <w:rStyle w:val="Kpr"/>
                <w:noProof/>
              </w:rPr>
              <w:t>5.2. Araştırma Geliştirme Faaliyetleri</w:t>
            </w:r>
            <w:r w:rsidR="007F72BE">
              <w:rPr>
                <w:noProof/>
                <w:webHidden/>
              </w:rPr>
              <w:tab/>
            </w:r>
            <w:r w:rsidR="00F03AD0">
              <w:rPr>
                <w:noProof/>
                <w:webHidden/>
              </w:rPr>
              <w:fldChar w:fldCharType="begin"/>
            </w:r>
            <w:r w:rsidR="007F72BE">
              <w:rPr>
                <w:noProof/>
                <w:webHidden/>
              </w:rPr>
              <w:instrText xml:space="preserve"> PAGEREF _Toc217311506 \h </w:instrText>
            </w:r>
            <w:r w:rsidR="00F03AD0">
              <w:rPr>
                <w:noProof/>
                <w:webHidden/>
              </w:rPr>
            </w:r>
            <w:r w:rsidR="00F03AD0">
              <w:rPr>
                <w:noProof/>
                <w:webHidden/>
              </w:rPr>
              <w:fldChar w:fldCharType="separate"/>
            </w:r>
            <w:r w:rsidR="00855C8F">
              <w:rPr>
                <w:noProof/>
                <w:webHidden/>
              </w:rPr>
              <w:t>17</w:t>
            </w:r>
            <w:r w:rsidR="00F03AD0">
              <w:rPr>
                <w:noProof/>
                <w:webHidden/>
              </w:rPr>
              <w:fldChar w:fldCharType="end"/>
            </w:r>
          </w:hyperlink>
        </w:p>
        <w:p w14:paraId="6533BAD6" w14:textId="2C09F9E4" w:rsidR="007F72BE" w:rsidRDefault="00225962">
          <w:pPr>
            <w:pStyle w:val="T2"/>
            <w:tabs>
              <w:tab w:val="right" w:leader="dot" w:pos="9062"/>
            </w:tabs>
            <w:rPr>
              <w:noProof/>
              <w:lang w:val="tr-TR" w:eastAsia="tr-TR"/>
            </w:rPr>
          </w:pPr>
          <w:hyperlink w:anchor="_Toc217311507" w:history="1">
            <w:r w:rsidR="007F72BE" w:rsidRPr="00861228">
              <w:rPr>
                <w:rStyle w:val="Kpr"/>
                <w:rFonts w:cs="Times New Roman"/>
                <w:noProof/>
              </w:rPr>
              <w:t xml:space="preserve">5.3. </w:t>
            </w:r>
            <w:r w:rsidR="007F72BE" w:rsidRPr="00861228">
              <w:rPr>
                <w:rStyle w:val="Kpr"/>
                <w:noProof/>
              </w:rPr>
              <w:t>Toplumsal Katkı Faaliyetleri</w:t>
            </w:r>
            <w:r w:rsidR="007F72BE">
              <w:rPr>
                <w:noProof/>
                <w:webHidden/>
              </w:rPr>
              <w:tab/>
            </w:r>
            <w:r w:rsidR="00F03AD0">
              <w:rPr>
                <w:noProof/>
                <w:webHidden/>
              </w:rPr>
              <w:fldChar w:fldCharType="begin"/>
            </w:r>
            <w:r w:rsidR="007F72BE">
              <w:rPr>
                <w:noProof/>
                <w:webHidden/>
              </w:rPr>
              <w:instrText xml:space="preserve"> PAGEREF _Toc217311507 \h </w:instrText>
            </w:r>
            <w:r w:rsidR="00F03AD0">
              <w:rPr>
                <w:noProof/>
                <w:webHidden/>
              </w:rPr>
            </w:r>
            <w:r w:rsidR="00F03AD0">
              <w:rPr>
                <w:noProof/>
                <w:webHidden/>
              </w:rPr>
              <w:fldChar w:fldCharType="separate"/>
            </w:r>
            <w:r w:rsidR="00855C8F">
              <w:rPr>
                <w:noProof/>
                <w:webHidden/>
              </w:rPr>
              <w:t>18</w:t>
            </w:r>
            <w:r w:rsidR="00F03AD0">
              <w:rPr>
                <w:noProof/>
                <w:webHidden/>
              </w:rPr>
              <w:fldChar w:fldCharType="end"/>
            </w:r>
          </w:hyperlink>
        </w:p>
        <w:p w14:paraId="0C939BDB" w14:textId="2A1E0D98" w:rsidR="007F72BE" w:rsidRDefault="00225962">
          <w:pPr>
            <w:pStyle w:val="T2"/>
            <w:tabs>
              <w:tab w:val="right" w:leader="dot" w:pos="9062"/>
            </w:tabs>
            <w:rPr>
              <w:noProof/>
              <w:lang w:val="tr-TR" w:eastAsia="tr-TR"/>
            </w:rPr>
          </w:pPr>
          <w:hyperlink w:anchor="_Toc217311508" w:history="1">
            <w:r w:rsidR="007F72BE" w:rsidRPr="00861228">
              <w:rPr>
                <w:rStyle w:val="Kpr"/>
                <w:noProof/>
              </w:rPr>
              <w:t>5.3.1.Öğrenci Yaşamı, Sosyal- Kültürel Hizmetler</w:t>
            </w:r>
            <w:r w:rsidR="007F72BE">
              <w:rPr>
                <w:noProof/>
                <w:webHidden/>
              </w:rPr>
              <w:tab/>
            </w:r>
            <w:r w:rsidR="00F03AD0">
              <w:rPr>
                <w:noProof/>
                <w:webHidden/>
              </w:rPr>
              <w:fldChar w:fldCharType="begin"/>
            </w:r>
            <w:r w:rsidR="007F72BE">
              <w:rPr>
                <w:noProof/>
                <w:webHidden/>
              </w:rPr>
              <w:instrText xml:space="preserve"> PAGEREF _Toc217311508 \h </w:instrText>
            </w:r>
            <w:r w:rsidR="00F03AD0">
              <w:rPr>
                <w:noProof/>
                <w:webHidden/>
              </w:rPr>
            </w:r>
            <w:r w:rsidR="00F03AD0">
              <w:rPr>
                <w:noProof/>
                <w:webHidden/>
              </w:rPr>
              <w:fldChar w:fldCharType="separate"/>
            </w:r>
            <w:r w:rsidR="00855C8F">
              <w:rPr>
                <w:noProof/>
                <w:webHidden/>
              </w:rPr>
              <w:t>20</w:t>
            </w:r>
            <w:r w:rsidR="00F03AD0">
              <w:rPr>
                <w:noProof/>
                <w:webHidden/>
              </w:rPr>
              <w:fldChar w:fldCharType="end"/>
            </w:r>
          </w:hyperlink>
        </w:p>
        <w:p w14:paraId="15CEDA8E" w14:textId="3094371C" w:rsidR="007F72BE" w:rsidRDefault="00225962">
          <w:pPr>
            <w:pStyle w:val="T2"/>
            <w:tabs>
              <w:tab w:val="right" w:leader="dot" w:pos="9062"/>
            </w:tabs>
            <w:rPr>
              <w:noProof/>
              <w:lang w:val="tr-TR" w:eastAsia="tr-TR"/>
            </w:rPr>
          </w:pPr>
          <w:hyperlink w:anchor="_Toc217311509" w:history="1">
            <w:r w:rsidR="007F72BE" w:rsidRPr="00861228">
              <w:rPr>
                <w:rStyle w:val="Kpr"/>
                <w:noProof/>
              </w:rPr>
              <w:t>5.4. İdari Hizmetler</w:t>
            </w:r>
            <w:r w:rsidR="007F72BE">
              <w:rPr>
                <w:noProof/>
                <w:webHidden/>
              </w:rPr>
              <w:tab/>
            </w:r>
            <w:r w:rsidR="00F03AD0">
              <w:rPr>
                <w:noProof/>
                <w:webHidden/>
              </w:rPr>
              <w:fldChar w:fldCharType="begin"/>
            </w:r>
            <w:r w:rsidR="007F72BE">
              <w:rPr>
                <w:noProof/>
                <w:webHidden/>
              </w:rPr>
              <w:instrText xml:space="preserve"> PAGEREF _Toc217311509 \h </w:instrText>
            </w:r>
            <w:r w:rsidR="00F03AD0">
              <w:rPr>
                <w:noProof/>
                <w:webHidden/>
              </w:rPr>
            </w:r>
            <w:r w:rsidR="00F03AD0">
              <w:rPr>
                <w:noProof/>
                <w:webHidden/>
              </w:rPr>
              <w:fldChar w:fldCharType="separate"/>
            </w:r>
            <w:r w:rsidR="00855C8F">
              <w:rPr>
                <w:noProof/>
                <w:webHidden/>
              </w:rPr>
              <w:t>21</w:t>
            </w:r>
            <w:r w:rsidR="00F03AD0">
              <w:rPr>
                <w:noProof/>
                <w:webHidden/>
              </w:rPr>
              <w:fldChar w:fldCharType="end"/>
            </w:r>
          </w:hyperlink>
        </w:p>
        <w:p w14:paraId="3BA343B1" w14:textId="12FDC462" w:rsidR="007F72BE" w:rsidRDefault="00225962">
          <w:pPr>
            <w:pStyle w:val="T2"/>
            <w:tabs>
              <w:tab w:val="right" w:leader="dot" w:pos="9062"/>
            </w:tabs>
            <w:rPr>
              <w:noProof/>
              <w:lang w:val="tr-TR" w:eastAsia="tr-TR"/>
            </w:rPr>
          </w:pPr>
          <w:hyperlink w:anchor="_Toc217311510" w:history="1">
            <w:r w:rsidR="007F72BE" w:rsidRPr="00861228">
              <w:rPr>
                <w:rStyle w:val="Kpr"/>
                <w:noProof/>
              </w:rPr>
              <w:t>6. Yönetim ve İç Kontrol Sistemi</w:t>
            </w:r>
            <w:r w:rsidR="007F72BE">
              <w:rPr>
                <w:noProof/>
                <w:webHidden/>
              </w:rPr>
              <w:tab/>
            </w:r>
            <w:r w:rsidR="00F03AD0">
              <w:rPr>
                <w:noProof/>
                <w:webHidden/>
              </w:rPr>
              <w:fldChar w:fldCharType="begin"/>
            </w:r>
            <w:r w:rsidR="007F72BE">
              <w:rPr>
                <w:noProof/>
                <w:webHidden/>
              </w:rPr>
              <w:instrText xml:space="preserve"> PAGEREF _Toc217311510 \h </w:instrText>
            </w:r>
            <w:r w:rsidR="00F03AD0">
              <w:rPr>
                <w:noProof/>
                <w:webHidden/>
              </w:rPr>
            </w:r>
            <w:r w:rsidR="00F03AD0">
              <w:rPr>
                <w:noProof/>
                <w:webHidden/>
              </w:rPr>
              <w:fldChar w:fldCharType="separate"/>
            </w:r>
            <w:r w:rsidR="00855C8F">
              <w:rPr>
                <w:noProof/>
                <w:webHidden/>
              </w:rPr>
              <w:t>22</w:t>
            </w:r>
            <w:r w:rsidR="00F03AD0">
              <w:rPr>
                <w:noProof/>
                <w:webHidden/>
              </w:rPr>
              <w:fldChar w:fldCharType="end"/>
            </w:r>
          </w:hyperlink>
        </w:p>
        <w:p w14:paraId="0168A96F" w14:textId="06BB4882" w:rsidR="007F72BE" w:rsidRDefault="00225962">
          <w:pPr>
            <w:pStyle w:val="T2"/>
            <w:tabs>
              <w:tab w:val="right" w:leader="dot" w:pos="9062"/>
            </w:tabs>
            <w:rPr>
              <w:noProof/>
              <w:lang w:val="tr-TR" w:eastAsia="tr-TR"/>
            </w:rPr>
          </w:pPr>
          <w:hyperlink w:anchor="_Toc217311511" w:history="1">
            <w:r w:rsidR="007F72BE" w:rsidRPr="00861228">
              <w:rPr>
                <w:rStyle w:val="Kpr"/>
                <w:noProof/>
              </w:rPr>
              <w:t>6.2.Risk Faaliyetleri</w:t>
            </w:r>
            <w:r w:rsidR="007F72BE">
              <w:rPr>
                <w:noProof/>
                <w:webHidden/>
              </w:rPr>
              <w:tab/>
            </w:r>
            <w:r w:rsidR="00F03AD0">
              <w:rPr>
                <w:noProof/>
                <w:webHidden/>
              </w:rPr>
              <w:fldChar w:fldCharType="begin"/>
            </w:r>
            <w:r w:rsidR="007F72BE">
              <w:rPr>
                <w:noProof/>
                <w:webHidden/>
              </w:rPr>
              <w:instrText xml:space="preserve"> PAGEREF _Toc217311511 \h </w:instrText>
            </w:r>
            <w:r w:rsidR="00F03AD0">
              <w:rPr>
                <w:noProof/>
                <w:webHidden/>
              </w:rPr>
            </w:r>
            <w:r w:rsidR="00F03AD0">
              <w:rPr>
                <w:noProof/>
                <w:webHidden/>
              </w:rPr>
              <w:fldChar w:fldCharType="separate"/>
            </w:r>
            <w:r w:rsidR="00855C8F">
              <w:rPr>
                <w:noProof/>
                <w:webHidden/>
              </w:rPr>
              <w:t>24</w:t>
            </w:r>
            <w:r w:rsidR="00F03AD0">
              <w:rPr>
                <w:noProof/>
                <w:webHidden/>
              </w:rPr>
              <w:fldChar w:fldCharType="end"/>
            </w:r>
          </w:hyperlink>
        </w:p>
        <w:p w14:paraId="2738A96B" w14:textId="7F50A68C" w:rsidR="007F72BE" w:rsidRDefault="00225962">
          <w:pPr>
            <w:pStyle w:val="T2"/>
            <w:tabs>
              <w:tab w:val="right" w:leader="dot" w:pos="9062"/>
            </w:tabs>
            <w:rPr>
              <w:noProof/>
              <w:lang w:val="tr-TR" w:eastAsia="tr-TR"/>
            </w:rPr>
          </w:pPr>
          <w:hyperlink w:anchor="_Toc217311512" w:history="1">
            <w:r w:rsidR="007F72BE" w:rsidRPr="00861228">
              <w:rPr>
                <w:rStyle w:val="Kpr"/>
                <w:noProof/>
              </w:rPr>
              <w:t>6.3.Kalite Yönetimi, İzleme ve Değerlendirme</w:t>
            </w:r>
            <w:r w:rsidR="007F72BE">
              <w:rPr>
                <w:noProof/>
                <w:webHidden/>
              </w:rPr>
              <w:tab/>
            </w:r>
            <w:r w:rsidR="00F03AD0">
              <w:rPr>
                <w:noProof/>
                <w:webHidden/>
              </w:rPr>
              <w:fldChar w:fldCharType="begin"/>
            </w:r>
            <w:r w:rsidR="007F72BE">
              <w:rPr>
                <w:noProof/>
                <w:webHidden/>
              </w:rPr>
              <w:instrText xml:space="preserve"> PAGEREF _Toc217311512 \h </w:instrText>
            </w:r>
            <w:r w:rsidR="00F03AD0">
              <w:rPr>
                <w:noProof/>
                <w:webHidden/>
              </w:rPr>
            </w:r>
            <w:r w:rsidR="00F03AD0">
              <w:rPr>
                <w:noProof/>
                <w:webHidden/>
              </w:rPr>
              <w:fldChar w:fldCharType="separate"/>
            </w:r>
            <w:r w:rsidR="00855C8F">
              <w:rPr>
                <w:noProof/>
                <w:webHidden/>
              </w:rPr>
              <w:t>25</w:t>
            </w:r>
            <w:r w:rsidR="00F03AD0">
              <w:rPr>
                <w:noProof/>
                <w:webHidden/>
              </w:rPr>
              <w:fldChar w:fldCharType="end"/>
            </w:r>
          </w:hyperlink>
        </w:p>
        <w:p w14:paraId="43C83A26" w14:textId="598D1EF5" w:rsidR="007F72BE" w:rsidRDefault="00225962">
          <w:pPr>
            <w:pStyle w:val="T1"/>
            <w:tabs>
              <w:tab w:val="left" w:pos="442"/>
              <w:tab w:val="right" w:leader="dot" w:pos="9062"/>
            </w:tabs>
            <w:rPr>
              <w:noProof/>
              <w:lang w:val="tr-TR" w:eastAsia="tr-TR"/>
            </w:rPr>
          </w:pPr>
          <w:hyperlink w:anchor="_Toc217311513" w:history="1">
            <w:r w:rsidR="007F72BE" w:rsidRPr="00861228">
              <w:rPr>
                <w:rStyle w:val="Kpr"/>
                <w:noProof/>
              </w:rPr>
              <w:t>II.</w:t>
            </w:r>
            <w:r w:rsidR="007F72BE">
              <w:rPr>
                <w:noProof/>
                <w:lang w:val="tr-TR" w:eastAsia="tr-TR"/>
              </w:rPr>
              <w:tab/>
            </w:r>
            <w:r w:rsidR="007F72BE" w:rsidRPr="00861228">
              <w:rPr>
                <w:rStyle w:val="Kpr"/>
                <w:noProof/>
              </w:rPr>
              <w:t>AMAÇ VE HEDEFLER</w:t>
            </w:r>
            <w:r w:rsidR="007F72BE">
              <w:rPr>
                <w:noProof/>
                <w:webHidden/>
              </w:rPr>
              <w:tab/>
            </w:r>
            <w:r w:rsidR="00F03AD0">
              <w:rPr>
                <w:noProof/>
                <w:webHidden/>
              </w:rPr>
              <w:fldChar w:fldCharType="begin"/>
            </w:r>
            <w:r w:rsidR="007F72BE">
              <w:rPr>
                <w:noProof/>
                <w:webHidden/>
              </w:rPr>
              <w:instrText xml:space="preserve"> PAGEREF _Toc217311513 \h </w:instrText>
            </w:r>
            <w:r w:rsidR="00F03AD0">
              <w:rPr>
                <w:noProof/>
                <w:webHidden/>
              </w:rPr>
            </w:r>
            <w:r w:rsidR="00F03AD0">
              <w:rPr>
                <w:noProof/>
                <w:webHidden/>
              </w:rPr>
              <w:fldChar w:fldCharType="separate"/>
            </w:r>
            <w:r w:rsidR="00855C8F">
              <w:rPr>
                <w:noProof/>
                <w:webHidden/>
              </w:rPr>
              <w:t>27</w:t>
            </w:r>
            <w:r w:rsidR="00F03AD0">
              <w:rPr>
                <w:noProof/>
                <w:webHidden/>
              </w:rPr>
              <w:fldChar w:fldCharType="end"/>
            </w:r>
          </w:hyperlink>
        </w:p>
        <w:p w14:paraId="736BA5B2" w14:textId="3CC83CDE" w:rsidR="007F72BE" w:rsidRDefault="00225962">
          <w:pPr>
            <w:pStyle w:val="T2"/>
            <w:tabs>
              <w:tab w:val="right" w:leader="dot" w:pos="9062"/>
            </w:tabs>
            <w:rPr>
              <w:noProof/>
              <w:lang w:val="tr-TR" w:eastAsia="tr-TR"/>
            </w:rPr>
          </w:pPr>
          <w:hyperlink w:anchor="_Toc217311514" w:history="1">
            <w:r w:rsidR="007F72BE" w:rsidRPr="00861228">
              <w:rPr>
                <w:rStyle w:val="Kpr"/>
                <w:noProof/>
              </w:rPr>
              <w:t>A.Temel Politika ve Öncelikler</w:t>
            </w:r>
            <w:r w:rsidR="007F72BE">
              <w:rPr>
                <w:noProof/>
                <w:webHidden/>
              </w:rPr>
              <w:tab/>
            </w:r>
            <w:r w:rsidR="00F03AD0">
              <w:rPr>
                <w:noProof/>
                <w:webHidden/>
              </w:rPr>
              <w:fldChar w:fldCharType="begin"/>
            </w:r>
            <w:r w:rsidR="007F72BE">
              <w:rPr>
                <w:noProof/>
                <w:webHidden/>
              </w:rPr>
              <w:instrText xml:space="preserve"> PAGEREF _Toc217311514 \h </w:instrText>
            </w:r>
            <w:r w:rsidR="00F03AD0">
              <w:rPr>
                <w:noProof/>
                <w:webHidden/>
              </w:rPr>
            </w:r>
            <w:r w:rsidR="00F03AD0">
              <w:rPr>
                <w:noProof/>
                <w:webHidden/>
              </w:rPr>
              <w:fldChar w:fldCharType="separate"/>
            </w:r>
            <w:r w:rsidR="00855C8F">
              <w:rPr>
                <w:noProof/>
                <w:webHidden/>
              </w:rPr>
              <w:t>27</w:t>
            </w:r>
            <w:r w:rsidR="00F03AD0">
              <w:rPr>
                <w:noProof/>
                <w:webHidden/>
              </w:rPr>
              <w:fldChar w:fldCharType="end"/>
            </w:r>
          </w:hyperlink>
        </w:p>
        <w:p w14:paraId="03C096C1" w14:textId="2530AB13" w:rsidR="007F72BE" w:rsidRDefault="00225962">
          <w:pPr>
            <w:pStyle w:val="T2"/>
            <w:tabs>
              <w:tab w:val="right" w:leader="dot" w:pos="9062"/>
            </w:tabs>
            <w:rPr>
              <w:noProof/>
              <w:lang w:val="tr-TR" w:eastAsia="tr-TR"/>
            </w:rPr>
          </w:pPr>
          <w:hyperlink w:anchor="_Toc217311515" w:history="1">
            <w:r w:rsidR="007F72BE" w:rsidRPr="00861228">
              <w:rPr>
                <w:rStyle w:val="Kpr"/>
                <w:noProof/>
              </w:rPr>
              <w:t>B.İdarenin Stratejik Planında Yer Alan Amaç ve Hedefler</w:t>
            </w:r>
            <w:r w:rsidR="007F72BE">
              <w:rPr>
                <w:noProof/>
                <w:webHidden/>
              </w:rPr>
              <w:tab/>
            </w:r>
            <w:r w:rsidR="00F03AD0">
              <w:rPr>
                <w:noProof/>
                <w:webHidden/>
              </w:rPr>
              <w:fldChar w:fldCharType="begin"/>
            </w:r>
            <w:r w:rsidR="007F72BE">
              <w:rPr>
                <w:noProof/>
                <w:webHidden/>
              </w:rPr>
              <w:instrText xml:space="preserve"> PAGEREF _Toc217311515 \h </w:instrText>
            </w:r>
            <w:r w:rsidR="00F03AD0">
              <w:rPr>
                <w:noProof/>
                <w:webHidden/>
              </w:rPr>
            </w:r>
            <w:r w:rsidR="00F03AD0">
              <w:rPr>
                <w:noProof/>
                <w:webHidden/>
              </w:rPr>
              <w:fldChar w:fldCharType="separate"/>
            </w:r>
            <w:r w:rsidR="00855C8F">
              <w:rPr>
                <w:noProof/>
                <w:webHidden/>
              </w:rPr>
              <w:t>28</w:t>
            </w:r>
            <w:r w:rsidR="00F03AD0">
              <w:rPr>
                <w:noProof/>
                <w:webHidden/>
              </w:rPr>
              <w:fldChar w:fldCharType="end"/>
            </w:r>
          </w:hyperlink>
        </w:p>
        <w:p w14:paraId="0E640B9C" w14:textId="78C72E53" w:rsidR="007F72BE" w:rsidRDefault="00225962">
          <w:pPr>
            <w:pStyle w:val="T2"/>
            <w:tabs>
              <w:tab w:val="right" w:leader="dot" w:pos="9062"/>
            </w:tabs>
            <w:rPr>
              <w:noProof/>
              <w:lang w:val="tr-TR" w:eastAsia="tr-TR"/>
            </w:rPr>
          </w:pPr>
          <w:hyperlink w:anchor="_Toc217311516" w:history="1">
            <w:r w:rsidR="007F72BE" w:rsidRPr="00861228">
              <w:rPr>
                <w:rStyle w:val="Kpr"/>
                <w:noProof/>
              </w:rPr>
              <w:t>3.Performans Sonuçlarının Değerlendirilmesi</w:t>
            </w:r>
            <w:r w:rsidR="007F72BE">
              <w:rPr>
                <w:noProof/>
                <w:webHidden/>
              </w:rPr>
              <w:tab/>
            </w:r>
            <w:r w:rsidR="00F03AD0">
              <w:rPr>
                <w:noProof/>
                <w:webHidden/>
              </w:rPr>
              <w:fldChar w:fldCharType="begin"/>
            </w:r>
            <w:r w:rsidR="007F72BE">
              <w:rPr>
                <w:noProof/>
                <w:webHidden/>
              </w:rPr>
              <w:instrText xml:space="preserve"> PAGEREF _Toc217311516 \h </w:instrText>
            </w:r>
            <w:r w:rsidR="00F03AD0">
              <w:rPr>
                <w:noProof/>
                <w:webHidden/>
              </w:rPr>
            </w:r>
            <w:r w:rsidR="00F03AD0">
              <w:rPr>
                <w:noProof/>
                <w:webHidden/>
              </w:rPr>
              <w:fldChar w:fldCharType="separate"/>
            </w:r>
            <w:r w:rsidR="00855C8F">
              <w:rPr>
                <w:noProof/>
                <w:webHidden/>
              </w:rPr>
              <w:t>28</w:t>
            </w:r>
            <w:r w:rsidR="00F03AD0">
              <w:rPr>
                <w:noProof/>
                <w:webHidden/>
              </w:rPr>
              <w:fldChar w:fldCharType="end"/>
            </w:r>
          </w:hyperlink>
        </w:p>
        <w:p w14:paraId="2F1E1A91" w14:textId="6C17F0F9" w:rsidR="007F72BE" w:rsidRDefault="00225962">
          <w:pPr>
            <w:pStyle w:val="T1"/>
            <w:tabs>
              <w:tab w:val="right" w:leader="dot" w:pos="9062"/>
            </w:tabs>
            <w:rPr>
              <w:noProof/>
              <w:lang w:val="tr-TR" w:eastAsia="tr-TR"/>
            </w:rPr>
          </w:pPr>
          <w:hyperlink w:anchor="_Toc217311517" w:history="1">
            <w:r w:rsidR="007F72BE" w:rsidRPr="00861228">
              <w:rPr>
                <w:rStyle w:val="Kpr"/>
                <w:noProof/>
              </w:rPr>
              <w:t>III.FAALİYETLERE İLİŞKİN BİLGİ VE DEĞERLENDİRMELER</w:t>
            </w:r>
            <w:r w:rsidR="007F72BE">
              <w:rPr>
                <w:noProof/>
                <w:webHidden/>
              </w:rPr>
              <w:tab/>
            </w:r>
            <w:r w:rsidR="00F03AD0">
              <w:rPr>
                <w:noProof/>
                <w:webHidden/>
              </w:rPr>
              <w:fldChar w:fldCharType="begin"/>
            </w:r>
            <w:r w:rsidR="007F72BE">
              <w:rPr>
                <w:noProof/>
                <w:webHidden/>
              </w:rPr>
              <w:instrText xml:space="preserve"> PAGEREF _Toc217311517 \h </w:instrText>
            </w:r>
            <w:r w:rsidR="00F03AD0">
              <w:rPr>
                <w:noProof/>
                <w:webHidden/>
              </w:rPr>
            </w:r>
            <w:r w:rsidR="00F03AD0">
              <w:rPr>
                <w:noProof/>
                <w:webHidden/>
              </w:rPr>
              <w:fldChar w:fldCharType="separate"/>
            </w:r>
            <w:r w:rsidR="00855C8F">
              <w:rPr>
                <w:noProof/>
                <w:webHidden/>
              </w:rPr>
              <w:t>30</w:t>
            </w:r>
            <w:r w:rsidR="00F03AD0">
              <w:rPr>
                <w:noProof/>
                <w:webHidden/>
              </w:rPr>
              <w:fldChar w:fldCharType="end"/>
            </w:r>
          </w:hyperlink>
        </w:p>
        <w:p w14:paraId="30EDFDAD" w14:textId="0FA1C136" w:rsidR="007F72BE" w:rsidRDefault="00225962">
          <w:pPr>
            <w:pStyle w:val="T2"/>
            <w:tabs>
              <w:tab w:val="right" w:leader="dot" w:pos="9062"/>
            </w:tabs>
            <w:rPr>
              <w:noProof/>
              <w:lang w:val="tr-TR" w:eastAsia="tr-TR"/>
            </w:rPr>
          </w:pPr>
          <w:hyperlink w:anchor="_Toc217311518" w:history="1">
            <w:r w:rsidR="007F72BE" w:rsidRPr="00861228">
              <w:rPr>
                <w:rStyle w:val="Kpr"/>
                <w:noProof/>
              </w:rPr>
              <w:t>A.Mali Bilgiler</w:t>
            </w:r>
            <w:r w:rsidR="007F72BE">
              <w:rPr>
                <w:noProof/>
                <w:webHidden/>
              </w:rPr>
              <w:tab/>
            </w:r>
            <w:r w:rsidR="00F03AD0">
              <w:rPr>
                <w:noProof/>
                <w:webHidden/>
              </w:rPr>
              <w:fldChar w:fldCharType="begin"/>
            </w:r>
            <w:r w:rsidR="007F72BE">
              <w:rPr>
                <w:noProof/>
                <w:webHidden/>
              </w:rPr>
              <w:instrText xml:space="preserve"> PAGEREF _Toc217311518 \h </w:instrText>
            </w:r>
            <w:r w:rsidR="00F03AD0">
              <w:rPr>
                <w:noProof/>
                <w:webHidden/>
              </w:rPr>
            </w:r>
            <w:r w:rsidR="00F03AD0">
              <w:rPr>
                <w:noProof/>
                <w:webHidden/>
              </w:rPr>
              <w:fldChar w:fldCharType="separate"/>
            </w:r>
            <w:r w:rsidR="00855C8F">
              <w:rPr>
                <w:noProof/>
                <w:webHidden/>
              </w:rPr>
              <w:t>30</w:t>
            </w:r>
            <w:r w:rsidR="00F03AD0">
              <w:rPr>
                <w:noProof/>
                <w:webHidden/>
              </w:rPr>
              <w:fldChar w:fldCharType="end"/>
            </w:r>
          </w:hyperlink>
        </w:p>
        <w:p w14:paraId="352996E3" w14:textId="386030D7" w:rsidR="007F72BE" w:rsidRDefault="00225962">
          <w:pPr>
            <w:pStyle w:val="T2"/>
            <w:tabs>
              <w:tab w:val="right" w:leader="dot" w:pos="9062"/>
            </w:tabs>
            <w:rPr>
              <w:noProof/>
              <w:lang w:val="tr-TR" w:eastAsia="tr-TR"/>
            </w:rPr>
          </w:pPr>
          <w:hyperlink w:anchor="_Toc217311519" w:history="1">
            <w:r w:rsidR="007F72BE" w:rsidRPr="00861228">
              <w:rPr>
                <w:rStyle w:val="Kpr"/>
                <w:noProof/>
              </w:rPr>
              <w:t>1. Bütçe Uygulama Sonuçları</w:t>
            </w:r>
            <w:r w:rsidR="007F72BE">
              <w:rPr>
                <w:noProof/>
                <w:webHidden/>
              </w:rPr>
              <w:tab/>
            </w:r>
            <w:r w:rsidR="00F03AD0">
              <w:rPr>
                <w:noProof/>
                <w:webHidden/>
              </w:rPr>
              <w:fldChar w:fldCharType="begin"/>
            </w:r>
            <w:r w:rsidR="007F72BE">
              <w:rPr>
                <w:noProof/>
                <w:webHidden/>
              </w:rPr>
              <w:instrText xml:space="preserve"> PAGEREF _Toc217311519 \h </w:instrText>
            </w:r>
            <w:r w:rsidR="00F03AD0">
              <w:rPr>
                <w:noProof/>
                <w:webHidden/>
              </w:rPr>
            </w:r>
            <w:r w:rsidR="00F03AD0">
              <w:rPr>
                <w:noProof/>
                <w:webHidden/>
              </w:rPr>
              <w:fldChar w:fldCharType="separate"/>
            </w:r>
            <w:r w:rsidR="00855C8F">
              <w:rPr>
                <w:noProof/>
                <w:webHidden/>
              </w:rPr>
              <w:t>30</w:t>
            </w:r>
            <w:r w:rsidR="00F03AD0">
              <w:rPr>
                <w:noProof/>
                <w:webHidden/>
              </w:rPr>
              <w:fldChar w:fldCharType="end"/>
            </w:r>
          </w:hyperlink>
        </w:p>
        <w:p w14:paraId="178E4F6B" w14:textId="40514681" w:rsidR="007F72BE" w:rsidRDefault="00225962">
          <w:pPr>
            <w:pStyle w:val="T2"/>
            <w:tabs>
              <w:tab w:val="right" w:leader="dot" w:pos="9062"/>
            </w:tabs>
            <w:rPr>
              <w:noProof/>
              <w:lang w:val="tr-TR" w:eastAsia="tr-TR"/>
            </w:rPr>
          </w:pPr>
          <w:hyperlink w:anchor="_Toc217311520" w:history="1">
            <w:r w:rsidR="007F72BE" w:rsidRPr="00861228">
              <w:rPr>
                <w:rStyle w:val="Kpr"/>
                <w:noProof/>
              </w:rPr>
              <w:t>1.1.Temel Mali Tablolara İlişkin Açıklamalar</w:t>
            </w:r>
            <w:r w:rsidR="007F72BE">
              <w:rPr>
                <w:noProof/>
                <w:webHidden/>
              </w:rPr>
              <w:tab/>
            </w:r>
            <w:r w:rsidR="00F03AD0">
              <w:rPr>
                <w:noProof/>
                <w:webHidden/>
              </w:rPr>
              <w:fldChar w:fldCharType="begin"/>
            </w:r>
            <w:r w:rsidR="007F72BE">
              <w:rPr>
                <w:noProof/>
                <w:webHidden/>
              </w:rPr>
              <w:instrText xml:space="preserve"> PAGEREF _Toc217311520 \h </w:instrText>
            </w:r>
            <w:r w:rsidR="00F03AD0">
              <w:rPr>
                <w:noProof/>
                <w:webHidden/>
              </w:rPr>
            </w:r>
            <w:r w:rsidR="00F03AD0">
              <w:rPr>
                <w:noProof/>
                <w:webHidden/>
              </w:rPr>
              <w:fldChar w:fldCharType="separate"/>
            </w:r>
            <w:r w:rsidR="00855C8F">
              <w:rPr>
                <w:noProof/>
                <w:webHidden/>
              </w:rPr>
              <w:t>30</w:t>
            </w:r>
            <w:r w:rsidR="00F03AD0">
              <w:rPr>
                <w:noProof/>
                <w:webHidden/>
              </w:rPr>
              <w:fldChar w:fldCharType="end"/>
            </w:r>
          </w:hyperlink>
        </w:p>
        <w:p w14:paraId="49898440" w14:textId="74789619" w:rsidR="007F72BE" w:rsidRDefault="00225962">
          <w:pPr>
            <w:pStyle w:val="T1"/>
            <w:tabs>
              <w:tab w:val="left" w:pos="660"/>
              <w:tab w:val="right" w:leader="dot" w:pos="9062"/>
            </w:tabs>
            <w:rPr>
              <w:noProof/>
              <w:lang w:val="tr-TR" w:eastAsia="tr-TR"/>
            </w:rPr>
          </w:pPr>
          <w:hyperlink w:anchor="_Toc217311521" w:history="1">
            <w:r w:rsidR="007F72BE" w:rsidRPr="00861228">
              <w:rPr>
                <w:rStyle w:val="Kpr"/>
                <w:rFonts w:cs="Times New Roman"/>
                <w:noProof/>
              </w:rPr>
              <w:t>III.</w:t>
            </w:r>
            <w:r w:rsidR="007F72BE">
              <w:rPr>
                <w:noProof/>
                <w:lang w:val="tr-TR" w:eastAsia="tr-TR"/>
              </w:rPr>
              <w:tab/>
            </w:r>
            <w:r w:rsidR="007F72BE" w:rsidRPr="00861228">
              <w:rPr>
                <w:rStyle w:val="Kpr"/>
                <w:rFonts w:cs="Times New Roman"/>
                <w:noProof/>
              </w:rPr>
              <w:t>KURUMSAL KABİLİYET VE KAPASİTENİN DEĞERLENDİRİLMESİ</w:t>
            </w:r>
            <w:r w:rsidR="007F72BE">
              <w:rPr>
                <w:noProof/>
                <w:webHidden/>
              </w:rPr>
              <w:tab/>
            </w:r>
            <w:r w:rsidR="00F03AD0">
              <w:rPr>
                <w:noProof/>
                <w:webHidden/>
              </w:rPr>
              <w:fldChar w:fldCharType="begin"/>
            </w:r>
            <w:r w:rsidR="007F72BE">
              <w:rPr>
                <w:noProof/>
                <w:webHidden/>
              </w:rPr>
              <w:instrText xml:space="preserve"> PAGEREF _Toc217311521 \h </w:instrText>
            </w:r>
            <w:r w:rsidR="00F03AD0">
              <w:rPr>
                <w:noProof/>
                <w:webHidden/>
              </w:rPr>
            </w:r>
            <w:r w:rsidR="00F03AD0">
              <w:rPr>
                <w:noProof/>
                <w:webHidden/>
              </w:rPr>
              <w:fldChar w:fldCharType="separate"/>
            </w:r>
            <w:r w:rsidR="00855C8F">
              <w:rPr>
                <w:noProof/>
                <w:webHidden/>
              </w:rPr>
              <w:t>32</w:t>
            </w:r>
            <w:r w:rsidR="00F03AD0">
              <w:rPr>
                <w:noProof/>
                <w:webHidden/>
              </w:rPr>
              <w:fldChar w:fldCharType="end"/>
            </w:r>
          </w:hyperlink>
        </w:p>
        <w:p w14:paraId="3BA376EC" w14:textId="4E9FBA87" w:rsidR="007F72BE" w:rsidRDefault="00225962">
          <w:pPr>
            <w:pStyle w:val="T2"/>
            <w:tabs>
              <w:tab w:val="right" w:leader="dot" w:pos="9062"/>
            </w:tabs>
            <w:rPr>
              <w:noProof/>
              <w:lang w:val="tr-TR" w:eastAsia="tr-TR"/>
            </w:rPr>
          </w:pPr>
          <w:hyperlink w:anchor="_Toc217311522" w:history="1">
            <w:r w:rsidR="007F72BE" w:rsidRPr="00861228">
              <w:rPr>
                <w:rStyle w:val="Kpr"/>
                <w:noProof/>
              </w:rPr>
              <w:t>A.ÜSTÜNLÜKLER</w:t>
            </w:r>
            <w:r w:rsidR="007F72BE">
              <w:rPr>
                <w:noProof/>
                <w:webHidden/>
              </w:rPr>
              <w:tab/>
            </w:r>
            <w:r w:rsidR="00F03AD0">
              <w:rPr>
                <w:noProof/>
                <w:webHidden/>
              </w:rPr>
              <w:fldChar w:fldCharType="begin"/>
            </w:r>
            <w:r w:rsidR="007F72BE">
              <w:rPr>
                <w:noProof/>
                <w:webHidden/>
              </w:rPr>
              <w:instrText xml:space="preserve"> PAGEREF _Toc217311522 \h </w:instrText>
            </w:r>
            <w:r w:rsidR="00F03AD0">
              <w:rPr>
                <w:noProof/>
                <w:webHidden/>
              </w:rPr>
            </w:r>
            <w:r w:rsidR="00F03AD0">
              <w:rPr>
                <w:noProof/>
                <w:webHidden/>
              </w:rPr>
              <w:fldChar w:fldCharType="separate"/>
            </w:r>
            <w:r w:rsidR="00855C8F">
              <w:rPr>
                <w:noProof/>
                <w:webHidden/>
              </w:rPr>
              <w:t>32</w:t>
            </w:r>
            <w:r w:rsidR="00F03AD0">
              <w:rPr>
                <w:noProof/>
                <w:webHidden/>
              </w:rPr>
              <w:fldChar w:fldCharType="end"/>
            </w:r>
          </w:hyperlink>
        </w:p>
        <w:p w14:paraId="09161640" w14:textId="4C02E7FD" w:rsidR="007F72BE" w:rsidRDefault="00225962">
          <w:pPr>
            <w:pStyle w:val="T2"/>
            <w:tabs>
              <w:tab w:val="right" w:leader="dot" w:pos="9062"/>
            </w:tabs>
            <w:rPr>
              <w:noProof/>
              <w:lang w:val="tr-TR" w:eastAsia="tr-TR"/>
            </w:rPr>
          </w:pPr>
          <w:hyperlink w:anchor="_Toc217311523" w:history="1">
            <w:r w:rsidR="007F72BE" w:rsidRPr="00861228">
              <w:rPr>
                <w:rStyle w:val="Kpr"/>
                <w:noProof/>
              </w:rPr>
              <w:t>B.ZAYIFLIKLAR</w:t>
            </w:r>
            <w:r w:rsidR="007F72BE">
              <w:rPr>
                <w:noProof/>
                <w:webHidden/>
              </w:rPr>
              <w:tab/>
            </w:r>
            <w:r w:rsidR="00F03AD0">
              <w:rPr>
                <w:noProof/>
                <w:webHidden/>
              </w:rPr>
              <w:fldChar w:fldCharType="begin"/>
            </w:r>
            <w:r w:rsidR="007F72BE">
              <w:rPr>
                <w:noProof/>
                <w:webHidden/>
              </w:rPr>
              <w:instrText xml:space="preserve"> PAGEREF _Toc217311523 \h </w:instrText>
            </w:r>
            <w:r w:rsidR="00F03AD0">
              <w:rPr>
                <w:noProof/>
                <w:webHidden/>
              </w:rPr>
            </w:r>
            <w:r w:rsidR="00F03AD0">
              <w:rPr>
                <w:noProof/>
                <w:webHidden/>
              </w:rPr>
              <w:fldChar w:fldCharType="separate"/>
            </w:r>
            <w:r w:rsidR="00855C8F">
              <w:rPr>
                <w:noProof/>
                <w:webHidden/>
              </w:rPr>
              <w:t>32</w:t>
            </w:r>
            <w:r w:rsidR="00F03AD0">
              <w:rPr>
                <w:noProof/>
                <w:webHidden/>
              </w:rPr>
              <w:fldChar w:fldCharType="end"/>
            </w:r>
          </w:hyperlink>
        </w:p>
        <w:p w14:paraId="2F6058E9" w14:textId="34194DFF" w:rsidR="007F72BE" w:rsidRDefault="00225962">
          <w:pPr>
            <w:pStyle w:val="T2"/>
            <w:tabs>
              <w:tab w:val="right" w:leader="dot" w:pos="9062"/>
            </w:tabs>
            <w:rPr>
              <w:noProof/>
              <w:lang w:val="tr-TR" w:eastAsia="tr-TR"/>
            </w:rPr>
          </w:pPr>
          <w:hyperlink w:anchor="_Toc217311524" w:history="1">
            <w:r w:rsidR="007F72BE" w:rsidRPr="00861228">
              <w:rPr>
                <w:rStyle w:val="Kpr"/>
                <w:noProof/>
              </w:rPr>
              <w:t>C.DEĞERLENDİRME</w:t>
            </w:r>
            <w:r w:rsidR="007F72BE">
              <w:rPr>
                <w:noProof/>
                <w:webHidden/>
              </w:rPr>
              <w:tab/>
            </w:r>
            <w:r w:rsidR="00F03AD0">
              <w:rPr>
                <w:noProof/>
                <w:webHidden/>
              </w:rPr>
              <w:fldChar w:fldCharType="begin"/>
            </w:r>
            <w:r w:rsidR="007F72BE">
              <w:rPr>
                <w:noProof/>
                <w:webHidden/>
              </w:rPr>
              <w:instrText xml:space="preserve"> PAGEREF _Toc217311524 \h </w:instrText>
            </w:r>
            <w:r w:rsidR="00F03AD0">
              <w:rPr>
                <w:noProof/>
                <w:webHidden/>
              </w:rPr>
            </w:r>
            <w:r w:rsidR="00F03AD0">
              <w:rPr>
                <w:noProof/>
                <w:webHidden/>
              </w:rPr>
              <w:fldChar w:fldCharType="separate"/>
            </w:r>
            <w:r w:rsidR="00855C8F">
              <w:rPr>
                <w:noProof/>
                <w:webHidden/>
              </w:rPr>
              <w:t>32</w:t>
            </w:r>
            <w:r w:rsidR="00F03AD0">
              <w:rPr>
                <w:noProof/>
                <w:webHidden/>
              </w:rPr>
              <w:fldChar w:fldCharType="end"/>
            </w:r>
          </w:hyperlink>
        </w:p>
        <w:p w14:paraId="1E3FBD4F" w14:textId="1918C6A0" w:rsidR="007F72BE" w:rsidRDefault="00225962">
          <w:pPr>
            <w:pStyle w:val="T1"/>
            <w:tabs>
              <w:tab w:val="left" w:pos="660"/>
              <w:tab w:val="right" w:leader="dot" w:pos="9062"/>
            </w:tabs>
            <w:rPr>
              <w:noProof/>
              <w:lang w:val="tr-TR" w:eastAsia="tr-TR"/>
            </w:rPr>
          </w:pPr>
          <w:hyperlink w:anchor="_Toc217311525" w:history="1">
            <w:r w:rsidR="007F72BE" w:rsidRPr="00861228">
              <w:rPr>
                <w:rStyle w:val="Kpr"/>
                <w:rFonts w:cs="Times New Roman"/>
                <w:noProof/>
              </w:rPr>
              <w:t>IV.</w:t>
            </w:r>
            <w:r w:rsidR="007F72BE">
              <w:rPr>
                <w:noProof/>
                <w:lang w:val="tr-TR" w:eastAsia="tr-TR"/>
              </w:rPr>
              <w:tab/>
            </w:r>
            <w:r w:rsidR="007F72BE" w:rsidRPr="00861228">
              <w:rPr>
                <w:rStyle w:val="Kpr"/>
                <w:rFonts w:cs="Times New Roman"/>
                <w:noProof/>
              </w:rPr>
              <w:t>ÖNERİ VE TEDBİRLER</w:t>
            </w:r>
            <w:r w:rsidR="007F72BE">
              <w:rPr>
                <w:noProof/>
                <w:webHidden/>
              </w:rPr>
              <w:tab/>
            </w:r>
            <w:r w:rsidR="00F03AD0">
              <w:rPr>
                <w:noProof/>
                <w:webHidden/>
              </w:rPr>
              <w:fldChar w:fldCharType="begin"/>
            </w:r>
            <w:r w:rsidR="007F72BE">
              <w:rPr>
                <w:noProof/>
                <w:webHidden/>
              </w:rPr>
              <w:instrText xml:space="preserve"> PAGEREF _Toc217311525 \h </w:instrText>
            </w:r>
            <w:r w:rsidR="00F03AD0">
              <w:rPr>
                <w:noProof/>
                <w:webHidden/>
              </w:rPr>
            </w:r>
            <w:r w:rsidR="00F03AD0">
              <w:rPr>
                <w:noProof/>
                <w:webHidden/>
              </w:rPr>
              <w:fldChar w:fldCharType="separate"/>
            </w:r>
            <w:r w:rsidR="00855C8F">
              <w:rPr>
                <w:noProof/>
                <w:webHidden/>
              </w:rPr>
              <w:t>34</w:t>
            </w:r>
            <w:r w:rsidR="00F03AD0">
              <w:rPr>
                <w:noProof/>
                <w:webHidden/>
              </w:rPr>
              <w:fldChar w:fldCharType="end"/>
            </w:r>
          </w:hyperlink>
        </w:p>
        <w:p w14:paraId="0E4E514D" w14:textId="23A63F06" w:rsidR="007F72BE" w:rsidRDefault="00225962">
          <w:pPr>
            <w:pStyle w:val="T1"/>
            <w:tabs>
              <w:tab w:val="left" w:pos="442"/>
              <w:tab w:val="right" w:leader="dot" w:pos="9062"/>
            </w:tabs>
            <w:rPr>
              <w:noProof/>
              <w:lang w:val="tr-TR" w:eastAsia="tr-TR"/>
            </w:rPr>
          </w:pPr>
          <w:hyperlink w:anchor="_Toc217311526" w:history="1">
            <w:r w:rsidR="007F72BE" w:rsidRPr="00861228">
              <w:rPr>
                <w:rStyle w:val="Kpr"/>
                <w:noProof/>
              </w:rPr>
              <w:t>V.</w:t>
            </w:r>
            <w:r w:rsidR="007F72BE">
              <w:rPr>
                <w:noProof/>
                <w:lang w:val="tr-TR" w:eastAsia="tr-TR"/>
              </w:rPr>
              <w:tab/>
            </w:r>
            <w:r w:rsidR="007F72BE" w:rsidRPr="00861228">
              <w:rPr>
                <w:rStyle w:val="Kpr"/>
                <w:noProof/>
              </w:rPr>
              <w:t>İÇ KONTROL GÜVENCE BEYANI</w:t>
            </w:r>
            <w:r w:rsidR="007F72BE">
              <w:rPr>
                <w:noProof/>
                <w:webHidden/>
              </w:rPr>
              <w:tab/>
            </w:r>
            <w:r w:rsidR="00F03AD0">
              <w:rPr>
                <w:noProof/>
                <w:webHidden/>
              </w:rPr>
              <w:fldChar w:fldCharType="begin"/>
            </w:r>
            <w:r w:rsidR="007F72BE">
              <w:rPr>
                <w:noProof/>
                <w:webHidden/>
              </w:rPr>
              <w:instrText xml:space="preserve"> PAGEREF _Toc217311526 \h </w:instrText>
            </w:r>
            <w:r w:rsidR="00F03AD0">
              <w:rPr>
                <w:noProof/>
                <w:webHidden/>
              </w:rPr>
            </w:r>
            <w:r w:rsidR="00F03AD0">
              <w:rPr>
                <w:noProof/>
                <w:webHidden/>
              </w:rPr>
              <w:fldChar w:fldCharType="separate"/>
            </w:r>
            <w:r w:rsidR="00855C8F">
              <w:rPr>
                <w:noProof/>
                <w:webHidden/>
              </w:rPr>
              <w:t>35</w:t>
            </w:r>
            <w:r w:rsidR="00F03AD0">
              <w:rPr>
                <w:noProof/>
                <w:webHidden/>
              </w:rPr>
              <w:fldChar w:fldCharType="end"/>
            </w:r>
          </w:hyperlink>
        </w:p>
        <w:p w14:paraId="6D91A307" w14:textId="77777777" w:rsidR="00E24BA4" w:rsidRPr="000C0E61" w:rsidRDefault="00F03AD0" w:rsidP="00E24BA4">
          <w:pPr>
            <w:rPr>
              <w:rFonts w:cs="Arial"/>
            </w:rPr>
          </w:pPr>
          <w:r w:rsidRPr="00BE4871">
            <w:rPr>
              <w:rFonts w:cs="Arial"/>
              <w:sz w:val="16"/>
              <w:szCs w:val="16"/>
              <w:lang w:eastAsia="tr-TR"/>
            </w:rPr>
            <w:fldChar w:fldCharType="end"/>
          </w:r>
        </w:p>
      </w:sdtContent>
    </w:sdt>
    <w:p w14:paraId="07283C42" w14:textId="77777777" w:rsidR="00E24BA4" w:rsidRPr="000C0E61" w:rsidRDefault="00E24BA4" w:rsidP="00E24BA4">
      <w:pPr>
        <w:rPr>
          <w:rFonts w:cs="Arial"/>
        </w:rPr>
      </w:pPr>
    </w:p>
    <w:p w14:paraId="5DC7DBF1" w14:textId="77777777" w:rsidR="00E24BA4" w:rsidRDefault="00E24BA4" w:rsidP="00E24BA4">
      <w:pPr>
        <w:rPr>
          <w:rFonts w:cs="Arial"/>
        </w:rPr>
      </w:pPr>
    </w:p>
    <w:p w14:paraId="574DA5EF" w14:textId="77777777" w:rsidR="00E24BA4" w:rsidRDefault="00E24BA4" w:rsidP="00E24BA4">
      <w:pPr>
        <w:rPr>
          <w:rFonts w:cs="Arial"/>
        </w:rPr>
      </w:pPr>
    </w:p>
    <w:p w14:paraId="58E3A58D" w14:textId="77777777" w:rsidR="00E24BA4" w:rsidRDefault="00E24BA4" w:rsidP="00E24BA4">
      <w:pPr>
        <w:rPr>
          <w:rFonts w:cs="Arial"/>
        </w:rPr>
      </w:pPr>
    </w:p>
    <w:p w14:paraId="3053095C" w14:textId="77777777" w:rsidR="00E24BA4" w:rsidRDefault="00E24BA4" w:rsidP="00E24BA4">
      <w:pPr>
        <w:rPr>
          <w:rFonts w:cs="Arial"/>
        </w:rPr>
      </w:pPr>
    </w:p>
    <w:p w14:paraId="7C9AE0EA" w14:textId="77777777" w:rsidR="00E24BA4" w:rsidRDefault="00E24BA4" w:rsidP="00E24BA4">
      <w:pPr>
        <w:rPr>
          <w:rFonts w:cs="Arial"/>
        </w:rPr>
      </w:pPr>
    </w:p>
    <w:p w14:paraId="5CB370AF" w14:textId="77777777" w:rsidR="00E24BA4" w:rsidRDefault="00E24BA4" w:rsidP="00E24BA4">
      <w:pPr>
        <w:rPr>
          <w:rFonts w:cs="Arial"/>
        </w:rPr>
      </w:pPr>
    </w:p>
    <w:p w14:paraId="6AF6D731" w14:textId="77777777" w:rsidR="00E24BA4" w:rsidRDefault="00E24BA4" w:rsidP="00E24BA4">
      <w:pPr>
        <w:rPr>
          <w:rFonts w:cs="Arial"/>
        </w:rPr>
      </w:pPr>
    </w:p>
    <w:p w14:paraId="1AAA690A" w14:textId="77777777" w:rsidR="00E24BA4" w:rsidRDefault="00E24BA4" w:rsidP="00E24BA4">
      <w:pPr>
        <w:rPr>
          <w:rFonts w:cs="Arial"/>
        </w:rPr>
      </w:pPr>
    </w:p>
    <w:p w14:paraId="168C7063" w14:textId="77777777" w:rsidR="00E24BA4" w:rsidRDefault="00E24BA4" w:rsidP="00E24BA4">
      <w:pPr>
        <w:rPr>
          <w:rFonts w:cs="Arial"/>
        </w:rPr>
      </w:pPr>
    </w:p>
    <w:p w14:paraId="24C051F2" w14:textId="77777777" w:rsidR="00E24BA4" w:rsidRDefault="00E24BA4" w:rsidP="00E24BA4">
      <w:pPr>
        <w:rPr>
          <w:rFonts w:cs="Arial"/>
        </w:rPr>
      </w:pPr>
    </w:p>
    <w:p w14:paraId="01146B70" w14:textId="77777777" w:rsidR="00E24BA4" w:rsidRDefault="00E24BA4" w:rsidP="00E24BA4">
      <w:pPr>
        <w:rPr>
          <w:rFonts w:cs="Arial"/>
        </w:rPr>
      </w:pPr>
    </w:p>
    <w:p w14:paraId="076A55D9" w14:textId="77777777" w:rsidR="00E24BA4" w:rsidRDefault="00E24BA4" w:rsidP="00E24BA4">
      <w:pPr>
        <w:rPr>
          <w:rFonts w:cs="Arial"/>
        </w:rPr>
      </w:pPr>
    </w:p>
    <w:p w14:paraId="156C151E" w14:textId="77777777" w:rsidR="00E24BA4" w:rsidRDefault="00E24BA4" w:rsidP="00E24BA4">
      <w:pPr>
        <w:rPr>
          <w:rFonts w:cs="Arial"/>
        </w:rPr>
      </w:pPr>
    </w:p>
    <w:p w14:paraId="6E72D01D" w14:textId="77777777" w:rsidR="00E24BA4" w:rsidRDefault="00E24BA4" w:rsidP="00E24BA4">
      <w:pPr>
        <w:rPr>
          <w:rFonts w:cs="Arial"/>
        </w:rPr>
      </w:pPr>
    </w:p>
    <w:p w14:paraId="45A6D12C" w14:textId="77777777" w:rsidR="00E24BA4" w:rsidRDefault="00E24BA4" w:rsidP="00E24BA4">
      <w:pPr>
        <w:rPr>
          <w:rFonts w:cs="Arial"/>
        </w:rPr>
      </w:pPr>
    </w:p>
    <w:p w14:paraId="2BB3651E" w14:textId="77777777" w:rsidR="00E24BA4" w:rsidRDefault="00E24BA4" w:rsidP="00E24BA4">
      <w:pPr>
        <w:rPr>
          <w:rFonts w:cs="Arial"/>
        </w:rPr>
      </w:pPr>
    </w:p>
    <w:p w14:paraId="1C3B0B77" w14:textId="77777777" w:rsidR="00E24BA4" w:rsidRDefault="00E24BA4" w:rsidP="00E24BA4">
      <w:pPr>
        <w:rPr>
          <w:rFonts w:cs="Arial"/>
        </w:rPr>
      </w:pPr>
    </w:p>
    <w:p w14:paraId="2033865C" w14:textId="77777777" w:rsidR="00E24BA4" w:rsidRDefault="00E24BA4" w:rsidP="00E24BA4">
      <w:pPr>
        <w:rPr>
          <w:rFonts w:cs="Arial"/>
        </w:rPr>
      </w:pPr>
    </w:p>
    <w:p w14:paraId="73B63EC0" w14:textId="77777777" w:rsidR="00E24BA4" w:rsidRPr="000C0E61" w:rsidRDefault="00E24BA4" w:rsidP="00E24BA4">
      <w:pPr>
        <w:rPr>
          <w:rFonts w:cs="Arial"/>
        </w:rPr>
      </w:pPr>
    </w:p>
    <w:p w14:paraId="319248F5" w14:textId="216593A8" w:rsidR="00E24BA4" w:rsidRDefault="00E24BA4" w:rsidP="00E24BA4">
      <w:pPr>
        <w:rPr>
          <w:rFonts w:cs="Arial"/>
        </w:rPr>
      </w:pPr>
    </w:p>
    <w:p w14:paraId="50DE475B" w14:textId="7A645827" w:rsidR="002C67EA" w:rsidRDefault="002C67EA" w:rsidP="00E24BA4">
      <w:pPr>
        <w:rPr>
          <w:rFonts w:cs="Arial"/>
        </w:rPr>
      </w:pPr>
    </w:p>
    <w:p w14:paraId="7696D829" w14:textId="77777777" w:rsidR="002C67EA" w:rsidRPr="000C0E61" w:rsidRDefault="002C67EA" w:rsidP="00E24BA4">
      <w:pPr>
        <w:rPr>
          <w:rFonts w:cs="Arial"/>
        </w:rPr>
      </w:pPr>
    </w:p>
    <w:p w14:paraId="5405A68F" w14:textId="77777777" w:rsidR="00E24BA4" w:rsidRPr="000C0E61" w:rsidRDefault="00E24BA4" w:rsidP="00E24BA4">
      <w:pPr>
        <w:pStyle w:val="Stil2"/>
        <w:rPr>
          <w:rFonts w:asciiTheme="minorHAnsi" w:hAnsiTheme="minorHAnsi" w:cs="Arial"/>
        </w:rPr>
      </w:pPr>
      <w:bookmarkStart w:id="0" w:name="_Toc153118710"/>
      <w:bookmarkStart w:id="1" w:name="_Toc217311492"/>
      <w:r w:rsidRPr="000C0E61">
        <w:rPr>
          <w:rFonts w:asciiTheme="minorHAnsi" w:hAnsiTheme="minorHAnsi" w:cs="Arial"/>
        </w:rPr>
        <w:lastRenderedPageBreak/>
        <w:t>SUNUŞ</w:t>
      </w:r>
      <w:bookmarkEnd w:id="0"/>
      <w:bookmarkEnd w:id="1"/>
    </w:p>
    <w:p w14:paraId="2603F89A" w14:textId="77777777" w:rsidR="00B87D9D" w:rsidRDefault="00B87D9D" w:rsidP="00B87D9D">
      <w:pPr>
        <w:jc w:val="both"/>
        <w:rPr>
          <w:rFonts w:cs="Arial"/>
          <w:i/>
          <w:color w:val="808080" w:themeColor="background1" w:themeShade="80"/>
        </w:rPr>
      </w:pPr>
    </w:p>
    <w:p w14:paraId="77D3A7B1" w14:textId="166E9D50" w:rsidR="00E24BA4" w:rsidRPr="000C0E61" w:rsidRDefault="002305E4" w:rsidP="00B87D9D">
      <w:pPr>
        <w:jc w:val="both"/>
        <w:rPr>
          <w:rFonts w:cs="Arial"/>
          <w:i/>
          <w:color w:val="808080" w:themeColor="background1" w:themeShade="80"/>
        </w:rPr>
      </w:pPr>
      <w:r w:rsidRPr="002305E4">
        <w:rPr>
          <w:rFonts w:cs="Arial"/>
          <w:i/>
          <w:color w:val="808080" w:themeColor="background1" w:themeShade="80"/>
        </w:rPr>
        <w:t>5018 sayılı Kamu Mali Yönetimi ve Kontrol Kanunu ve Kamu İdarelerince Hazırlanacak Faaliyet Raporları Hakkında Yönetmelikte belirtilen ilke ve esaslar ile hesap verme sorumluluğu çerçevesinde hazırlanan Kale Turizm ve Otel İşletmeciliği Meslek Yüksekokulu 202</w:t>
      </w:r>
      <w:r w:rsidR="00B87D9D">
        <w:rPr>
          <w:rFonts w:cs="Arial"/>
          <w:i/>
          <w:color w:val="808080" w:themeColor="background1" w:themeShade="80"/>
        </w:rPr>
        <w:t>5</w:t>
      </w:r>
      <w:r w:rsidRPr="002305E4">
        <w:rPr>
          <w:rFonts w:cs="Arial"/>
          <w:i/>
          <w:color w:val="808080" w:themeColor="background1" w:themeShade="80"/>
        </w:rPr>
        <w:t xml:space="preserve"> yılı faaliyet raporumuzda, yüksekokulumuzun tanıtımı, yönetimi, amaç ve hedefleri ile faaliyetlerine ilişkin bilgi ve değerlendirmeler, kurumsal yetenek ve kapasitesinin değerlendirilmesi ile öneri ve önlemler yer almaktadır.</w:t>
      </w:r>
    </w:p>
    <w:p w14:paraId="0DD53926" w14:textId="77777777" w:rsidR="00E24BA4" w:rsidRPr="000C0E61" w:rsidRDefault="00E24BA4" w:rsidP="00E24BA4">
      <w:pPr>
        <w:rPr>
          <w:rFonts w:cs="Arial"/>
        </w:rPr>
      </w:pPr>
    </w:p>
    <w:p w14:paraId="47FE266B" w14:textId="77777777" w:rsidR="00E24BA4" w:rsidRPr="000C0E61" w:rsidRDefault="00E24BA4" w:rsidP="00E24BA4">
      <w:pPr>
        <w:rPr>
          <w:rFonts w:cs="Arial"/>
        </w:rPr>
      </w:pPr>
    </w:p>
    <w:p w14:paraId="7C14B8E0" w14:textId="77777777" w:rsidR="00E24BA4" w:rsidRPr="000C0E61" w:rsidRDefault="00E24BA4" w:rsidP="00E24BA4">
      <w:pPr>
        <w:rPr>
          <w:rFonts w:cs="Arial"/>
        </w:rPr>
      </w:pPr>
    </w:p>
    <w:p w14:paraId="420559B1" w14:textId="77777777" w:rsidR="00E24BA4" w:rsidRPr="000C0E61" w:rsidRDefault="00E24BA4" w:rsidP="00E24BA4">
      <w:pPr>
        <w:rPr>
          <w:rFonts w:cs="Arial"/>
        </w:rPr>
      </w:pPr>
    </w:p>
    <w:p w14:paraId="624EBFED" w14:textId="77777777" w:rsidR="00E24BA4" w:rsidRPr="000C0E61" w:rsidRDefault="00E24BA4" w:rsidP="00E24BA4">
      <w:pPr>
        <w:rPr>
          <w:rFonts w:cs="Arial"/>
        </w:rPr>
      </w:pPr>
    </w:p>
    <w:p w14:paraId="0225E522" w14:textId="77777777" w:rsidR="00E24BA4" w:rsidRPr="000C0E61" w:rsidRDefault="00E24BA4" w:rsidP="00E24BA4">
      <w:pPr>
        <w:rPr>
          <w:rFonts w:cs="Arial"/>
        </w:rPr>
      </w:pPr>
    </w:p>
    <w:p w14:paraId="02D3EA66" w14:textId="77777777" w:rsidR="00E24BA4" w:rsidRPr="000C0E61" w:rsidRDefault="00E24BA4" w:rsidP="00E24BA4">
      <w:pPr>
        <w:rPr>
          <w:rFonts w:cs="Arial"/>
        </w:rPr>
      </w:pPr>
    </w:p>
    <w:p w14:paraId="16D40282" w14:textId="77777777" w:rsidR="00E24BA4" w:rsidRPr="000C0E61" w:rsidRDefault="00E24BA4" w:rsidP="00E24BA4">
      <w:pPr>
        <w:rPr>
          <w:rFonts w:cs="Arial"/>
        </w:rPr>
      </w:pPr>
    </w:p>
    <w:p w14:paraId="5E70E938" w14:textId="77777777" w:rsidR="00E24BA4" w:rsidRPr="000C0E61" w:rsidRDefault="00E24BA4" w:rsidP="00E24BA4">
      <w:pPr>
        <w:rPr>
          <w:rFonts w:cs="Arial"/>
        </w:rPr>
      </w:pPr>
    </w:p>
    <w:p w14:paraId="2CB0042C" w14:textId="77777777" w:rsidR="00E24BA4" w:rsidRPr="000C0E61" w:rsidRDefault="00E24BA4" w:rsidP="00E24BA4">
      <w:pPr>
        <w:rPr>
          <w:rFonts w:cs="Arial"/>
        </w:rPr>
      </w:pPr>
    </w:p>
    <w:p w14:paraId="779CD2CA" w14:textId="77777777" w:rsidR="00E24BA4" w:rsidRPr="000C0E61" w:rsidRDefault="00E24BA4" w:rsidP="00E24BA4">
      <w:pPr>
        <w:rPr>
          <w:rFonts w:cs="Arial"/>
        </w:rPr>
      </w:pPr>
    </w:p>
    <w:p w14:paraId="564F822C" w14:textId="77777777" w:rsidR="00E24BA4" w:rsidRPr="000C0E61" w:rsidRDefault="00E24BA4" w:rsidP="00E24BA4">
      <w:pPr>
        <w:rPr>
          <w:rFonts w:cs="Arial"/>
        </w:rPr>
      </w:pPr>
    </w:p>
    <w:p w14:paraId="4341B650" w14:textId="77777777" w:rsidR="00E24BA4" w:rsidRPr="000C0E61" w:rsidRDefault="00E24BA4" w:rsidP="00E24BA4">
      <w:pPr>
        <w:rPr>
          <w:rFonts w:cs="Arial"/>
        </w:rPr>
      </w:pPr>
    </w:p>
    <w:p w14:paraId="45574B1C" w14:textId="0EAD9BBC" w:rsidR="00E24BA4" w:rsidRDefault="00B87D9D" w:rsidP="002C67EA">
      <w:pPr>
        <w:ind w:left="6096"/>
        <w:rPr>
          <w:rFonts w:cs="Arial"/>
        </w:rPr>
      </w:pPr>
      <w:r>
        <w:rPr>
          <w:rFonts w:cs="Arial"/>
        </w:rPr>
        <w:t>Dr. Öğr. Üyesi</w:t>
      </w:r>
      <w:r w:rsidR="002C67EA">
        <w:rPr>
          <w:rFonts w:cs="Arial"/>
        </w:rPr>
        <w:t xml:space="preserve"> </w:t>
      </w:r>
      <w:r>
        <w:rPr>
          <w:rFonts w:cs="Arial"/>
        </w:rPr>
        <w:t>Arif YILDIZ</w:t>
      </w:r>
    </w:p>
    <w:p w14:paraId="353C4327" w14:textId="3A943A03" w:rsidR="002C67EA" w:rsidRPr="000C0E61" w:rsidRDefault="002C67EA" w:rsidP="002C67EA">
      <w:pPr>
        <w:ind w:left="6096"/>
        <w:rPr>
          <w:rFonts w:cs="Arial"/>
          <w:b/>
        </w:rPr>
      </w:pPr>
      <w:r>
        <w:rPr>
          <w:rFonts w:cs="Arial"/>
        </w:rPr>
        <w:t>Meslek Yüksekokulu Müdürü</w:t>
      </w:r>
    </w:p>
    <w:p w14:paraId="40E9429F" w14:textId="77777777" w:rsidR="00E24BA4" w:rsidRPr="000C0E61" w:rsidRDefault="00E24BA4" w:rsidP="00E24BA4">
      <w:pPr>
        <w:rPr>
          <w:rFonts w:cs="Arial"/>
        </w:rPr>
      </w:pPr>
    </w:p>
    <w:p w14:paraId="4FAD923F" w14:textId="77777777" w:rsidR="00E24BA4" w:rsidRPr="000C0E61" w:rsidRDefault="00E24BA4" w:rsidP="00E24BA4">
      <w:pPr>
        <w:rPr>
          <w:rFonts w:cs="Arial"/>
        </w:rPr>
      </w:pPr>
    </w:p>
    <w:p w14:paraId="50D05579" w14:textId="58CAA0B8" w:rsidR="00E24BA4" w:rsidRPr="000C0E61" w:rsidRDefault="002C67EA" w:rsidP="002C67EA">
      <w:pPr>
        <w:tabs>
          <w:tab w:val="left" w:pos="5436"/>
        </w:tabs>
        <w:rPr>
          <w:rFonts w:cs="Arial"/>
        </w:rPr>
      </w:pPr>
      <w:r>
        <w:rPr>
          <w:rFonts w:cs="Arial"/>
        </w:rPr>
        <w:tab/>
      </w:r>
    </w:p>
    <w:p w14:paraId="636BF3F2" w14:textId="77777777" w:rsidR="00E24BA4" w:rsidRPr="000C0E61" w:rsidRDefault="00E24BA4" w:rsidP="00E24BA4">
      <w:pPr>
        <w:rPr>
          <w:rFonts w:cs="Arial"/>
        </w:rPr>
      </w:pPr>
    </w:p>
    <w:p w14:paraId="3F7A87D2" w14:textId="77777777" w:rsidR="00E24BA4" w:rsidRPr="000C0E61" w:rsidRDefault="00E24BA4" w:rsidP="00E24BA4">
      <w:pPr>
        <w:rPr>
          <w:rFonts w:eastAsia="Times New Roman" w:cs="Arial"/>
          <w:b/>
          <w:color w:val="1F497D"/>
          <w:sz w:val="36"/>
          <w:szCs w:val="20"/>
          <w:lang w:eastAsia="ko-KR"/>
        </w:rPr>
      </w:pPr>
      <w:bookmarkStart w:id="2" w:name="_Toc153118711"/>
      <w:r w:rsidRPr="000C0E61">
        <w:rPr>
          <w:rFonts w:cs="Arial"/>
        </w:rPr>
        <w:br w:type="page"/>
      </w:r>
    </w:p>
    <w:p w14:paraId="5AB95542" w14:textId="77777777" w:rsidR="00E24BA4" w:rsidRPr="000C0E61" w:rsidRDefault="00E24BA4" w:rsidP="00E24BA4">
      <w:pPr>
        <w:pStyle w:val="Stil1"/>
        <w:rPr>
          <w:rFonts w:asciiTheme="minorHAnsi" w:hAnsiTheme="minorHAnsi"/>
        </w:rPr>
      </w:pPr>
      <w:bookmarkStart w:id="3" w:name="_Toc217311493"/>
      <w:r w:rsidRPr="000C0E61">
        <w:rPr>
          <w:rFonts w:asciiTheme="minorHAnsi" w:hAnsiTheme="minorHAnsi"/>
        </w:rPr>
        <w:lastRenderedPageBreak/>
        <w:t>GENEL BİLGİLER</w:t>
      </w:r>
      <w:bookmarkEnd w:id="2"/>
      <w:bookmarkEnd w:id="3"/>
    </w:p>
    <w:p w14:paraId="1308BA3E" w14:textId="77777777" w:rsidR="00E24BA4" w:rsidRDefault="00E24BA4" w:rsidP="00E24BA4">
      <w:pPr>
        <w:pStyle w:val="Stil2"/>
      </w:pPr>
      <w:bookmarkStart w:id="4" w:name="_Toc217311494"/>
      <w:r>
        <w:t>A.</w:t>
      </w:r>
      <w:r w:rsidRPr="00E03019">
        <w:t xml:space="preserve"> Birimin Misyonu ve Vizyonu</w:t>
      </w:r>
      <w:bookmarkEnd w:id="4"/>
    </w:p>
    <w:p w14:paraId="0EF41331" w14:textId="77777777" w:rsidR="00E24BA4" w:rsidRPr="000C0E61" w:rsidRDefault="00E24BA4" w:rsidP="00E24BA4">
      <w:pPr>
        <w:pStyle w:val="msointensequote"/>
        <w:rPr>
          <w:rFonts w:asciiTheme="minorHAnsi" w:hAnsiTheme="minorHAnsi" w:cs="Arial"/>
        </w:rPr>
      </w:pPr>
      <w:r w:rsidRPr="000C0E61">
        <w:rPr>
          <w:rFonts w:asciiTheme="minorHAnsi" w:hAnsiTheme="minorHAnsi" w:cs="Arial"/>
        </w:rPr>
        <w:t>Misyon</w:t>
      </w:r>
    </w:p>
    <w:p w14:paraId="4490ED68" w14:textId="239A5D50" w:rsidR="00E24BA4" w:rsidRPr="000C0E61" w:rsidRDefault="00EB064C" w:rsidP="009D0F59">
      <w:pPr>
        <w:jc w:val="center"/>
        <w:rPr>
          <w:rFonts w:cs="Times New Roman"/>
        </w:rPr>
      </w:pPr>
      <w:bookmarkStart w:id="5" w:name="_Toc153118742"/>
      <w:r w:rsidRPr="00EB064C">
        <w:rPr>
          <w:rFonts w:cs="Times New Roman"/>
        </w:rPr>
        <w:t>Turizm alanında; ulusal ve uluslararası düzeyde nitelikli, etik değerlere bağlı, yenilikçi ve üretken bireyler yetiştirmek; bulunduğu bölgenin kültürel ve doğal mirasını koruyarak ekonomik ve sosyal kalkınmaya katkı sağlamak; bilimsel ve uygulamalı eğitimle sektörün ihtiyaçlarına cevap verebilecek donanımlı mezunlar kazandırmaktır.</w:t>
      </w:r>
    </w:p>
    <w:p w14:paraId="06F087E0" w14:textId="77777777" w:rsidR="00E24BA4" w:rsidRPr="00EB064C" w:rsidRDefault="00E24BA4" w:rsidP="00E24BA4">
      <w:pPr>
        <w:pBdr>
          <w:top w:val="single" w:sz="4" w:space="10" w:color="4F81BD" w:themeColor="accent1"/>
          <w:bottom w:val="single" w:sz="4" w:space="10" w:color="4F81BD" w:themeColor="accent1"/>
        </w:pBdr>
        <w:spacing w:before="360" w:after="360" w:line="256" w:lineRule="auto"/>
        <w:ind w:left="864" w:right="864"/>
        <w:jc w:val="center"/>
        <w:rPr>
          <w:rFonts w:cs="Times New Roman"/>
          <w:b/>
          <w:i/>
          <w:iCs/>
          <w:color w:val="4F81BD" w:themeColor="accent1"/>
          <w:sz w:val="24"/>
        </w:rPr>
      </w:pPr>
      <w:r w:rsidRPr="00EB064C">
        <w:rPr>
          <w:rFonts w:cs="Times New Roman"/>
          <w:b/>
          <w:i/>
          <w:iCs/>
          <w:color w:val="4F81BD" w:themeColor="accent1"/>
          <w:sz w:val="24"/>
        </w:rPr>
        <w:t>Vizyon</w:t>
      </w:r>
    </w:p>
    <w:p w14:paraId="54994EBA" w14:textId="0B5FB106" w:rsidR="00E24BA4" w:rsidRDefault="009D0F59" w:rsidP="009D0F59">
      <w:pPr>
        <w:jc w:val="center"/>
        <w:rPr>
          <w:rFonts w:cs="Times New Roman"/>
        </w:rPr>
      </w:pPr>
      <w:r w:rsidRPr="009D0F59">
        <w:rPr>
          <w:rFonts w:cs="Times New Roman"/>
        </w:rPr>
        <w:t>Yerelden evrensele katkı sunan, sektörel gelişmeleri yakından izleyen; uygulama ve araştırma odaklı bir yaklaşımla geleceğin turizm profesyonellerini yetiştiren; bulunduğu coğrafyanın turizm potansiyelini akademik bilgiyle buluşturan ve sürdürülebilir turizm anlayışıyla öncü bir meslek yüksekokulu olmaktır.</w:t>
      </w:r>
    </w:p>
    <w:p w14:paraId="7116F544" w14:textId="18CC137D" w:rsidR="007B46A4" w:rsidRDefault="007B46A4" w:rsidP="009D0F59">
      <w:pPr>
        <w:jc w:val="center"/>
        <w:rPr>
          <w:rFonts w:cs="Times New Roman"/>
        </w:rPr>
      </w:pPr>
    </w:p>
    <w:p w14:paraId="68145788" w14:textId="6F6EF44A" w:rsidR="007B46A4" w:rsidRDefault="007B46A4" w:rsidP="009D0F59">
      <w:pPr>
        <w:jc w:val="center"/>
        <w:rPr>
          <w:rFonts w:cs="Times New Roman"/>
        </w:rPr>
      </w:pPr>
    </w:p>
    <w:p w14:paraId="0E9EACB4" w14:textId="78542591" w:rsidR="007B46A4" w:rsidRDefault="007B46A4" w:rsidP="009D0F59">
      <w:pPr>
        <w:jc w:val="center"/>
        <w:rPr>
          <w:rFonts w:cs="Times New Roman"/>
        </w:rPr>
      </w:pPr>
    </w:p>
    <w:p w14:paraId="4F322403" w14:textId="519C5623" w:rsidR="007B46A4" w:rsidRDefault="007B46A4" w:rsidP="009D0F59">
      <w:pPr>
        <w:jc w:val="center"/>
        <w:rPr>
          <w:rFonts w:cs="Times New Roman"/>
        </w:rPr>
      </w:pPr>
    </w:p>
    <w:p w14:paraId="75A16EC1" w14:textId="4D22CD7C" w:rsidR="007B46A4" w:rsidRDefault="007B46A4" w:rsidP="009D0F59">
      <w:pPr>
        <w:jc w:val="center"/>
        <w:rPr>
          <w:rFonts w:cs="Times New Roman"/>
        </w:rPr>
      </w:pPr>
    </w:p>
    <w:p w14:paraId="4B31F320" w14:textId="5648EDBD" w:rsidR="007B46A4" w:rsidRDefault="007B46A4" w:rsidP="009D0F59">
      <w:pPr>
        <w:jc w:val="center"/>
        <w:rPr>
          <w:rFonts w:cs="Times New Roman"/>
        </w:rPr>
      </w:pPr>
    </w:p>
    <w:p w14:paraId="46D540B4" w14:textId="7E201972" w:rsidR="007B46A4" w:rsidRDefault="007B46A4" w:rsidP="009D0F59">
      <w:pPr>
        <w:jc w:val="center"/>
        <w:rPr>
          <w:rFonts w:cs="Times New Roman"/>
        </w:rPr>
      </w:pPr>
    </w:p>
    <w:p w14:paraId="307D255F" w14:textId="4C0F8A33" w:rsidR="007B46A4" w:rsidRDefault="007B46A4" w:rsidP="009D0F59">
      <w:pPr>
        <w:jc w:val="center"/>
        <w:rPr>
          <w:rFonts w:cs="Times New Roman"/>
        </w:rPr>
      </w:pPr>
    </w:p>
    <w:p w14:paraId="0B359475" w14:textId="218CFC63" w:rsidR="007B46A4" w:rsidRDefault="007B46A4" w:rsidP="009D0F59">
      <w:pPr>
        <w:jc w:val="center"/>
        <w:rPr>
          <w:rFonts w:cs="Times New Roman"/>
        </w:rPr>
      </w:pPr>
    </w:p>
    <w:p w14:paraId="38BB1810" w14:textId="7C96FD31" w:rsidR="007B46A4" w:rsidRDefault="007B46A4" w:rsidP="009D0F59">
      <w:pPr>
        <w:jc w:val="center"/>
        <w:rPr>
          <w:rFonts w:cs="Times New Roman"/>
        </w:rPr>
      </w:pPr>
    </w:p>
    <w:p w14:paraId="477C49C5" w14:textId="0626E5E8" w:rsidR="007B46A4" w:rsidRDefault="007B46A4" w:rsidP="009D0F59">
      <w:pPr>
        <w:jc w:val="center"/>
        <w:rPr>
          <w:rFonts w:cs="Times New Roman"/>
        </w:rPr>
      </w:pPr>
    </w:p>
    <w:p w14:paraId="1D4EB8DE" w14:textId="7016F057" w:rsidR="007B46A4" w:rsidRDefault="007B46A4" w:rsidP="009D0F59">
      <w:pPr>
        <w:jc w:val="center"/>
        <w:rPr>
          <w:rFonts w:cs="Times New Roman"/>
        </w:rPr>
      </w:pPr>
    </w:p>
    <w:p w14:paraId="3B0F35B0" w14:textId="518B72FC" w:rsidR="007B46A4" w:rsidRDefault="007B46A4" w:rsidP="009D0F59">
      <w:pPr>
        <w:jc w:val="center"/>
        <w:rPr>
          <w:rFonts w:cs="Times New Roman"/>
        </w:rPr>
      </w:pPr>
    </w:p>
    <w:p w14:paraId="6DC7036A" w14:textId="06DAD97F" w:rsidR="007B46A4" w:rsidRDefault="007B46A4" w:rsidP="009D0F59">
      <w:pPr>
        <w:jc w:val="center"/>
        <w:rPr>
          <w:rFonts w:cs="Times New Roman"/>
        </w:rPr>
      </w:pPr>
    </w:p>
    <w:p w14:paraId="14D6847A" w14:textId="04A4FDA9" w:rsidR="007B46A4" w:rsidRDefault="007B46A4" w:rsidP="009D0F59">
      <w:pPr>
        <w:jc w:val="center"/>
        <w:rPr>
          <w:rFonts w:cs="Times New Roman"/>
        </w:rPr>
      </w:pPr>
    </w:p>
    <w:p w14:paraId="7977B84D" w14:textId="5AF39923" w:rsidR="00E24BA4" w:rsidRPr="00E03019" w:rsidRDefault="00E24BA4" w:rsidP="00E24BA4">
      <w:pPr>
        <w:pStyle w:val="Stil2"/>
      </w:pPr>
      <w:bookmarkStart w:id="6" w:name="_Toc217311495"/>
      <w:r>
        <w:lastRenderedPageBreak/>
        <w:t>B.</w:t>
      </w:r>
      <w:r w:rsidRPr="00E03019">
        <w:t>YETKİ, GÖREV VE SORUMLULUKLAR</w:t>
      </w:r>
      <w:bookmarkEnd w:id="6"/>
    </w:p>
    <w:p w14:paraId="00E64A34" w14:textId="77777777" w:rsidR="00E24BA4" w:rsidRPr="001A786F" w:rsidRDefault="00E24BA4" w:rsidP="00E24BA4">
      <w:pPr>
        <w:jc w:val="both"/>
        <w:rPr>
          <w:i/>
          <w:sz w:val="24"/>
          <w:szCs w:val="24"/>
          <w:highlight w:val="yellow"/>
        </w:rPr>
      </w:pPr>
    </w:p>
    <w:p w14:paraId="0C570A7E" w14:textId="04ECF0F1" w:rsidR="008741F6" w:rsidRPr="001A786F" w:rsidRDefault="008741F6" w:rsidP="008741F6">
      <w:pPr>
        <w:jc w:val="both"/>
        <w:rPr>
          <w:rFonts w:ascii="Times New Roman" w:hAnsi="Times New Roman" w:cs="Times New Roman"/>
          <w:i/>
          <w:sz w:val="24"/>
          <w:szCs w:val="24"/>
        </w:rPr>
      </w:pPr>
      <w:r w:rsidRPr="001A786F">
        <w:rPr>
          <w:rFonts w:ascii="Times New Roman" w:hAnsi="Times New Roman" w:cs="Times New Roman"/>
          <w:i/>
          <w:sz w:val="24"/>
          <w:szCs w:val="24"/>
        </w:rPr>
        <w:t>2547 sayılı Yükseköğretim Kanunun</w:t>
      </w:r>
      <w:r w:rsidR="0007725E" w:rsidRPr="001A786F">
        <w:rPr>
          <w:rFonts w:ascii="Times New Roman" w:hAnsi="Times New Roman" w:cs="Times New Roman"/>
          <w:i/>
          <w:sz w:val="24"/>
          <w:szCs w:val="24"/>
        </w:rPr>
        <w:t>un 12. Maddesinde,</w:t>
      </w:r>
      <w:r w:rsidR="00E17DD8" w:rsidRPr="001A786F">
        <w:rPr>
          <w:rFonts w:ascii="Times New Roman" w:hAnsi="Times New Roman" w:cs="Times New Roman"/>
          <w:i/>
          <w:sz w:val="24"/>
          <w:szCs w:val="24"/>
        </w:rPr>
        <w:t xml:space="preserve"> </w:t>
      </w:r>
      <w:r w:rsidR="0007725E" w:rsidRPr="001A786F">
        <w:rPr>
          <w:rFonts w:ascii="Times New Roman" w:hAnsi="Times New Roman" w:cs="Times New Roman"/>
          <w:i/>
          <w:sz w:val="24"/>
          <w:szCs w:val="24"/>
        </w:rPr>
        <w:t xml:space="preserve">ilgili kanunun </w:t>
      </w:r>
      <w:r w:rsidR="00E17DD8" w:rsidRPr="001A786F">
        <w:rPr>
          <w:rFonts w:ascii="Times New Roman" w:hAnsi="Times New Roman" w:cs="Times New Roman"/>
          <w:i/>
          <w:sz w:val="24"/>
          <w:szCs w:val="24"/>
        </w:rPr>
        <w:t xml:space="preserve">amaç ve ana ilkelere uygun olarak </w:t>
      </w:r>
      <w:r w:rsidRPr="001A786F">
        <w:rPr>
          <w:rFonts w:ascii="Times New Roman" w:hAnsi="Times New Roman" w:cs="Times New Roman"/>
          <w:i/>
          <w:sz w:val="24"/>
          <w:szCs w:val="24"/>
        </w:rPr>
        <w:t xml:space="preserve">belirtilmiş olan </w:t>
      </w:r>
      <w:r w:rsidR="00E17DD8" w:rsidRPr="001A786F">
        <w:rPr>
          <w:rFonts w:ascii="Times New Roman" w:hAnsi="Times New Roman" w:cs="Times New Roman"/>
          <w:i/>
          <w:sz w:val="24"/>
          <w:szCs w:val="24"/>
        </w:rPr>
        <w:t xml:space="preserve">Yükseköğretim </w:t>
      </w:r>
      <w:r w:rsidRPr="001A786F">
        <w:rPr>
          <w:rFonts w:ascii="Times New Roman" w:hAnsi="Times New Roman" w:cs="Times New Roman"/>
          <w:i/>
          <w:sz w:val="24"/>
          <w:szCs w:val="24"/>
        </w:rPr>
        <w:t>Kurumlarının görevleri</w:t>
      </w:r>
      <w:r w:rsidR="00E17DD8" w:rsidRPr="001A786F">
        <w:rPr>
          <w:rFonts w:ascii="Times New Roman" w:hAnsi="Times New Roman" w:cs="Times New Roman"/>
          <w:i/>
          <w:sz w:val="24"/>
          <w:szCs w:val="24"/>
        </w:rPr>
        <w:t xml:space="preserve"> şunlardır</w:t>
      </w:r>
      <w:r w:rsidRPr="001A786F">
        <w:rPr>
          <w:rFonts w:ascii="Times New Roman" w:hAnsi="Times New Roman" w:cs="Times New Roman"/>
          <w:i/>
          <w:sz w:val="24"/>
          <w:szCs w:val="24"/>
        </w:rPr>
        <w:t>:</w:t>
      </w:r>
    </w:p>
    <w:p w14:paraId="59B11A2E" w14:textId="77777777" w:rsidR="00E62046" w:rsidRPr="001A786F" w:rsidRDefault="00E62046" w:rsidP="00E62046">
      <w:pPr>
        <w:jc w:val="both"/>
        <w:rPr>
          <w:rFonts w:ascii="Times New Roman" w:hAnsi="Times New Roman" w:cs="Times New Roman"/>
          <w:i/>
          <w:sz w:val="24"/>
          <w:szCs w:val="24"/>
        </w:rPr>
      </w:pPr>
      <w:r w:rsidRPr="001A786F">
        <w:rPr>
          <w:rFonts w:ascii="Times New Roman" w:hAnsi="Times New Roman" w:cs="Times New Roman"/>
          <w:i/>
          <w:sz w:val="24"/>
          <w:szCs w:val="24"/>
        </w:rPr>
        <w:t>a. Çağdaş uygarlık ve eğitim - öğretim esaslarına dayanan bir düzen içinde, toplumun ihtiyaçları ve kalkınma planları ilke ve hedeflerine uygun ve ortaöğretime dayalı çeşitli düzeylerde eğitim - öğretim, bilimsel araştırma, yayım ve danışmanlık yapmak,</w:t>
      </w:r>
    </w:p>
    <w:p w14:paraId="7A462ADA" w14:textId="77777777" w:rsidR="00E62046" w:rsidRPr="001A786F" w:rsidRDefault="00E62046" w:rsidP="00E62046">
      <w:pPr>
        <w:jc w:val="both"/>
        <w:rPr>
          <w:rFonts w:ascii="Times New Roman" w:hAnsi="Times New Roman" w:cs="Times New Roman"/>
          <w:i/>
          <w:sz w:val="24"/>
          <w:szCs w:val="24"/>
        </w:rPr>
      </w:pPr>
      <w:r w:rsidRPr="001A786F">
        <w:rPr>
          <w:rFonts w:ascii="Times New Roman" w:hAnsi="Times New Roman" w:cs="Times New Roman"/>
          <w:i/>
          <w:sz w:val="24"/>
          <w:szCs w:val="24"/>
        </w:rPr>
        <w:t>b. 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insangücü yetiştirmek,</w:t>
      </w:r>
    </w:p>
    <w:p w14:paraId="70E6ECB8" w14:textId="77777777" w:rsidR="00E62046" w:rsidRPr="001A786F" w:rsidRDefault="00E62046" w:rsidP="00E62046">
      <w:pPr>
        <w:jc w:val="both"/>
        <w:rPr>
          <w:rFonts w:ascii="Times New Roman" w:hAnsi="Times New Roman" w:cs="Times New Roman"/>
          <w:i/>
          <w:sz w:val="24"/>
          <w:szCs w:val="24"/>
        </w:rPr>
      </w:pPr>
      <w:r w:rsidRPr="001A786F">
        <w:rPr>
          <w:rFonts w:ascii="Times New Roman" w:hAnsi="Times New Roman" w:cs="Times New Roman"/>
          <w:i/>
          <w:sz w:val="24"/>
          <w:szCs w:val="24"/>
        </w:rPr>
        <w:t>c. Türk toplumunun yaşam düzeyini yükseltici ve kamu oyunu aydınlatıcı bilim verilerini söz, yazı ve diğer araçlarla yaymak,</w:t>
      </w:r>
    </w:p>
    <w:p w14:paraId="6614550A" w14:textId="77777777" w:rsidR="00E62046" w:rsidRPr="001A786F" w:rsidRDefault="00E62046" w:rsidP="00E62046">
      <w:pPr>
        <w:jc w:val="both"/>
        <w:rPr>
          <w:rFonts w:ascii="Times New Roman" w:hAnsi="Times New Roman" w:cs="Times New Roman"/>
          <w:i/>
          <w:sz w:val="24"/>
          <w:szCs w:val="24"/>
        </w:rPr>
      </w:pPr>
      <w:r w:rsidRPr="001A786F">
        <w:rPr>
          <w:rFonts w:ascii="Times New Roman" w:hAnsi="Times New Roman" w:cs="Times New Roman"/>
          <w:i/>
          <w:sz w:val="24"/>
          <w:szCs w:val="24"/>
        </w:rPr>
        <w:t>d. Örgün, yaygın, sürekli ve açık eğitim yoluyla toplumun özellikle sanayileşme ve tarımda modernleşme alanlarında eğitilmesini sağlamak,</w:t>
      </w:r>
    </w:p>
    <w:p w14:paraId="350F46C3" w14:textId="77777777" w:rsidR="00E62046" w:rsidRPr="001A786F" w:rsidRDefault="00E62046" w:rsidP="00E62046">
      <w:pPr>
        <w:jc w:val="both"/>
        <w:rPr>
          <w:rFonts w:ascii="Times New Roman" w:hAnsi="Times New Roman" w:cs="Times New Roman"/>
          <w:i/>
          <w:sz w:val="24"/>
          <w:szCs w:val="24"/>
        </w:rPr>
      </w:pPr>
      <w:r w:rsidRPr="001A786F">
        <w:rPr>
          <w:rFonts w:ascii="Times New Roman" w:hAnsi="Times New Roman" w:cs="Times New Roman"/>
          <w:i/>
          <w:sz w:val="24"/>
          <w:szCs w:val="24"/>
        </w:rPr>
        <w:t>e. 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261A706C" w14:textId="77777777" w:rsidR="00E62046" w:rsidRPr="001A786F" w:rsidRDefault="00E62046" w:rsidP="00E62046">
      <w:pPr>
        <w:jc w:val="both"/>
        <w:rPr>
          <w:rFonts w:ascii="Times New Roman" w:hAnsi="Times New Roman" w:cs="Times New Roman"/>
          <w:i/>
          <w:sz w:val="24"/>
          <w:szCs w:val="24"/>
        </w:rPr>
      </w:pPr>
      <w:r w:rsidRPr="001A786F">
        <w:rPr>
          <w:rFonts w:ascii="Times New Roman" w:hAnsi="Times New Roman" w:cs="Times New Roman"/>
          <w:i/>
          <w:sz w:val="24"/>
          <w:szCs w:val="24"/>
        </w:rPr>
        <w:t xml:space="preserve">f. Eğitim - öğretim ve seferberliği içinde, örgün, yaygın, sürekli ve açık eğitim hizmetini üstlenen kurumlara katkıda bulunacak önlemleri almak, </w:t>
      </w:r>
    </w:p>
    <w:p w14:paraId="5F57A0F2" w14:textId="77777777" w:rsidR="00E62046" w:rsidRPr="001A786F" w:rsidRDefault="00E62046" w:rsidP="00E62046">
      <w:pPr>
        <w:jc w:val="both"/>
        <w:rPr>
          <w:rFonts w:ascii="Times New Roman" w:hAnsi="Times New Roman" w:cs="Times New Roman"/>
          <w:i/>
          <w:sz w:val="24"/>
          <w:szCs w:val="24"/>
        </w:rPr>
      </w:pPr>
      <w:r w:rsidRPr="001A786F">
        <w:rPr>
          <w:rFonts w:ascii="Times New Roman" w:hAnsi="Times New Roman" w:cs="Times New Roman"/>
          <w:i/>
          <w:sz w:val="24"/>
          <w:szCs w:val="24"/>
        </w:rPr>
        <w:t>g. 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
    <w:p w14:paraId="3FC64938" w14:textId="77777777" w:rsidR="00E62046" w:rsidRPr="001A786F" w:rsidRDefault="00E62046" w:rsidP="00E62046">
      <w:pPr>
        <w:jc w:val="both"/>
        <w:rPr>
          <w:rFonts w:ascii="Times New Roman" w:hAnsi="Times New Roman" w:cs="Times New Roman"/>
          <w:i/>
          <w:sz w:val="24"/>
          <w:szCs w:val="24"/>
        </w:rPr>
      </w:pPr>
      <w:r w:rsidRPr="001A786F">
        <w:rPr>
          <w:rFonts w:ascii="Times New Roman" w:hAnsi="Times New Roman" w:cs="Times New Roman"/>
          <w:i/>
          <w:sz w:val="24"/>
          <w:szCs w:val="24"/>
        </w:rPr>
        <w:t>h. Eğitim teknolojisini üretmek, geliştirmek, kullanmak, yaygınlaştırmak,</w:t>
      </w:r>
    </w:p>
    <w:p w14:paraId="34F3B300" w14:textId="17BAF99E" w:rsidR="00E62046" w:rsidRPr="001A786F" w:rsidRDefault="00E62046" w:rsidP="00E62046">
      <w:pPr>
        <w:jc w:val="both"/>
        <w:rPr>
          <w:rFonts w:ascii="Times New Roman" w:hAnsi="Times New Roman" w:cs="Times New Roman"/>
          <w:i/>
          <w:sz w:val="24"/>
          <w:szCs w:val="24"/>
        </w:rPr>
      </w:pPr>
      <w:r w:rsidRPr="001A786F">
        <w:rPr>
          <w:rFonts w:ascii="Times New Roman" w:hAnsi="Times New Roman" w:cs="Times New Roman"/>
          <w:i/>
          <w:sz w:val="24"/>
          <w:szCs w:val="24"/>
        </w:rPr>
        <w:t>ı. Yükseköğretimin uygulamalı yapılmasına ait eğitim - öğretim esaslarını geliştirmek, döner sermaye işletmelerini kurmak, verimli çalıştırmak ve bu faaliyetlerin geliştirilmesine ilişkin gerekli düzenlemeleri yapmaktır.</w:t>
      </w:r>
    </w:p>
    <w:p w14:paraId="7797A794" w14:textId="28A87564" w:rsidR="00E62046" w:rsidRPr="001A786F" w:rsidRDefault="00E62046" w:rsidP="00E62046">
      <w:pPr>
        <w:jc w:val="both"/>
        <w:rPr>
          <w:rFonts w:ascii="Times New Roman" w:hAnsi="Times New Roman" w:cs="Times New Roman"/>
          <w:i/>
          <w:sz w:val="24"/>
          <w:szCs w:val="24"/>
        </w:rPr>
      </w:pPr>
      <w:r w:rsidRPr="001A786F">
        <w:rPr>
          <w:rFonts w:ascii="Times New Roman" w:hAnsi="Times New Roman" w:cs="Times New Roman"/>
          <w:i/>
          <w:sz w:val="24"/>
          <w:szCs w:val="24"/>
        </w:rPr>
        <w:t>Meslek Yüksekokulu; 2547 sayılı Yükseköğretim Kanunu, Üniversitelerde Akademik Teşkilat Yönetmeliği, Yükseköğretim Kurulu (YÖK) mevzuatı, Yükseköğretim Kalite Güvencesi ve Akreditasyon Yönetmeliği ile ilgili diğer mevzuat ve üniversite iç düzenlemeleri çerçevesinde görev, yetki ve sorumluluklarını yerine getirmektedir. Bu kapsamda Meslek Yüksekokulunun temel görev, yetki ve sorumlulukları şunlardır:</w:t>
      </w:r>
    </w:p>
    <w:p w14:paraId="2696E1BD" w14:textId="77777777" w:rsidR="00E62046" w:rsidRPr="001A786F" w:rsidRDefault="00E62046" w:rsidP="00E62046">
      <w:pPr>
        <w:pStyle w:val="ListeParagraf"/>
        <w:numPr>
          <w:ilvl w:val="0"/>
          <w:numId w:val="37"/>
        </w:numPr>
        <w:jc w:val="both"/>
        <w:rPr>
          <w:rFonts w:ascii="Times New Roman" w:hAnsi="Times New Roman" w:cs="Times New Roman"/>
          <w:i/>
          <w:sz w:val="24"/>
          <w:szCs w:val="24"/>
        </w:rPr>
      </w:pPr>
      <w:r w:rsidRPr="001A786F">
        <w:rPr>
          <w:rFonts w:ascii="Times New Roman" w:hAnsi="Times New Roman" w:cs="Times New Roman"/>
          <w:i/>
          <w:sz w:val="24"/>
          <w:szCs w:val="24"/>
        </w:rPr>
        <w:lastRenderedPageBreak/>
        <w:t>Ön lisans düzeyinde mesleki ve teknik eğitim-öğretim faaliyetlerini planlamak, yürütmek ve geliştirmek,</w:t>
      </w:r>
    </w:p>
    <w:p w14:paraId="20317EB9" w14:textId="77777777" w:rsidR="00E62046" w:rsidRPr="001A786F" w:rsidRDefault="00E62046" w:rsidP="00E62046">
      <w:pPr>
        <w:pStyle w:val="ListeParagraf"/>
        <w:numPr>
          <w:ilvl w:val="0"/>
          <w:numId w:val="37"/>
        </w:numPr>
        <w:jc w:val="both"/>
        <w:rPr>
          <w:rFonts w:ascii="Times New Roman" w:hAnsi="Times New Roman" w:cs="Times New Roman"/>
          <w:i/>
          <w:sz w:val="24"/>
          <w:szCs w:val="24"/>
        </w:rPr>
      </w:pPr>
      <w:r w:rsidRPr="001A786F">
        <w:rPr>
          <w:rFonts w:ascii="Times New Roman" w:hAnsi="Times New Roman" w:cs="Times New Roman"/>
          <w:i/>
          <w:sz w:val="24"/>
          <w:szCs w:val="24"/>
        </w:rPr>
        <w:t>Program müfredatlarını ilgili mevzuat doğrultusunda hazırlamak, güncellemek ve uygulamak,</w:t>
      </w:r>
    </w:p>
    <w:p w14:paraId="504C60DE" w14:textId="77777777" w:rsidR="00E62046" w:rsidRPr="001A786F" w:rsidRDefault="00E62046" w:rsidP="00E62046">
      <w:pPr>
        <w:pStyle w:val="ListeParagraf"/>
        <w:numPr>
          <w:ilvl w:val="0"/>
          <w:numId w:val="37"/>
        </w:numPr>
        <w:jc w:val="both"/>
        <w:rPr>
          <w:rFonts w:ascii="Times New Roman" w:hAnsi="Times New Roman" w:cs="Times New Roman"/>
          <w:i/>
          <w:sz w:val="24"/>
          <w:szCs w:val="24"/>
        </w:rPr>
      </w:pPr>
      <w:r w:rsidRPr="001A786F">
        <w:rPr>
          <w:rFonts w:ascii="Times New Roman" w:hAnsi="Times New Roman" w:cs="Times New Roman"/>
          <w:i/>
          <w:sz w:val="24"/>
          <w:szCs w:val="24"/>
        </w:rPr>
        <w:t>Öğrencilerin mesleki bilgi, beceri ve yetkinliklerini geliştirmeye yönelik teorik ve uygulamalı eğitimler sunmak,</w:t>
      </w:r>
    </w:p>
    <w:p w14:paraId="64F1D323" w14:textId="77777777" w:rsidR="00E62046" w:rsidRPr="001A786F" w:rsidRDefault="00E62046" w:rsidP="00E62046">
      <w:pPr>
        <w:pStyle w:val="ListeParagraf"/>
        <w:numPr>
          <w:ilvl w:val="0"/>
          <w:numId w:val="37"/>
        </w:numPr>
        <w:jc w:val="both"/>
        <w:rPr>
          <w:rFonts w:ascii="Times New Roman" w:hAnsi="Times New Roman" w:cs="Times New Roman"/>
          <w:i/>
          <w:sz w:val="24"/>
          <w:szCs w:val="24"/>
        </w:rPr>
      </w:pPr>
      <w:r w:rsidRPr="001A786F">
        <w:rPr>
          <w:rFonts w:ascii="Times New Roman" w:hAnsi="Times New Roman" w:cs="Times New Roman"/>
          <w:i/>
          <w:sz w:val="24"/>
          <w:szCs w:val="24"/>
        </w:rPr>
        <w:t>Eğitim-öğretim süreçlerinin etkililik, verimlilik ve kalite ilkeleri çerçevesinde yürütülmesini sağlamak,</w:t>
      </w:r>
    </w:p>
    <w:p w14:paraId="5A883E20" w14:textId="77777777" w:rsidR="00E62046" w:rsidRPr="001A786F" w:rsidRDefault="00E62046" w:rsidP="00E62046">
      <w:pPr>
        <w:pStyle w:val="ListeParagraf"/>
        <w:numPr>
          <w:ilvl w:val="0"/>
          <w:numId w:val="37"/>
        </w:numPr>
        <w:jc w:val="both"/>
        <w:rPr>
          <w:rFonts w:ascii="Times New Roman" w:hAnsi="Times New Roman" w:cs="Times New Roman"/>
          <w:i/>
          <w:sz w:val="24"/>
          <w:szCs w:val="24"/>
        </w:rPr>
      </w:pPr>
      <w:r w:rsidRPr="001A786F">
        <w:rPr>
          <w:rFonts w:ascii="Times New Roman" w:hAnsi="Times New Roman" w:cs="Times New Roman"/>
          <w:i/>
          <w:sz w:val="24"/>
          <w:szCs w:val="24"/>
        </w:rPr>
        <w:t>Akademik ve idari personelin görev ve sorumluluklarını belirlemek, koordinasyon ve iş birliğini sağlamak,</w:t>
      </w:r>
    </w:p>
    <w:p w14:paraId="7B87E89D" w14:textId="77777777" w:rsidR="00E62046" w:rsidRPr="001A786F" w:rsidRDefault="00E62046" w:rsidP="00E62046">
      <w:pPr>
        <w:pStyle w:val="ListeParagraf"/>
        <w:numPr>
          <w:ilvl w:val="0"/>
          <w:numId w:val="37"/>
        </w:numPr>
        <w:jc w:val="both"/>
        <w:rPr>
          <w:rFonts w:ascii="Times New Roman" w:hAnsi="Times New Roman" w:cs="Times New Roman"/>
          <w:i/>
          <w:sz w:val="24"/>
          <w:szCs w:val="24"/>
        </w:rPr>
      </w:pPr>
      <w:r w:rsidRPr="001A786F">
        <w:rPr>
          <w:rFonts w:ascii="Times New Roman" w:hAnsi="Times New Roman" w:cs="Times New Roman"/>
          <w:i/>
          <w:sz w:val="24"/>
          <w:szCs w:val="24"/>
        </w:rPr>
        <w:t>Öğrencilerin staj, işyeri eğitimi ve uygulamalı eğitim süreçlerini planlamak ve izlemek,</w:t>
      </w:r>
    </w:p>
    <w:p w14:paraId="50C978AA" w14:textId="77777777" w:rsidR="00E62046" w:rsidRPr="001A786F" w:rsidRDefault="00E62046" w:rsidP="00E62046">
      <w:pPr>
        <w:pStyle w:val="ListeParagraf"/>
        <w:numPr>
          <w:ilvl w:val="0"/>
          <w:numId w:val="37"/>
        </w:numPr>
        <w:jc w:val="both"/>
        <w:rPr>
          <w:rFonts w:ascii="Times New Roman" w:hAnsi="Times New Roman" w:cs="Times New Roman"/>
          <w:i/>
          <w:sz w:val="24"/>
          <w:szCs w:val="24"/>
        </w:rPr>
      </w:pPr>
      <w:r w:rsidRPr="001A786F">
        <w:rPr>
          <w:rFonts w:ascii="Times New Roman" w:hAnsi="Times New Roman" w:cs="Times New Roman"/>
          <w:i/>
          <w:sz w:val="24"/>
          <w:szCs w:val="24"/>
        </w:rPr>
        <w:t>Kamu kurumları, özel sektör ve sivil toplum kuruluşları ile iş birliği faaliyetleri geliştirmek,</w:t>
      </w:r>
    </w:p>
    <w:p w14:paraId="5F621923" w14:textId="77777777" w:rsidR="00E62046" w:rsidRPr="001A786F" w:rsidRDefault="00E62046" w:rsidP="00E62046">
      <w:pPr>
        <w:pStyle w:val="ListeParagraf"/>
        <w:numPr>
          <w:ilvl w:val="0"/>
          <w:numId w:val="37"/>
        </w:numPr>
        <w:jc w:val="both"/>
        <w:rPr>
          <w:rFonts w:ascii="Times New Roman" w:hAnsi="Times New Roman" w:cs="Times New Roman"/>
          <w:i/>
          <w:sz w:val="24"/>
          <w:szCs w:val="24"/>
        </w:rPr>
      </w:pPr>
      <w:r w:rsidRPr="001A786F">
        <w:rPr>
          <w:rFonts w:ascii="Times New Roman" w:hAnsi="Times New Roman" w:cs="Times New Roman"/>
          <w:i/>
          <w:sz w:val="24"/>
          <w:szCs w:val="24"/>
        </w:rPr>
        <w:t>Öğrencilerin akademik, sosyal ve mesleki gelişimlerini destekleyici bilimsel, kültürel ve sosyal faaliyetler düzenlemek,</w:t>
      </w:r>
    </w:p>
    <w:p w14:paraId="18A847C9" w14:textId="77777777" w:rsidR="00E62046" w:rsidRPr="001A786F" w:rsidRDefault="00E62046" w:rsidP="00E62046">
      <w:pPr>
        <w:pStyle w:val="ListeParagraf"/>
        <w:numPr>
          <w:ilvl w:val="0"/>
          <w:numId w:val="37"/>
        </w:numPr>
        <w:jc w:val="both"/>
        <w:rPr>
          <w:rFonts w:ascii="Times New Roman" w:hAnsi="Times New Roman" w:cs="Times New Roman"/>
          <w:i/>
          <w:sz w:val="24"/>
          <w:szCs w:val="24"/>
        </w:rPr>
      </w:pPr>
      <w:r w:rsidRPr="001A786F">
        <w:rPr>
          <w:rFonts w:ascii="Times New Roman" w:hAnsi="Times New Roman" w:cs="Times New Roman"/>
          <w:i/>
          <w:sz w:val="24"/>
          <w:szCs w:val="24"/>
        </w:rPr>
        <w:t>Kalite güvence sistemi kapsamında izleme, değerlendirme ve iyileştirme faaliyetlerini yürütmek,</w:t>
      </w:r>
    </w:p>
    <w:p w14:paraId="680B6FCC" w14:textId="77777777" w:rsidR="00E62046" w:rsidRPr="001A786F" w:rsidRDefault="00E62046" w:rsidP="00E62046">
      <w:pPr>
        <w:pStyle w:val="ListeParagraf"/>
        <w:numPr>
          <w:ilvl w:val="0"/>
          <w:numId w:val="37"/>
        </w:numPr>
        <w:jc w:val="both"/>
        <w:rPr>
          <w:rFonts w:ascii="Times New Roman" w:hAnsi="Times New Roman" w:cs="Times New Roman"/>
          <w:i/>
          <w:sz w:val="24"/>
          <w:szCs w:val="24"/>
        </w:rPr>
      </w:pPr>
      <w:r w:rsidRPr="001A786F">
        <w:rPr>
          <w:rFonts w:ascii="Times New Roman" w:hAnsi="Times New Roman" w:cs="Times New Roman"/>
          <w:i/>
          <w:sz w:val="24"/>
          <w:szCs w:val="24"/>
        </w:rPr>
        <w:t>Üniversitenin stratejik planı, misyonu ve vizyonu doğrultusunda faaliyetlerini sürdürmek,</w:t>
      </w:r>
    </w:p>
    <w:p w14:paraId="5FE894E3" w14:textId="77777777" w:rsidR="00E62046" w:rsidRPr="001A786F" w:rsidRDefault="00E62046" w:rsidP="00E62046">
      <w:pPr>
        <w:pStyle w:val="ListeParagraf"/>
        <w:numPr>
          <w:ilvl w:val="0"/>
          <w:numId w:val="37"/>
        </w:numPr>
        <w:jc w:val="both"/>
        <w:rPr>
          <w:rFonts w:ascii="Times New Roman" w:hAnsi="Times New Roman" w:cs="Times New Roman"/>
          <w:i/>
          <w:sz w:val="24"/>
          <w:szCs w:val="24"/>
        </w:rPr>
      </w:pPr>
      <w:r w:rsidRPr="001A786F">
        <w:rPr>
          <w:rFonts w:ascii="Times New Roman" w:hAnsi="Times New Roman" w:cs="Times New Roman"/>
          <w:i/>
          <w:sz w:val="24"/>
          <w:szCs w:val="24"/>
        </w:rPr>
        <w:t>Kendisine verilen idari, mali ve akademik yetkileri mevzuata uygun şekilde kullanmak.</w:t>
      </w:r>
    </w:p>
    <w:p w14:paraId="52865C36" w14:textId="7CA9AAEA" w:rsidR="00E62046" w:rsidRPr="001A786F" w:rsidRDefault="00E62046" w:rsidP="00E62046">
      <w:pPr>
        <w:jc w:val="both"/>
        <w:rPr>
          <w:rFonts w:ascii="Times New Roman" w:hAnsi="Times New Roman" w:cs="Times New Roman"/>
          <w:i/>
          <w:sz w:val="24"/>
          <w:szCs w:val="24"/>
        </w:rPr>
      </w:pPr>
      <w:r w:rsidRPr="001A786F">
        <w:rPr>
          <w:rFonts w:ascii="Times New Roman" w:hAnsi="Times New Roman" w:cs="Times New Roman"/>
          <w:i/>
          <w:sz w:val="24"/>
          <w:szCs w:val="24"/>
        </w:rPr>
        <w:t>Meslek Yüksekokulu, görev ve sorumluluklarını yerine getirirken şeffaflık, hesap verebilirlik, katılımcılık ve sürekli iyileştirme ilkelerini esas almaktadır.</w:t>
      </w:r>
    </w:p>
    <w:p w14:paraId="140EDF5A" w14:textId="199B3B6A" w:rsidR="00D1438B" w:rsidRPr="001A786F" w:rsidRDefault="00D1438B" w:rsidP="00E62046">
      <w:pPr>
        <w:jc w:val="both"/>
        <w:rPr>
          <w:rFonts w:ascii="Times New Roman" w:hAnsi="Times New Roman" w:cs="Times New Roman"/>
          <w:i/>
          <w:sz w:val="24"/>
          <w:szCs w:val="24"/>
        </w:rPr>
      </w:pPr>
    </w:p>
    <w:p w14:paraId="7343226D" w14:textId="718CB664" w:rsidR="00D1438B" w:rsidRPr="001A786F" w:rsidRDefault="00D1438B" w:rsidP="00E62046">
      <w:pPr>
        <w:jc w:val="both"/>
        <w:rPr>
          <w:rFonts w:ascii="Times New Roman" w:hAnsi="Times New Roman" w:cs="Times New Roman"/>
          <w:i/>
          <w:sz w:val="24"/>
          <w:szCs w:val="24"/>
        </w:rPr>
      </w:pPr>
    </w:p>
    <w:p w14:paraId="3E3E11D7" w14:textId="6E3F3427" w:rsidR="00D1438B" w:rsidRPr="001A786F" w:rsidRDefault="00D1438B" w:rsidP="00E62046">
      <w:pPr>
        <w:jc w:val="both"/>
        <w:rPr>
          <w:i/>
          <w:sz w:val="24"/>
          <w:szCs w:val="24"/>
        </w:rPr>
      </w:pPr>
    </w:p>
    <w:p w14:paraId="09C0AE36" w14:textId="3FE812C7" w:rsidR="00D1438B" w:rsidRDefault="00D1438B" w:rsidP="00E62046">
      <w:pPr>
        <w:jc w:val="both"/>
        <w:rPr>
          <w:i/>
        </w:rPr>
      </w:pPr>
    </w:p>
    <w:p w14:paraId="452528DF" w14:textId="3D9DBEEA" w:rsidR="00D1438B" w:rsidRDefault="00D1438B" w:rsidP="00E62046">
      <w:pPr>
        <w:jc w:val="both"/>
        <w:rPr>
          <w:i/>
        </w:rPr>
      </w:pPr>
    </w:p>
    <w:p w14:paraId="67B1F0EB" w14:textId="30746660" w:rsidR="00D1438B" w:rsidRDefault="00D1438B" w:rsidP="00E62046">
      <w:pPr>
        <w:jc w:val="both"/>
        <w:rPr>
          <w:i/>
        </w:rPr>
      </w:pPr>
    </w:p>
    <w:p w14:paraId="7C884624" w14:textId="12F7C80B" w:rsidR="00D1438B" w:rsidRDefault="00D1438B" w:rsidP="00E62046">
      <w:pPr>
        <w:jc w:val="both"/>
        <w:rPr>
          <w:i/>
        </w:rPr>
      </w:pPr>
    </w:p>
    <w:p w14:paraId="46C2164D" w14:textId="1EDE6CAE" w:rsidR="00D1438B" w:rsidRDefault="00D1438B" w:rsidP="00E62046">
      <w:pPr>
        <w:jc w:val="both"/>
        <w:rPr>
          <w:i/>
        </w:rPr>
      </w:pPr>
    </w:p>
    <w:p w14:paraId="55FC077B" w14:textId="40B7E355" w:rsidR="00D1438B" w:rsidRDefault="00D1438B" w:rsidP="00E62046">
      <w:pPr>
        <w:jc w:val="both"/>
        <w:rPr>
          <w:i/>
        </w:rPr>
      </w:pPr>
    </w:p>
    <w:p w14:paraId="69991210" w14:textId="3056D604" w:rsidR="00D1438B" w:rsidRDefault="00D1438B" w:rsidP="00E62046">
      <w:pPr>
        <w:jc w:val="both"/>
        <w:rPr>
          <w:i/>
        </w:rPr>
      </w:pPr>
    </w:p>
    <w:p w14:paraId="0E5D2801" w14:textId="26D46BF5" w:rsidR="00D1438B" w:rsidRDefault="00D1438B" w:rsidP="00E62046">
      <w:pPr>
        <w:jc w:val="both"/>
        <w:rPr>
          <w:i/>
        </w:rPr>
      </w:pPr>
    </w:p>
    <w:p w14:paraId="3E3E5552" w14:textId="785BF0EB" w:rsidR="00D1438B" w:rsidRDefault="00D1438B" w:rsidP="00E62046">
      <w:pPr>
        <w:jc w:val="both"/>
        <w:rPr>
          <w:i/>
        </w:rPr>
      </w:pPr>
    </w:p>
    <w:p w14:paraId="7A36682B" w14:textId="1447431E" w:rsidR="00D1438B" w:rsidRDefault="00D1438B" w:rsidP="00E62046">
      <w:pPr>
        <w:jc w:val="both"/>
        <w:rPr>
          <w:i/>
        </w:rPr>
      </w:pPr>
    </w:p>
    <w:p w14:paraId="2D5982FD" w14:textId="77777777" w:rsidR="00E24BA4" w:rsidRPr="00FD3E27" w:rsidRDefault="00E24BA4" w:rsidP="00E24BA4">
      <w:pPr>
        <w:pStyle w:val="Stil2"/>
      </w:pPr>
      <w:bookmarkStart w:id="7" w:name="_Toc217311496"/>
      <w:bookmarkStart w:id="8" w:name="_Toc153118714"/>
      <w:bookmarkStart w:id="9" w:name="_Toc153376756"/>
      <w:r>
        <w:lastRenderedPageBreak/>
        <w:t>C.</w:t>
      </w:r>
      <w:r w:rsidRPr="00E601B5">
        <w:t>BİRİME</w:t>
      </w:r>
      <w:r w:rsidRPr="000C0E61">
        <w:t xml:space="preserve"> İLİŞKİN BİLGİLER</w:t>
      </w:r>
      <w:bookmarkEnd w:id="7"/>
    </w:p>
    <w:p w14:paraId="5E02E6BF" w14:textId="77777777" w:rsidR="00E24BA4" w:rsidRPr="00E03019" w:rsidRDefault="00E24BA4" w:rsidP="00E24BA4">
      <w:pPr>
        <w:pStyle w:val="Stil2"/>
      </w:pPr>
      <w:bookmarkStart w:id="10" w:name="_Toc217311497"/>
      <w:r>
        <w:t>1</w:t>
      </w:r>
      <w:r w:rsidRPr="00E03019">
        <w:t>. Fiziksel, Teknolojik Kaynaklar</w:t>
      </w:r>
      <w:bookmarkEnd w:id="10"/>
      <w:r w:rsidRPr="00E03019">
        <w:t xml:space="preserve"> </w:t>
      </w:r>
    </w:p>
    <w:p w14:paraId="2F538C31" w14:textId="77777777" w:rsidR="00E24BA4" w:rsidRDefault="00E24BA4" w:rsidP="00E24BA4">
      <w:r>
        <w:t>Eğitim Alanları (Amfi, Sınıf Laboratuvar, atölye, kütüphane vb.)</w:t>
      </w:r>
    </w:p>
    <w:tbl>
      <w:tblPr>
        <w:tblW w:w="8926"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64"/>
        <w:gridCol w:w="2126"/>
        <w:gridCol w:w="3636"/>
      </w:tblGrid>
      <w:tr w:rsidR="00E24BA4" w:rsidRPr="001A498A" w14:paraId="03276095" w14:textId="77777777" w:rsidTr="009D611D">
        <w:trPr>
          <w:tblHeader/>
          <w:tblCellSpacing w:w="15" w:type="dxa"/>
          <w:jc w:val="center"/>
        </w:trPr>
        <w:tc>
          <w:tcPr>
            <w:tcW w:w="3119" w:type="dxa"/>
            <w:shd w:val="clear" w:color="auto" w:fill="B99C71"/>
            <w:vAlign w:val="center"/>
            <w:hideMark/>
          </w:tcPr>
          <w:p w14:paraId="3336021A" w14:textId="77777777" w:rsidR="00E24BA4" w:rsidRPr="001A498A" w:rsidRDefault="00E24BA4" w:rsidP="009D611D">
            <w:pPr>
              <w:pStyle w:val="Stil4"/>
            </w:pPr>
            <w:r w:rsidRPr="001A498A">
              <w:t>Eğitim Alanı</w:t>
            </w:r>
          </w:p>
        </w:tc>
        <w:tc>
          <w:tcPr>
            <w:tcW w:w="2096" w:type="dxa"/>
            <w:shd w:val="clear" w:color="auto" w:fill="B99C71"/>
            <w:vAlign w:val="center"/>
            <w:hideMark/>
          </w:tcPr>
          <w:p w14:paraId="39FB722B" w14:textId="77777777" w:rsidR="00E24BA4" w:rsidRPr="001A498A" w:rsidRDefault="00E24BA4" w:rsidP="009D611D">
            <w:pPr>
              <w:pStyle w:val="Stil4"/>
            </w:pPr>
            <w:r w:rsidRPr="001A498A">
              <w:t>Kapasitesi (kişi)</w:t>
            </w:r>
          </w:p>
        </w:tc>
        <w:tc>
          <w:tcPr>
            <w:tcW w:w="3591" w:type="dxa"/>
            <w:shd w:val="clear" w:color="auto" w:fill="B99C71"/>
            <w:vAlign w:val="center"/>
            <w:hideMark/>
          </w:tcPr>
          <w:p w14:paraId="7E57A379" w14:textId="77777777" w:rsidR="00E24BA4" w:rsidRPr="001A498A" w:rsidRDefault="00E24BA4" w:rsidP="009D611D">
            <w:pPr>
              <w:pStyle w:val="Stil4"/>
            </w:pPr>
            <w:r w:rsidRPr="001A498A">
              <w:t>Alan (m²)</w:t>
            </w:r>
          </w:p>
        </w:tc>
      </w:tr>
      <w:tr w:rsidR="00E24BA4" w:rsidRPr="001A498A" w14:paraId="3431FA68" w14:textId="77777777" w:rsidTr="009D611D">
        <w:trPr>
          <w:tblCellSpacing w:w="15" w:type="dxa"/>
          <w:jc w:val="center"/>
        </w:trPr>
        <w:tc>
          <w:tcPr>
            <w:tcW w:w="3119" w:type="dxa"/>
            <w:vAlign w:val="center"/>
            <w:hideMark/>
          </w:tcPr>
          <w:p w14:paraId="18B0DEEA" w14:textId="77777777" w:rsidR="00E24BA4" w:rsidRPr="001A498A" w:rsidRDefault="00E24BA4" w:rsidP="009D611D">
            <w:pPr>
              <w:pStyle w:val="Stil4"/>
            </w:pPr>
            <w:r w:rsidRPr="001A498A">
              <w:t>Amfi</w:t>
            </w:r>
          </w:p>
        </w:tc>
        <w:tc>
          <w:tcPr>
            <w:tcW w:w="2096" w:type="dxa"/>
            <w:vAlign w:val="center"/>
          </w:tcPr>
          <w:p w14:paraId="546485FC" w14:textId="659B740D" w:rsidR="00E24BA4" w:rsidRPr="001A498A" w:rsidRDefault="0052086B" w:rsidP="007807CD">
            <w:pPr>
              <w:pStyle w:val="Stil4"/>
              <w:jc w:val="center"/>
            </w:pPr>
            <w:r>
              <w:t>-</w:t>
            </w:r>
          </w:p>
        </w:tc>
        <w:tc>
          <w:tcPr>
            <w:tcW w:w="3591" w:type="dxa"/>
            <w:vAlign w:val="center"/>
            <w:hideMark/>
          </w:tcPr>
          <w:p w14:paraId="2F74F043" w14:textId="39D891D9" w:rsidR="00E24BA4" w:rsidRPr="001A498A" w:rsidRDefault="0052086B" w:rsidP="007807CD">
            <w:pPr>
              <w:pStyle w:val="Stil4"/>
              <w:jc w:val="center"/>
            </w:pPr>
            <w:r>
              <w:t>-</w:t>
            </w:r>
          </w:p>
        </w:tc>
      </w:tr>
      <w:tr w:rsidR="00E24BA4" w:rsidRPr="001A498A" w14:paraId="67F6C330" w14:textId="77777777" w:rsidTr="009D611D">
        <w:trPr>
          <w:tblCellSpacing w:w="15" w:type="dxa"/>
          <w:jc w:val="center"/>
        </w:trPr>
        <w:tc>
          <w:tcPr>
            <w:tcW w:w="3119" w:type="dxa"/>
            <w:vAlign w:val="center"/>
          </w:tcPr>
          <w:p w14:paraId="7C6026DE" w14:textId="77777777" w:rsidR="00E24BA4" w:rsidRPr="001A498A" w:rsidRDefault="00E24BA4" w:rsidP="009D611D">
            <w:pPr>
              <w:pStyle w:val="Stil4"/>
            </w:pPr>
            <w:r w:rsidRPr="001A498A">
              <w:t>Sınıf</w:t>
            </w:r>
          </w:p>
        </w:tc>
        <w:tc>
          <w:tcPr>
            <w:tcW w:w="2096" w:type="dxa"/>
            <w:vAlign w:val="center"/>
          </w:tcPr>
          <w:p w14:paraId="0FC0109B" w14:textId="2DC1E9D4" w:rsidR="00E24BA4" w:rsidRPr="001A498A" w:rsidRDefault="00F16AD9" w:rsidP="007807CD">
            <w:pPr>
              <w:pStyle w:val="Stil4"/>
              <w:jc w:val="center"/>
            </w:pPr>
            <w:r>
              <w:t>10</w:t>
            </w:r>
            <w:r w:rsidR="007807CD">
              <w:t xml:space="preserve"> Adet</w:t>
            </w:r>
          </w:p>
        </w:tc>
        <w:tc>
          <w:tcPr>
            <w:tcW w:w="3591" w:type="dxa"/>
            <w:vAlign w:val="center"/>
            <w:hideMark/>
          </w:tcPr>
          <w:p w14:paraId="5649CAD2" w14:textId="77777777" w:rsidR="00E24BA4" w:rsidRPr="001A498A" w:rsidRDefault="00F16AD9" w:rsidP="007807CD">
            <w:pPr>
              <w:pStyle w:val="Stil4"/>
              <w:jc w:val="center"/>
            </w:pPr>
            <w:r>
              <w:t>747</w:t>
            </w:r>
          </w:p>
        </w:tc>
      </w:tr>
      <w:tr w:rsidR="00E24BA4" w:rsidRPr="001A498A" w14:paraId="241FC946" w14:textId="77777777" w:rsidTr="009D611D">
        <w:trPr>
          <w:tblCellSpacing w:w="15" w:type="dxa"/>
          <w:jc w:val="center"/>
        </w:trPr>
        <w:tc>
          <w:tcPr>
            <w:tcW w:w="3119" w:type="dxa"/>
            <w:vAlign w:val="center"/>
          </w:tcPr>
          <w:p w14:paraId="00AAEDAB" w14:textId="77777777" w:rsidR="00E24BA4" w:rsidRPr="001A498A" w:rsidRDefault="00E24BA4" w:rsidP="009D611D">
            <w:pPr>
              <w:pStyle w:val="Stil4"/>
            </w:pPr>
            <w:r w:rsidRPr="001A498A">
              <w:t>Kütüphane</w:t>
            </w:r>
          </w:p>
        </w:tc>
        <w:tc>
          <w:tcPr>
            <w:tcW w:w="2096" w:type="dxa"/>
            <w:vAlign w:val="center"/>
          </w:tcPr>
          <w:p w14:paraId="386C7BCF" w14:textId="41642392" w:rsidR="00E24BA4" w:rsidRPr="001A498A" w:rsidRDefault="007807CD" w:rsidP="007807CD">
            <w:pPr>
              <w:pStyle w:val="Stil4"/>
              <w:jc w:val="center"/>
            </w:pPr>
            <w:r>
              <w:t>1 Adet (</w:t>
            </w:r>
            <w:r w:rsidR="00461BAF">
              <w:t>16</w:t>
            </w:r>
            <w:r>
              <w:t xml:space="preserve"> Kişilik)</w:t>
            </w:r>
          </w:p>
        </w:tc>
        <w:tc>
          <w:tcPr>
            <w:tcW w:w="3591" w:type="dxa"/>
            <w:vAlign w:val="center"/>
          </w:tcPr>
          <w:p w14:paraId="34D68101" w14:textId="77777777" w:rsidR="00E24BA4" w:rsidRPr="001A498A" w:rsidRDefault="00461BAF" w:rsidP="007807CD">
            <w:pPr>
              <w:pStyle w:val="Stil4"/>
              <w:jc w:val="center"/>
            </w:pPr>
            <w:r>
              <w:t>52</w:t>
            </w:r>
          </w:p>
        </w:tc>
      </w:tr>
      <w:tr w:rsidR="00E24BA4" w:rsidRPr="001A498A" w14:paraId="31CA97C9" w14:textId="77777777" w:rsidTr="009D611D">
        <w:trPr>
          <w:tblCellSpacing w:w="15" w:type="dxa"/>
          <w:jc w:val="center"/>
        </w:trPr>
        <w:tc>
          <w:tcPr>
            <w:tcW w:w="8866" w:type="dxa"/>
            <w:gridSpan w:val="3"/>
            <w:vAlign w:val="center"/>
            <w:hideMark/>
          </w:tcPr>
          <w:p w14:paraId="727947F6" w14:textId="77777777" w:rsidR="00E24BA4" w:rsidRPr="001A498A" w:rsidRDefault="00E24BA4" w:rsidP="009D611D">
            <w:pPr>
              <w:pStyle w:val="Stil4"/>
            </w:pPr>
            <w:r w:rsidRPr="001A498A">
              <w:t>Laboratuvar Bilgileri</w:t>
            </w:r>
          </w:p>
        </w:tc>
      </w:tr>
      <w:tr w:rsidR="00E24BA4" w:rsidRPr="001A498A" w14:paraId="126A8972" w14:textId="77777777" w:rsidTr="009D611D">
        <w:trPr>
          <w:tblCellSpacing w:w="15" w:type="dxa"/>
          <w:jc w:val="center"/>
        </w:trPr>
        <w:tc>
          <w:tcPr>
            <w:tcW w:w="3119" w:type="dxa"/>
            <w:vAlign w:val="center"/>
          </w:tcPr>
          <w:p w14:paraId="442DD7C1" w14:textId="77777777" w:rsidR="00E24BA4" w:rsidRPr="001A498A" w:rsidRDefault="00E24BA4" w:rsidP="009D611D">
            <w:pPr>
              <w:pStyle w:val="Stil4"/>
            </w:pPr>
            <w:r w:rsidRPr="001A498A">
              <w:t>Laboratuvar Adı</w:t>
            </w:r>
          </w:p>
        </w:tc>
        <w:tc>
          <w:tcPr>
            <w:tcW w:w="2096" w:type="dxa"/>
            <w:vAlign w:val="center"/>
          </w:tcPr>
          <w:p w14:paraId="2DBAE9DF" w14:textId="77777777" w:rsidR="00E24BA4" w:rsidRPr="001A498A" w:rsidRDefault="00E24BA4" w:rsidP="007807CD">
            <w:pPr>
              <w:pStyle w:val="Stil4"/>
              <w:jc w:val="center"/>
            </w:pPr>
          </w:p>
        </w:tc>
        <w:tc>
          <w:tcPr>
            <w:tcW w:w="3591" w:type="dxa"/>
            <w:vAlign w:val="center"/>
          </w:tcPr>
          <w:p w14:paraId="76AAD2EB" w14:textId="77777777" w:rsidR="00E24BA4" w:rsidRPr="001A498A" w:rsidRDefault="00E24BA4" w:rsidP="007807CD">
            <w:pPr>
              <w:pStyle w:val="Stil4"/>
              <w:jc w:val="center"/>
            </w:pPr>
          </w:p>
        </w:tc>
      </w:tr>
      <w:tr w:rsidR="00E24BA4" w:rsidRPr="001A498A" w14:paraId="7F429273" w14:textId="77777777" w:rsidTr="009D611D">
        <w:trPr>
          <w:tblCellSpacing w:w="15" w:type="dxa"/>
          <w:jc w:val="center"/>
        </w:trPr>
        <w:tc>
          <w:tcPr>
            <w:tcW w:w="3119" w:type="dxa"/>
            <w:vAlign w:val="center"/>
          </w:tcPr>
          <w:p w14:paraId="1C27887F" w14:textId="77777777" w:rsidR="00E24BA4" w:rsidRPr="001A498A" w:rsidRDefault="00461BAF" w:rsidP="009D611D">
            <w:pPr>
              <w:pStyle w:val="Stil4"/>
            </w:pPr>
            <w:r>
              <w:t>Bilgisayar Laboratuvarı</w:t>
            </w:r>
          </w:p>
        </w:tc>
        <w:tc>
          <w:tcPr>
            <w:tcW w:w="2096" w:type="dxa"/>
            <w:vAlign w:val="center"/>
          </w:tcPr>
          <w:p w14:paraId="33AC3ED0" w14:textId="13ECBBB8" w:rsidR="00E24BA4" w:rsidRPr="001A498A" w:rsidRDefault="00072164" w:rsidP="007807CD">
            <w:pPr>
              <w:pStyle w:val="Stil4"/>
              <w:jc w:val="center"/>
            </w:pPr>
            <w:r>
              <w:t>1 Adet (</w:t>
            </w:r>
            <w:r w:rsidR="0052086B">
              <w:t>50</w:t>
            </w:r>
            <w:r>
              <w:t xml:space="preserve"> Kişilik)</w:t>
            </w:r>
          </w:p>
        </w:tc>
        <w:tc>
          <w:tcPr>
            <w:tcW w:w="3591" w:type="dxa"/>
            <w:vAlign w:val="center"/>
          </w:tcPr>
          <w:p w14:paraId="71F280C2" w14:textId="77777777" w:rsidR="00E24BA4" w:rsidRPr="001A498A" w:rsidRDefault="00043C3C" w:rsidP="007807CD">
            <w:pPr>
              <w:pStyle w:val="Stil4"/>
              <w:jc w:val="center"/>
            </w:pPr>
            <w:r>
              <w:t>120</w:t>
            </w:r>
          </w:p>
        </w:tc>
      </w:tr>
      <w:tr w:rsidR="00E24BA4" w:rsidRPr="001A498A" w14:paraId="25D5F4B0" w14:textId="77777777" w:rsidTr="009D611D">
        <w:trPr>
          <w:tblCellSpacing w:w="15" w:type="dxa"/>
          <w:jc w:val="center"/>
        </w:trPr>
        <w:tc>
          <w:tcPr>
            <w:tcW w:w="3119" w:type="dxa"/>
            <w:vAlign w:val="center"/>
          </w:tcPr>
          <w:p w14:paraId="37F94F46" w14:textId="77777777" w:rsidR="00E24BA4" w:rsidRPr="001A498A" w:rsidRDefault="00461BAF" w:rsidP="009D611D">
            <w:pPr>
              <w:pStyle w:val="Stil4"/>
            </w:pPr>
            <w:r>
              <w:t>Uygulama Mutfağı</w:t>
            </w:r>
          </w:p>
        </w:tc>
        <w:tc>
          <w:tcPr>
            <w:tcW w:w="2096" w:type="dxa"/>
            <w:vAlign w:val="center"/>
          </w:tcPr>
          <w:p w14:paraId="7262EFE4" w14:textId="25586E59" w:rsidR="00E24BA4" w:rsidRPr="001A498A" w:rsidRDefault="00072164" w:rsidP="007807CD">
            <w:pPr>
              <w:pStyle w:val="Stil4"/>
              <w:jc w:val="center"/>
            </w:pPr>
            <w:r>
              <w:t>1 Adet (</w:t>
            </w:r>
            <w:r w:rsidR="00461BAF">
              <w:t>50</w:t>
            </w:r>
            <w:r>
              <w:t xml:space="preserve"> Kişilik)</w:t>
            </w:r>
          </w:p>
        </w:tc>
        <w:tc>
          <w:tcPr>
            <w:tcW w:w="3591" w:type="dxa"/>
            <w:vAlign w:val="center"/>
          </w:tcPr>
          <w:p w14:paraId="5899F843" w14:textId="77777777" w:rsidR="00E24BA4" w:rsidRPr="001A498A" w:rsidRDefault="00461BAF" w:rsidP="007807CD">
            <w:pPr>
              <w:pStyle w:val="Stil4"/>
              <w:jc w:val="center"/>
            </w:pPr>
            <w:r>
              <w:t>70</w:t>
            </w:r>
          </w:p>
        </w:tc>
      </w:tr>
      <w:tr w:rsidR="00E24BA4" w:rsidRPr="001A498A" w14:paraId="7269915A" w14:textId="77777777" w:rsidTr="009D611D">
        <w:trPr>
          <w:tblCellSpacing w:w="15" w:type="dxa"/>
          <w:jc w:val="center"/>
        </w:trPr>
        <w:tc>
          <w:tcPr>
            <w:tcW w:w="3119" w:type="dxa"/>
            <w:vAlign w:val="center"/>
          </w:tcPr>
          <w:p w14:paraId="1C18CF51" w14:textId="77777777" w:rsidR="00E24BA4" w:rsidRPr="001A498A" w:rsidRDefault="00E24BA4" w:rsidP="009D611D">
            <w:pPr>
              <w:pStyle w:val="Stil4"/>
            </w:pPr>
          </w:p>
        </w:tc>
        <w:tc>
          <w:tcPr>
            <w:tcW w:w="2096" w:type="dxa"/>
            <w:vAlign w:val="center"/>
          </w:tcPr>
          <w:p w14:paraId="7ED625EC" w14:textId="77777777" w:rsidR="00E24BA4" w:rsidRPr="001A498A" w:rsidRDefault="00E24BA4" w:rsidP="009D611D">
            <w:pPr>
              <w:pStyle w:val="Stil4"/>
            </w:pPr>
          </w:p>
        </w:tc>
        <w:tc>
          <w:tcPr>
            <w:tcW w:w="3591" w:type="dxa"/>
            <w:vAlign w:val="center"/>
          </w:tcPr>
          <w:p w14:paraId="7879C438" w14:textId="77777777" w:rsidR="00E24BA4" w:rsidRPr="001A498A" w:rsidRDefault="00E24BA4" w:rsidP="007807CD">
            <w:pPr>
              <w:pStyle w:val="Stil4"/>
              <w:jc w:val="center"/>
            </w:pPr>
          </w:p>
        </w:tc>
      </w:tr>
    </w:tbl>
    <w:p w14:paraId="56FA1105" w14:textId="77777777" w:rsidR="00E24BA4" w:rsidRDefault="00E24BA4" w:rsidP="00E24BA4"/>
    <w:p w14:paraId="526BD93D" w14:textId="77777777" w:rsidR="00E24BA4" w:rsidRDefault="00E24BA4" w:rsidP="00E24BA4">
      <w:r w:rsidRPr="00AE69E5">
        <w:t>Sosyal</w:t>
      </w:r>
      <w:r>
        <w:t xml:space="preserve"> Alanlar</w:t>
      </w:r>
    </w:p>
    <w:tbl>
      <w:tblPr>
        <w:tblW w:w="89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64"/>
        <w:gridCol w:w="2126"/>
        <w:gridCol w:w="3636"/>
      </w:tblGrid>
      <w:tr w:rsidR="00E24BA4" w:rsidRPr="00AA0A8F" w14:paraId="1C0FB95E" w14:textId="77777777" w:rsidTr="009D611D">
        <w:trPr>
          <w:tblHeader/>
          <w:tblCellSpacing w:w="15" w:type="dxa"/>
        </w:trPr>
        <w:tc>
          <w:tcPr>
            <w:tcW w:w="3119" w:type="dxa"/>
            <w:shd w:val="clear" w:color="auto" w:fill="B99C71"/>
            <w:vAlign w:val="center"/>
            <w:hideMark/>
          </w:tcPr>
          <w:p w14:paraId="0E79CCA2" w14:textId="77777777" w:rsidR="00E24BA4" w:rsidRPr="00AA0A8F" w:rsidRDefault="00E24BA4" w:rsidP="009D611D">
            <w:pPr>
              <w:pStyle w:val="Stil4"/>
            </w:pPr>
            <w:r w:rsidRPr="00AA0A8F">
              <w:t>Sosyal Alan</w:t>
            </w:r>
            <w:r w:rsidR="00915101">
              <w:t xml:space="preserve"> Türü</w:t>
            </w:r>
          </w:p>
        </w:tc>
        <w:tc>
          <w:tcPr>
            <w:tcW w:w="2096" w:type="dxa"/>
            <w:shd w:val="clear" w:color="auto" w:fill="B99C71"/>
            <w:vAlign w:val="center"/>
            <w:hideMark/>
          </w:tcPr>
          <w:p w14:paraId="71AC23A9" w14:textId="77777777" w:rsidR="00E24BA4" w:rsidRPr="00AA0A8F" w:rsidRDefault="00E24BA4" w:rsidP="009D611D">
            <w:pPr>
              <w:pStyle w:val="Stil4"/>
            </w:pPr>
            <w:r w:rsidRPr="00AA0A8F">
              <w:t>Kapasitesi (kişi)</w:t>
            </w:r>
          </w:p>
        </w:tc>
        <w:tc>
          <w:tcPr>
            <w:tcW w:w="3591" w:type="dxa"/>
            <w:shd w:val="clear" w:color="auto" w:fill="B99C71"/>
            <w:vAlign w:val="center"/>
            <w:hideMark/>
          </w:tcPr>
          <w:p w14:paraId="73E10F2A" w14:textId="77777777" w:rsidR="00E24BA4" w:rsidRPr="00AA0A8F" w:rsidRDefault="00E24BA4" w:rsidP="009D611D">
            <w:pPr>
              <w:pStyle w:val="Stil4"/>
            </w:pPr>
            <w:r w:rsidRPr="00AA0A8F">
              <w:t>Alan (m²)</w:t>
            </w:r>
          </w:p>
        </w:tc>
      </w:tr>
      <w:tr w:rsidR="00E24BA4" w:rsidRPr="00AA0A8F" w14:paraId="39236225" w14:textId="77777777" w:rsidTr="009D611D">
        <w:trPr>
          <w:tblCellSpacing w:w="15" w:type="dxa"/>
        </w:trPr>
        <w:tc>
          <w:tcPr>
            <w:tcW w:w="3119" w:type="dxa"/>
            <w:vAlign w:val="center"/>
          </w:tcPr>
          <w:p w14:paraId="22470F69" w14:textId="77777777" w:rsidR="00E24BA4" w:rsidRPr="00AA0A8F" w:rsidRDefault="00461BAF" w:rsidP="009D611D">
            <w:pPr>
              <w:pStyle w:val="Stil4"/>
            </w:pPr>
            <w:r>
              <w:t>Voleybol Sahası</w:t>
            </w:r>
          </w:p>
        </w:tc>
        <w:tc>
          <w:tcPr>
            <w:tcW w:w="2096" w:type="dxa"/>
            <w:vAlign w:val="center"/>
          </w:tcPr>
          <w:p w14:paraId="1B26F4D5" w14:textId="156BCCAB" w:rsidR="00E24BA4" w:rsidRPr="00AA0A8F" w:rsidRDefault="00D33CE4" w:rsidP="009D611D">
            <w:pPr>
              <w:pStyle w:val="Stil4"/>
            </w:pPr>
            <w:r>
              <w:t>1 Adet (</w:t>
            </w:r>
            <w:r w:rsidR="00461BAF">
              <w:t>40</w:t>
            </w:r>
            <w:r>
              <w:t xml:space="preserve"> Kişi</w:t>
            </w:r>
            <w:r w:rsidR="00072164">
              <w:t>lik</w:t>
            </w:r>
            <w:r>
              <w:t>)</w:t>
            </w:r>
          </w:p>
        </w:tc>
        <w:tc>
          <w:tcPr>
            <w:tcW w:w="3591" w:type="dxa"/>
            <w:vAlign w:val="center"/>
            <w:hideMark/>
          </w:tcPr>
          <w:p w14:paraId="408B4002" w14:textId="2055A901" w:rsidR="00E24BA4" w:rsidRPr="00F87293" w:rsidRDefault="00461BAF" w:rsidP="00B914C7">
            <w:pPr>
              <w:pStyle w:val="Stil4"/>
              <w:jc w:val="center"/>
              <w:rPr>
                <w:vertAlign w:val="superscript"/>
              </w:rPr>
            </w:pPr>
            <w:r>
              <w:t>1108</w:t>
            </w:r>
          </w:p>
        </w:tc>
      </w:tr>
      <w:tr w:rsidR="00E24BA4" w:rsidRPr="00AA0A8F" w14:paraId="300DBF4F" w14:textId="77777777" w:rsidTr="009D611D">
        <w:trPr>
          <w:tblCellSpacing w:w="15" w:type="dxa"/>
        </w:trPr>
        <w:tc>
          <w:tcPr>
            <w:tcW w:w="3119" w:type="dxa"/>
            <w:vAlign w:val="center"/>
          </w:tcPr>
          <w:p w14:paraId="1D7901FB" w14:textId="77777777" w:rsidR="00E24BA4" w:rsidRPr="00AA0A8F" w:rsidRDefault="00461BAF" w:rsidP="009D611D">
            <w:pPr>
              <w:pStyle w:val="Stil4"/>
            </w:pPr>
            <w:r>
              <w:t>Masa Tenisi</w:t>
            </w:r>
          </w:p>
        </w:tc>
        <w:tc>
          <w:tcPr>
            <w:tcW w:w="2096" w:type="dxa"/>
            <w:vAlign w:val="center"/>
          </w:tcPr>
          <w:p w14:paraId="464DBA2C" w14:textId="1E6B3E01" w:rsidR="00E24BA4" w:rsidRPr="00AA0A8F" w:rsidRDefault="00D33CE4" w:rsidP="009D611D">
            <w:pPr>
              <w:pStyle w:val="Stil4"/>
            </w:pPr>
            <w:r>
              <w:t>1 Adet (4 Kişi</w:t>
            </w:r>
            <w:r w:rsidR="00072164">
              <w:t>lik</w:t>
            </w:r>
            <w:r>
              <w:t>)</w:t>
            </w:r>
          </w:p>
        </w:tc>
        <w:tc>
          <w:tcPr>
            <w:tcW w:w="3591" w:type="dxa"/>
            <w:vAlign w:val="center"/>
            <w:hideMark/>
          </w:tcPr>
          <w:p w14:paraId="2EEC0878" w14:textId="49CEDF34" w:rsidR="00E24BA4" w:rsidRPr="00F87293" w:rsidRDefault="00461BAF" w:rsidP="00B914C7">
            <w:pPr>
              <w:pStyle w:val="Stil4"/>
              <w:jc w:val="center"/>
              <w:rPr>
                <w:vertAlign w:val="superscript"/>
              </w:rPr>
            </w:pPr>
            <w:r>
              <w:t>64</w:t>
            </w:r>
          </w:p>
        </w:tc>
      </w:tr>
      <w:tr w:rsidR="00B914C7" w:rsidRPr="00AA0A8F" w14:paraId="3C442097" w14:textId="77777777" w:rsidTr="009D611D">
        <w:trPr>
          <w:tblCellSpacing w:w="15" w:type="dxa"/>
        </w:trPr>
        <w:tc>
          <w:tcPr>
            <w:tcW w:w="3119" w:type="dxa"/>
            <w:vAlign w:val="center"/>
          </w:tcPr>
          <w:p w14:paraId="4A4CC8A3" w14:textId="492E111E" w:rsidR="00B914C7" w:rsidRDefault="002235F7" w:rsidP="009D611D">
            <w:pPr>
              <w:pStyle w:val="Stil4"/>
            </w:pPr>
            <w:r>
              <w:t>Yemekhane</w:t>
            </w:r>
          </w:p>
        </w:tc>
        <w:tc>
          <w:tcPr>
            <w:tcW w:w="2096" w:type="dxa"/>
            <w:vAlign w:val="center"/>
          </w:tcPr>
          <w:p w14:paraId="7EBA0288" w14:textId="074CA391" w:rsidR="00B914C7" w:rsidRDefault="002235F7" w:rsidP="009D611D">
            <w:pPr>
              <w:pStyle w:val="Stil4"/>
            </w:pPr>
            <w:r>
              <w:t>1 Adet (120 Kişi</w:t>
            </w:r>
            <w:r w:rsidR="00072164">
              <w:t>lik</w:t>
            </w:r>
            <w:r>
              <w:t>)</w:t>
            </w:r>
          </w:p>
        </w:tc>
        <w:tc>
          <w:tcPr>
            <w:tcW w:w="3591" w:type="dxa"/>
            <w:vAlign w:val="center"/>
          </w:tcPr>
          <w:p w14:paraId="41001C22" w14:textId="6D78200C" w:rsidR="00B914C7" w:rsidRDefault="002235F7" w:rsidP="00B914C7">
            <w:pPr>
              <w:pStyle w:val="Stil4"/>
              <w:jc w:val="center"/>
            </w:pPr>
            <w:r>
              <w:t>323</w:t>
            </w:r>
          </w:p>
        </w:tc>
      </w:tr>
      <w:tr w:rsidR="002235F7" w:rsidRPr="00AA0A8F" w14:paraId="60E60F4B" w14:textId="77777777" w:rsidTr="009D611D">
        <w:trPr>
          <w:tblCellSpacing w:w="15" w:type="dxa"/>
        </w:trPr>
        <w:tc>
          <w:tcPr>
            <w:tcW w:w="3119" w:type="dxa"/>
            <w:vAlign w:val="center"/>
          </w:tcPr>
          <w:p w14:paraId="76F92A6D" w14:textId="12FB3750" w:rsidR="002235F7" w:rsidRDefault="002235F7" w:rsidP="009D611D">
            <w:pPr>
              <w:pStyle w:val="Stil4"/>
            </w:pPr>
            <w:r>
              <w:t>Kantin</w:t>
            </w:r>
          </w:p>
        </w:tc>
        <w:tc>
          <w:tcPr>
            <w:tcW w:w="2096" w:type="dxa"/>
            <w:vAlign w:val="center"/>
          </w:tcPr>
          <w:p w14:paraId="4FDD9973" w14:textId="59B6A9D5" w:rsidR="002235F7" w:rsidRDefault="00C31B39" w:rsidP="009D611D">
            <w:pPr>
              <w:pStyle w:val="Stil4"/>
            </w:pPr>
            <w:r>
              <w:t>1 Adet (100 Kişi</w:t>
            </w:r>
            <w:r w:rsidR="00072164">
              <w:t>lik</w:t>
            </w:r>
            <w:r>
              <w:t>)</w:t>
            </w:r>
          </w:p>
        </w:tc>
        <w:tc>
          <w:tcPr>
            <w:tcW w:w="3591" w:type="dxa"/>
            <w:vAlign w:val="center"/>
          </w:tcPr>
          <w:p w14:paraId="0354A261" w14:textId="35FB4421" w:rsidR="002235F7" w:rsidRDefault="00C31B39" w:rsidP="00B914C7">
            <w:pPr>
              <w:pStyle w:val="Stil4"/>
              <w:jc w:val="center"/>
            </w:pPr>
            <w:r>
              <w:t>190</w:t>
            </w:r>
          </w:p>
        </w:tc>
      </w:tr>
      <w:tr w:rsidR="00E24BA4" w:rsidRPr="00AA0A8F" w14:paraId="7B2A934A" w14:textId="77777777" w:rsidTr="009D611D">
        <w:trPr>
          <w:tblCellSpacing w:w="15" w:type="dxa"/>
        </w:trPr>
        <w:tc>
          <w:tcPr>
            <w:tcW w:w="8866" w:type="dxa"/>
            <w:gridSpan w:val="3"/>
            <w:vAlign w:val="center"/>
          </w:tcPr>
          <w:p w14:paraId="1A70F9C4" w14:textId="77777777" w:rsidR="00E24BA4" w:rsidRPr="00AA0A8F" w:rsidRDefault="00E24BA4" w:rsidP="009D611D">
            <w:pPr>
              <w:pStyle w:val="Stil4"/>
            </w:pPr>
          </w:p>
        </w:tc>
      </w:tr>
      <w:tr w:rsidR="00E24BA4" w:rsidRPr="00AA0A8F" w14:paraId="590CE5D6" w14:textId="77777777" w:rsidTr="009D611D">
        <w:trPr>
          <w:tblCellSpacing w:w="15" w:type="dxa"/>
        </w:trPr>
        <w:tc>
          <w:tcPr>
            <w:tcW w:w="3119" w:type="dxa"/>
            <w:vAlign w:val="center"/>
          </w:tcPr>
          <w:p w14:paraId="2B617BD7" w14:textId="77777777" w:rsidR="00E24BA4" w:rsidRPr="00AA0A8F" w:rsidRDefault="00E24BA4" w:rsidP="009D611D">
            <w:pPr>
              <w:pStyle w:val="Stil4"/>
            </w:pPr>
          </w:p>
        </w:tc>
        <w:tc>
          <w:tcPr>
            <w:tcW w:w="2096" w:type="dxa"/>
            <w:vAlign w:val="center"/>
          </w:tcPr>
          <w:p w14:paraId="55D8A79E" w14:textId="77777777" w:rsidR="00E24BA4" w:rsidRPr="00AA0A8F" w:rsidRDefault="00E24BA4" w:rsidP="009D611D">
            <w:pPr>
              <w:pStyle w:val="Stil4"/>
            </w:pPr>
          </w:p>
        </w:tc>
        <w:tc>
          <w:tcPr>
            <w:tcW w:w="3591" w:type="dxa"/>
            <w:vAlign w:val="center"/>
          </w:tcPr>
          <w:p w14:paraId="73A3414C" w14:textId="77777777" w:rsidR="00E24BA4" w:rsidRPr="00AA0A8F" w:rsidRDefault="00E24BA4" w:rsidP="009D611D">
            <w:pPr>
              <w:pStyle w:val="Stil4"/>
            </w:pPr>
          </w:p>
        </w:tc>
      </w:tr>
    </w:tbl>
    <w:p w14:paraId="5EDA2BDD" w14:textId="77777777" w:rsidR="00E24BA4" w:rsidRDefault="00677D51" w:rsidP="00E24BA4">
      <w:r w:rsidRPr="00677D51">
        <w:rPr>
          <w:sz w:val="18"/>
          <w:szCs w:val="18"/>
        </w:rPr>
        <w:t>Sosyal alanlar; yemekhane, kantin/kafeterya, sosyal tesis, spor alanları ve öğrenci etkinlik/dinlenme alanlarını kapsamaktadır</w:t>
      </w:r>
      <w:r>
        <w:t>.</w:t>
      </w:r>
    </w:p>
    <w:p w14:paraId="7276608E" w14:textId="77777777" w:rsidR="00E24BA4" w:rsidRDefault="00E24BA4" w:rsidP="00E24BA4">
      <w:r w:rsidRPr="00A354ED">
        <w:t>Hizmet</w:t>
      </w:r>
      <w:r>
        <w:t xml:space="preserve"> Alanları</w:t>
      </w:r>
    </w:p>
    <w:tbl>
      <w:tblPr>
        <w:tblW w:w="89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8"/>
        <w:gridCol w:w="1458"/>
        <w:gridCol w:w="1985"/>
        <w:gridCol w:w="2785"/>
      </w:tblGrid>
      <w:tr w:rsidR="00E24BA4" w:rsidRPr="00DC61EC" w14:paraId="72917483" w14:textId="77777777" w:rsidTr="009D611D">
        <w:trPr>
          <w:tblHeader/>
          <w:tblCellSpacing w:w="15" w:type="dxa"/>
        </w:trPr>
        <w:tc>
          <w:tcPr>
            <w:tcW w:w="2653" w:type="dxa"/>
            <w:shd w:val="clear" w:color="auto" w:fill="B99C71"/>
            <w:vAlign w:val="center"/>
            <w:hideMark/>
          </w:tcPr>
          <w:p w14:paraId="42631BF3" w14:textId="77777777" w:rsidR="00E24BA4" w:rsidRPr="00DC61EC" w:rsidRDefault="00E24BA4" w:rsidP="009D611D">
            <w:pPr>
              <w:pStyle w:val="Stil4"/>
            </w:pPr>
            <w:r w:rsidRPr="00DC61EC">
              <w:t>Hizmet Alanı</w:t>
            </w:r>
          </w:p>
        </w:tc>
        <w:tc>
          <w:tcPr>
            <w:tcW w:w="1428" w:type="dxa"/>
            <w:shd w:val="clear" w:color="auto" w:fill="B99C71"/>
            <w:vAlign w:val="center"/>
            <w:hideMark/>
          </w:tcPr>
          <w:p w14:paraId="6F34168F" w14:textId="77777777" w:rsidR="00E24BA4" w:rsidRPr="00DC61EC" w:rsidRDefault="00E24BA4" w:rsidP="009D611D">
            <w:pPr>
              <w:pStyle w:val="Stil4"/>
            </w:pPr>
            <w:r w:rsidRPr="00DC61EC">
              <w:t xml:space="preserve">Ofis Sayısı </w:t>
            </w:r>
          </w:p>
        </w:tc>
        <w:tc>
          <w:tcPr>
            <w:tcW w:w="1955" w:type="dxa"/>
            <w:shd w:val="clear" w:color="auto" w:fill="B99C71"/>
            <w:vAlign w:val="center"/>
          </w:tcPr>
          <w:p w14:paraId="3C52719F" w14:textId="77777777" w:rsidR="00E24BA4" w:rsidRPr="00DC61EC" w:rsidRDefault="00E24BA4" w:rsidP="009D611D">
            <w:pPr>
              <w:pStyle w:val="Stil4"/>
            </w:pPr>
            <w:r w:rsidRPr="00DC61EC">
              <w:t>Kullanan Kişi Sayısı</w:t>
            </w:r>
          </w:p>
        </w:tc>
        <w:tc>
          <w:tcPr>
            <w:tcW w:w="2740" w:type="dxa"/>
            <w:shd w:val="clear" w:color="auto" w:fill="B99C71"/>
            <w:vAlign w:val="center"/>
            <w:hideMark/>
          </w:tcPr>
          <w:p w14:paraId="41DDBC66" w14:textId="77777777" w:rsidR="00E24BA4" w:rsidRPr="00DC61EC" w:rsidRDefault="00E24BA4" w:rsidP="009D611D">
            <w:pPr>
              <w:pStyle w:val="Stil4"/>
            </w:pPr>
            <w:r w:rsidRPr="00DC61EC">
              <w:t>Alan (m²)</w:t>
            </w:r>
          </w:p>
        </w:tc>
      </w:tr>
      <w:tr w:rsidR="00E24BA4" w:rsidRPr="00DC61EC" w14:paraId="7957B531" w14:textId="77777777" w:rsidTr="009D611D">
        <w:trPr>
          <w:tblCellSpacing w:w="15" w:type="dxa"/>
        </w:trPr>
        <w:tc>
          <w:tcPr>
            <w:tcW w:w="2653" w:type="dxa"/>
            <w:vAlign w:val="center"/>
            <w:hideMark/>
          </w:tcPr>
          <w:p w14:paraId="512FAF2A" w14:textId="77777777" w:rsidR="00E24BA4" w:rsidRPr="00DC61EC" w:rsidRDefault="00E24BA4" w:rsidP="009D611D">
            <w:pPr>
              <w:pStyle w:val="Stil4"/>
            </w:pPr>
            <w:r w:rsidRPr="00DC61EC">
              <w:t>Akademik Personel</w:t>
            </w:r>
          </w:p>
        </w:tc>
        <w:tc>
          <w:tcPr>
            <w:tcW w:w="1428" w:type="dxa"/>
            <w:vAlign w:val="center"/>
          </w:tcPr>
          <w:p w14:paraId="2D5FB58D" w14:textId="77777777" w:rsidR="00E24BA4" w:rsidRPr="00DC61EC" w:rsidRDefault="00D9457F" w:rsidP="009D611D">
            <w:pPr>
              <w:pStyle w:val="Stil4"/>
            </w:pPr>
            <w:r>
              <w:t>11</w:t>
            </w:r>
          </w:p>
        </w:tc>
        <w:tc>
          <w:tcPr>
            <w:tcW w:w="1955" w:type="dxa"/>
            <w:vAlign w:val="center"/>
          </w:tcPr>
          <w:p w14:paraId="4BC4AD27" w14:textId="77777777" w:rsidR="00E24BA4" w:rsidRPr="00DC61EC" w:rsidRDefault="00D9457F" w:rsidP="009D611D">
            <w:pPr>
              <w:pStyle w:val="Stil4"/>
            </w:pPr>
            <w:r>
              <w:t>10</w:t>
            </w:r>
          </w:p>
        </w:tc>
        <w:tc>
          <w:tcPr>
            <w:tcW w:w="2740" w:type="dxa"/>
            <w:vAlign w:val="center"/>
            <w:hideMark/>
          </w:tcPr>
          <w:p w14:paraId="53337D38" w14:textId="77777777" w:rsidR="00E24BA4" w:rsidRPr="00DC61EC" w:rsidRDefault="00D9457F" w:rsidP="009D611D">
            <w:pPr>
              <w:pStyle w:val="Stil4"/>
            </w:pPr>
            <w:r>
              <w:t>330</w:t>
            </w:r>
          </w:p>
        </w:tc>
      </w:tr>
      <w:tr w:rsidR="00E24BA4" w:rsidRPr="00DC61EC" w14:paraId="09396F3A" w14:textId="77777777" w:rsidTr="009D611D">
        <w:trPr>
          <w:tblCellSpacing w:w="15" w:type="dxa"/>
        </w:trPr>
        <w:tc>
          <w:tcPr>
            <w:tcW w:w="2653" w:type="dxa"/>
            <w:vAlign w:val="center"/>
          </w:tcPr>
          <w:p w14:paraId="34CF0F90" w14:textId="77777777" w:rsidR="00E24BA4" w:rsidRPr="00DC61EC" w:rsidRDefault="00E24BA4" w:rsidP="009D611D">
            <w:pPr>
              <w:pStyle w:val="Stil4"/>
            </w:pPr>
            <w:r w:rsidRPr="00DC61EC">
              <w:t>İdari Personel</w:t>
            </w:r>
          </w:p>
        </w:tc>
        <w:tc>
          <w:tcPr>
            <w:tcW w:w="1428" w:type="dxa"/>
            <w:vAlign w:val="center"/>
          </w:tcPr>
          <w:p w14:paraId="0694DD69" w14:textId="77777777" w:rsidR="00E24BA4" w:rsidRPr="00DC61EC" w:rsidRDefault="00D9457F" w:rsidP="009D611D">
            <w:pPr>
              <w:pStyle w:val="Stil4"/>
            </w:pPr>
            <w:r>
              <w:t>11</w:t>
            </w:r>
          </w:p>
        </w:tc>
        <w:tc>
          <w:tcPr>
            <w:tcW w:w="1955" w:type="dxa"/>
            <w:vAlign w:val="center"/>
          </w:tcPr>
          <w:p w14:paraId="17FEAD4F" w14:textId="77777777" w:rsidR="00E24BA4" w:rsidRPr="00DC61EC" w:rsidRDefault="00D9457F" w:rsidP="009D611D">
            <w:pPr>
              <w:pStyle w:val="Stil4"/>
            </w:pPr>
            <w:r>
              <w:t>11</w:t>
            </w:r>
          </w:p>
        </w:tc>
        <w:tc>
          <w:tcPr>
            <w:tcW w:w="2740" w:type="dxa"/>
            <w:vAlign w:val="center"/>
            <w:hideMark/>
          </w:tcPr>
          <w:p w14:paraId="204B70F7" w14:textId="77777777" w:rsidR="00E24BA4" w:rsidRPr="00DC61EC" w:rsidRDefault="00D9457F" w:rsidP="009D611D">
            <w:pPr>
              <w:pStyle w:val="Stil4"/>
            </w:pPr>
            <w:r>
              <w:t>252</w:t>
            </w:r>
          </w:p>
        </w:tc>
      </w:tr>
    </w:tbl>
    <w:p w14:paraId="7B6CC016" w14:textId="77777777" w:rsidR="00E24BA4" w:rsidRDefault="00E24BA4" w:rsidP="00E24BA4"/>
    <w:p w14:paraId="4A822D55" w14:textId="77777777" w:rsidR="00E24BA4" w:rsidRPr="00AE69E5" w:rsidRDefault="00E24BA4" w:rsidP="00E24BA4">
      <w:r w:rsidRPr="00AE69E5">
        <w:t>Diğer Alanlar</w:t>
      </w:r>
    </w:p>
    <w:tbl>
      <w:tblPr>
        <w:tblW w:w="89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8"/>
        <w:gridCol w:w="1458"/>
        <w:gridCol w:w="1985"/>
        <w:gridCol w:w="2785"/>
      </w:tblGrid>
      <w:tr w:rsidR="00E24BA4" w:rsidRPr="00E03019" w14:paraId="13C3BAE4" w14:textId="77777777" w:rsidTr="009D611D">
        <w:trPr>
          <w:tblHeader/>
          <w:tblCellSpacing w:w="15" w:type="dxa"/>
        </w:trPr>
        <w:tc>
          <w:tcPr>
            <w:tcW w:w="2653" w:type="dxa"/>
            <w:shd w:val="clear" w:color="auto" w:fill="B99C71"/>
            <w:vAlign w:val="center"/>
            <w:hideMark/>
          </w:tcPr>
          <w:p w14:paraId="7F11E872" w14:textId="77777777" w:rsidR="00E24BA4" w:rsidRPr="00E03019" w:rsidRDefault="00E24BA4" w:rsidP="009D611D">
            <w:pPr>
              <w:pStyle w:val="Stil4"/>
            </w:pPr>
            <w:r>
              <w:t>Hizmet Alanı</w:t>
            </w:r>
          </w:p>
        </w:tc>
        <w:tc>
          <w:tcPr>
            <w:tcW w:w="1428" w:type="dxa"/>
            <w:shd w:val="clear" w:color="auto" w:fill="B99C71"/>
            <w:vAlign w:val="center"/>
            <w:hideMark/>
          </w:tcPr>
          <w:p w14:paraId="6D0F640F" w14:textId="77777777" w:rsidR="00E24BA4" w:rsidRPr="00E03019" w:rsidRDefault="00E24BA4" w:rsidP="009D611D">
            <w:pPr>
              <w:pStyle w:val="Stil4"/>
            </w:pPr>
            <w:r>
              <w:t xml:space="preserve">Ofis Sayısı </w:t>
            </w:r>
          </w:p>
        </w:tc>
        <w:tc>
          <w:tcPr>
            <w:tcW w:w="1955" w:type="dxa"/>
            <w:shd w:val="clear" w:color="auto" w:fill="B99C71"/>
            <w:vAlign w:val="center"/>
          </w:tcPr>
          <w:p w14:paraId="027E7D07" w14:textId="77777777" w:rsidR="00E24BA4" w:rsidRPr="00E03019" w:rsidRDefault="00E24BA4" w:rsidP="009D611D">
            <w:pPr>
              <w:pStyle w:val="Stil4"/>
            </w:pPr>
            <w:r>
              <w:t>Kullanan Kişi Sayısı</w:t>
            </w:r>
          </w:p>
        </w:tc>
        <w:tc>
          <w:tcPr>
            <w:tcW w:w="2740" w:type="dxa"/>
            <w:shd w:val="clear" w:color="auto" w:fill="B99C71"/>
            <w:vAlign w:val="center"/>
            <w:hideMark/>
          </w:tcPr>
          <w:p w14:paraId="498F2679" w14:textId="77777777" w:rsidR="00E24BA4" w:rsidRPr="00E03019" w:rsidRDefault="00E24BA4" w:rsidP="009D611D">
            <w:pPr>
              <w:pStyle w:val="Stil4"/>
            </w:pPr>
            <w:r w:rsidRPr="00897A2E">
              <w:t>Alan (</w:t>
            </w:r>
            <w:r w:rsidRPr="00897A2E">
              <w:rPr>
                <w:spacing w:val="-4"/>
              </w:rPr>
              <w:t>m²)</w:t>
            </w:r>
          </w:p>
        </w:tc>
      </w:tr>
      <w:tr w:rsidR="00E24BA4" w:rsidRPr="00E03019" w14:paraId="11DBDAC4" w14:textId="77777777" w:rsidTr="009D611D">
        <w:trPr>
          <w:tblCellSpacing w:w="15" w:type="dxa"/>
        </w:trPr>
        <w:tc>
          <w:tcPr>
            <w:tcW w:w="2653" w:type="dxa"/>
            <w:vAlign w:val="center"/>
            <w:hideMark/>
          </w:tcPr>
          <w:p w14:paraId="56E57985" w14:textId="77777777" w:rsidR="00E24BA4" w:rsidRPr="00E03019" w:rsidRDefault="00E24BA4" w:rsidP="009D611D">
            <w:pPr>
              <w:pStyle w:val="Stil4"/>
            </w:pPr>
            <w:r>
              <w:t>Ambar Alanları</w:t>
            </w:r>
          </w:p>
        </w:tc>
        <w:tc>
          <w:tcPr>
            <w:tcW w:w="1428" w:type="dxa"/>
            <w:vAlign w:val="center"/>
          </w:tcPr>
          <w:p w14:paraId="3C73C21A" w14:textId="77777777" w:rsidR="00E24BA4" w:rsidRPr="00E03019" w:rsidRDefault="00922E53" w:rsidP="009D611D">
            <w:pPr>
              <w:pStyle w:val="Stil4"/>
            </w:pPr>
            <w:r>
              <w:t>1</w:t>
            </w:r>
          </w:p>
        </w:tc>
        <w:tc>
          <w:tcPr>
            <w:tcW w:w="1955" w:type="dxa"/>
            <w:vAlign w:val="center"/>
          </w:tcPr>
          <w:p w14:paraId="3FEA30AB" w14:textId="77777777" w:rsidR="00E24BA4" w:rsidRPr="00E03019" w:rsidRDefault="00F04A39" w:rsidP="009D611D">
            <w:pPr>
              <w:pStyle w:val="Stil4"/>
            </w:pPr>
            <w:r>
              <w:t>3</w:t>
            </w:r>
          </w:p>
        </w:tc>
        <w:tc>
          <w:tcPr>
            <w:tcW w:w="2740" w:type="dxa"/>
            <w:vAlign w:val="center"/>
            <w:hideMark/>
          </w:tcPr>
          <w:p w14:paraId="1659E611" w14:textId="77777777" w:rsidR="00E24BA4" w:rsidRPr="00E03019" w:rsidRDefault="00922E53" w:rsidP="009D611D">
            <w:pPr>
              <w:pStyle w:val="Stil4"/>
            </w:pPr>
            <w:r>
              <w:t>225</w:t>
            </w:r>
          </w:p>
        </w:tc>
      </w:tr>
      <w:tr w:rsidR="00E24BA4" w:rsidRPr="00E03019" w14:paraId="7D49B962" w14:textId="77777777" w:rsidTr="009D611D">
        <w:trPr>
          <w:tblCellSpacing w:w="15" w:type="dxa"/>
        </w:trPr>
        <w:tc>
          <w:tcPr>
            <w:tcW w:w="2653" w:type="dxa"/>
            <w:vAlign w:val="center"/>
          </w:tcPr>
          <w:p w14:paraId="3A645AB5" w14:textId="77777777" w:rsidR="00E24BA4" w:rsidRPr="00E03019" w:rsidRDefault="00E24BA4" w:rsidP="009D611D">
            <w:pPr>
              <w:pStyle w:val="Stil4"/>
            </w:pPr>
            <w:r>
              <w:t>Arşiv Alanları</w:t>
            </w:r>
          </w:p>
        </w:tc>
        <w:tc>
          <w:tcPr>
            <w:tcW w:w="1428" w:type="dxa"/>
            <w:vAlign w:val="center"/>
          </w:tcPr>
          <w:p w14:paraId="36F8B2DD" w14:textId="77777777" w:rsidR="00E24BA4" w:rsidRPr="00E03019" w:rsidRDefault="00922E53" w:rsidP="009D611D">
            <w:pPr>
              <w:pStyle w:val="Stil4"/>
            </w:pPr>
            <w:r>
              <w:t>1</w:t>
            </w:r>
          </w:p>
        </w:tc>
        <w:tc>
          <w:tcPr>
            <w:tcW w:w="1955" w:type="dxa"/>
            <w:vAlign w:val="center"/>
          </w:tcPr>
          <w:p w14:paraId="7DF28B58" w14:textId="77777777" w:rsidR="00E24BA4" w:rsidRPr="00E03019" w:rsidRDefault="00922E53" w:rsidP="009D611D">
            <w:pPr>
              <w:pStyle w:val="Stil4"/>
            </w:pPr>
            <w:r>
              <w:t>6</w:t>
            </w:r>
          </w:p>
        </w:tc>
        <w:tc>
          <w:tcPr>
            <w:tcW w:w="2740" w:type="dxa"/>
            <w:vAlign w:val="center"/>
            <w:hideMark/>
          </w:tcPr>
          <w:p w14:paraId="5CD89E9C" w14:textId="77777777" w:rsidR="00E24BA4" w:rsidRPr="00E03019" w:rsidRDefault="00922E53" w:rsidP="009D611D">
            <w:pPr>
              <w:pStyle w:val="Stil4"/>
            </w:pPr>
            <w:r>
              <w:t>200</w:t>
            </w:r>
          </w:p>
        </w:tc>
      </w:tr>
      <w:tr w:rsidR="00E24BA4" w:rsidRPr="00E03019" w14:paraId="33A727A0" w14:textId="77777777" w:rsidTr="009D611D">
        <w:trPr>
          <w:tblCellSpacing w:w="15" w:type="dxa"/>
        </w:trPr>
        <w:tc>
          <w:tcPr>
            <w:tcW w:w="2653" w:type="dxa"/>
            <w:vAlign w:val="center"/>
          </w:tcPr>
          <w:p w14:paraId="1059E854" w14:textId="77777777" w:rsidR="00E24BA4" w:rsidRDefault="00E24BA4" w:rsidP="009D611D">
            <w:pPr>
              <w:pStyle w:val="Stil4"/>
            </w:pPr>
            <w:r>
              <w:t>Depo, Hangar ve Çeşitli Tamirat Atölyeleri</w:t>
            </w:r>
          </w:p>
        </w:tc>
        <w:tc>
          <w:tcPr>
            <w:tcW w:w="1428" w:type="dxa"/>
            <w:vAlign w:val="center"/>
          </w:tcPr>
          <w:p w14:paraId="64329E94" w14:textId="77777777" w:rsidR="00E24BA4" w:rsidRPr="00E03019" w:rsidRDefault="00922E53" w:rsidP="009D611D">
            <w:pPr>
              <w:pStyle w:val="Stil4"/>
            </w:pPr>
            <w:r>
              <w:t>6</w:t>
            </w:r>
          </w:p>
        </w:tc>
        <w:tc>
          <w:tcPr>
            <w:tcW w:w="1955" w:type="dxa"/>
            <w:vAlign w:val="center"/>
          </w:tcPr>
          <w:p w14:paraId="04FA7939" w14:textId="77777777" w:rsidR="00E24BA4" w:rsidRPr="00E03019" w:rsidRDefault="00922E53" w:rsidP="009D611D">
            <w:pPr>
              <w:pStyle w:val="Stil4"/>
            </w:pPr>
            <w:r>
              <w:t>4</w:t>
            </w:r>
          </w:p>
        </w:tc>
        <w:tc>
          <w:tcPr>
            <w:tcW w:w="2740" w:type="dxa"/>
            <w:vAlign w:val="center"/>
          </w:tcPr>
          <w:p w14:paraId="180930F0" w14:textId="77777777" w:rsidR="00E24BA4" w:rsidRPr="00E03019" w:rsidRDefault="00922E53" w:rsidP="009D611D">
            <w:pPr>
              <w:pStyle w:val="Stil4"/>
            </w:pPr>
            <w:r>
              <w:t>730</w:t>
            </w:r>
          </w:p>
        </w:tc>
      </w:tr>
    </w:tbl>
    <w:p w14:paraId="2EA8070F" w14:textId="77777777" w:rsidR="00E24BA4" w:rsidRPr="000C0E61" w:rsidRDefault="00E24BA4" w:rsidP="00E24BA4">
      <w:pPr>
        <w:rPr>
          <w:rFonts w:cs="Times New Roman"/>
        </w:rPr>
      </w:pPr>
    </w:p>
    <w:p w14:paraId="7F238D6E" w14:textId="77777777" w:rsidR="00E24BA4" w:rsidRDefault="00E24BA4" w:rsidP="00E24BA4">
      <w:pPr>
        <w:rPr>
          <w:rFonts w:cs="Times New Roman"/>
        </w:rPr>
      </w:pPr>
    </w:p>
    <w:p w14:paraId="11F5C401" w14:textId="77777777" w:rsidR="00E24BA4" w:rsidRPr="00E03019" w:rsidRDefault="00E24BA4" w:rsidP="00E24BA4">
      <w:pPr>
        <w:pStyle w:val="Stil2"/>
      </w:pPr>
      <w:bookmarkStart w:id="11" w:name="_Toc217311498"/>
      <w:r>
        <w:lastRenderedPageBreak/>
        <w:t>2</w:t>
      </w:r>
      <w:r w:rsidRPr="00E03019">
        <w:t xml:space="preserve">. </w:t>
      </w:r>
      <w:r>
        <w:t>Teşkilat Şeması</w:t>
      </w:r>
      <w:bookmarkEnd w:id="11"/>
    </w:p>
    <w:p w14:paraId="5E9F5B76" w14:textId="096E2639" w:rsidR="00054732" w:rsidRPr="000C0E61" w:rsidRDefault="00054732" w:rsidP="00054732">
      <w:pPr>
        <w:jc w:val="center"/>
        <w:rPr>
          <w:rFonts w:cs="Times New Roman"/>
        </w:rPr>
      </w:pPr>
      <w:r w:rsidRPr="00054732">
        <w:rPr>
          <w:rFonts w:cs="Times New Roman"/>
          <w:noProof/>
          <w:lang w:val="tr-TR" w:eastAsia="tr-TR"/>
        </w:rPr>
        <w:drawing>
          <wp:inline distT="0" distB="0" distL="0" distR="0" wp14:anchorId="61BD1865" wp14:editId="2E5DC3AB">
            <wp:extent cx="5029902" cy="7459116"/>
            <wp:effectExtent l="0" t="0" r="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9902" cy="7459116"/>
                    </a:xfrm>
                    <a:prstGeom prst="rect">
                      <a:avLst/>
                    </a:prstGeom>
                  </pic:spPr>
                </pic:pic>
              </a:graphicData>
            </a:graphic>
          </wp:inline>
        </w:drawing>
      </w:r>
    </w:p>
    <w:p w14:paraId="41241BBB" w14:textId="708485F0" w:rsidR="00E24BA4" w:rsidRDefault="00E24BA4" w:rsidP="00E24BA4">
      <w:pPr>
        <w:rPr>
          <w:rFonts w:cs="Times New Roman"/>
        </w:rPr>
      </w:pPr>
    </w:p>
    <w:p w14:paraId="271332E3" w14:textId="77777777" w:rsidR="002C67EA" w:rsidRDefault="002C67EA" w:rsidP="00E24BA4">
      <w:pPr>
        <w:rPr>
          <w:rFonts w:cs="Times New Roman"/>
        </w:rPr>
      </w:pPr>
    </w:p>
    <w:p w14:paraId="5B76B6B0" w14:textId="77777777" w:rsidR="00F54942" w:rsidRDefault="00F54942" w:rsidP="00E24BA4">
      <w:pPr>
        <w:rPr>
          <w:rFonts w:cs="Times New Roman"/>
        </w:rPr>
      </w:pPr>
    </w:p>
    <w:tbl>
      <w:tblPr>
        <w:tblW w:w="8497" w:type="dxa"/>
        <w:jc w:val="center"/>
        <w:tblCellMar>
          <w:left w:w="0" w:type="dxa"/>
          <w:right w:w="0" w:type="dxa"/>
        </w:tblCellMar>
        <w:tblLook w:val="04A0" w:firstRow="1" w:lastRow="0" w:firstColumn="1" w:lastColumn="0" w:noHBand="0" w:noVBand="1"/>
      </w:tblPr>
      <w:tblGrid>
        <w:gridCol w:w="8497"/>
      </w:tblGrid>
      <w:tr w:rsidR="00245D55" w:rsidRPr="00245D55" w14:paraId="039BA51C" w14:textId="77777777" w:rsidTr="00F928ED">
        <w:trPr>
          <w:trHeight w:val="420"/>
          <w:jc w:val="center"/>
        </w:trPr>
        <w:tc>
          <w:tcPr>
            <w:tcW w:w="8497" w:type="dxa"/>
            <w:tcBorders>
              <w:top w:val="nil"/>
              <w:left w:val="single" w:sz="6" w:space="0" w:color="000000"/>
              <w:bottom w:val="single" w:sz="6" w:space="0" w:color="000000"/>
              <w:right w:val="single" w:sz="6" w:space="0" w:color="000000"/>
            </w:tcBorders>
            <w:shd w:val="clear" w:color="auto" w:fill="EBEBEB"/>
            <w:hideMark/>
          </w:tcPr>
          <w:p w14:paraId="420963C7" w14:textId="77777777" w:rsidR="002F4A7E" w:rsidRPr="00245D55" w:rsidRDefault="001E67D3" w:rsidP="00245D55">
            <w:pPr>
              <w:pStyle w:val="NormalWeb"/>
              <w:spacing w:before="0" w:beforeAutospacing="0" w:after="0" w:afterAutospacing="0"/>
              <w:ind w:left="135"/>
              <w:jc w:val="center"/>
              <w:rPr>
                <w:rStyle w:val="Gl"/>
                <w:rFonts w:asciiTheme="minorHAnsi" w:hAnsiTheme="minorHAnsi"/>
                <w:b/>
                <w:sz w:val="22"/>
                <w:szCs w:val="22"/>
              </w:rPr>
            </w:pPr>
            <w:r w:rsidRPr="00245D55">
              <w:rPr>
                <w:rStyle w:val="Gl"/>
                <w:rFonts w:asciiTheme="minorHAnsi" w:hAnsiTheme="minorHAnsi"/>
                <w:b/>
                <w:sz w:val="22"/>
                <w:szCs w:val="22"/>
              </w:rPr>
              <w:lastRenderedPageBreak/>
              <w:t>T.C.</w:t>
            </w:r>
            <w:r w:rsidR="002F4A7E" w:rsidRPr="00245D55">
              <w:rPr>
                <w:rStyle w:val="Gl"/>
                <w:rFonts w:asciiTheme="minorHAnsi" w:hAnsiTheme="minorHAnsi"/>
                <w:b/>
                <w:sz w:val="22"/>
                <w:szCs w:val="22"/>
              </w:rPr>
              <w:t xml:space="preserve"> </w:t>
            </w:r>
          </w:p>
          <w:p w14:paraId="36FF84EF" w14:textId="1F5604F8" w:rsidR="001E67D3" w:rsidRPr="00245D55" w:rsidRDefault="001E67D3" w:rsidP="00245D55">
            <w:pPr>
              <w:pStyle w:val="NormalWeb"/>
              <w:spacing w:before="0" w:beforeAutospacing="0" w:after="0" w:afterAutospacing="0"/>
              <w:ind w:left="0"/>
              <w:jc w:val="center"/>
              <w:rPr>
                <w:rFonts w:asciiTheme="minorHAnsi" w:hAnsiTheme="minorHAnsi"/>
                <w:sz w:val="22"/>
                <w:szCs w:val="22"/>
              </w:rPr>
            </w:pPr>
            <w:r w:rsidRPr="00245D55">
              <w:rPr>
                <w:rStyle w:val="Gl"/>
                <w:rFonts w:asciiTheme="minorHAnsi" w:hAnsiTheme="minorHAnsi"/>
                <w:b/>
                <w:sz w:val="22"/>
                <w:szCs w:val="22"/>
              </w:rPr>
              <w:t>MALATYA TURGUT ÖZAL ÜNİVERSİTESİ</w:t>
            </w:r>
            <w:r w:rsidRPr="00245D55">
              <w:rPr>
                <w:rFonts w:asciiTheme="minorHAnsi" w:hAnsiTheme="minorHAnsi"/>
                <w:sz w:val="22"/>
                <w:szCs w:val="22"/>
              </w:rPr>
              <w:t xml:space="preserve"> </w:t>
            </w:r>
            <w:r w:rsidRPr="00245D55">
              <w:rPr>
                <w:rStyle w:val="Gl"/>
                <w:rFonts w:asciiTheme="minorHAnsi" w:hAnsiTheme="minorHAnsi"/>
                <w:b/>
                <w:sz w:val="22"/>
                <w:szCs w:val="22"/>
              </w:rPr>
              <w:t>KALE TURİZM VE OTEL İŞLETMECİLİĞİ MESLEK YÜKSEKOKULU KOMİSYONLARI</w:t>
            </w:r>
          </w:p>
        </w:tc>
      </w:tr>
    </w:tbl>
    <w:p w14:paraId="0519E650" w14:textId="77777777" w:rsidR="001E67D3" w:rsidRPr="00245D55" w:rsidRDefault="001E67D3" w:rsidP="00245D55">
      <w:pPr>
        <w:pStyle w:val="NormalWeb"/>
        <w:shd w:val="clear" w:color="auto" w:fill="FFFFFF"/>
        <w:spacing w:before="0" w:beforeAutospacing="0" w:after="0" w:afterAutospacing="0"/>
        <w:rPr>
          <w:rFonts w:asciiTheme="minorHAnsi" w:hAnsiTheme="minorHAnsi"/>
          <w:sz w:val="22"/>
          <w:szCs w:val="22"/>
        </w:rPr>
      </w:pPr>
      <w:r w:rsidRPr="00245D55">
        <w:rPr>
          <w:rFonts w:asciiTheme="minorHAnsi" w:hAnsiTheme="minorHAnsi"/>
          <w:sz w:val="22"/>
          <w:szCs w:val="22"/>
        </w:rPr>
        <w:t> </w:t>
      </w:r>
    </w:p>
    <w:tbl>
      <w:tblPr>
        <w:tblW w:w="8631" w:type="dxa"/>
        <w:jc w:val="center"/>
        <w:tblCellMar>
          <w:left w:w="0" w:type="dxa"/>
          <w:right w:w="0" w:type="dxa"/>
        </w:tblCellMar>
        <w:tblLook w:val="04A0" w:firstRow="1" w:lastRow="0" w:firstColumn="1" w:lastColumn="0" w:noHBand="0" w:noVBand="1"/>
      </w:tblPr>
      <w:tblGrid>
        <w:gridCol w:w="4095"/>
        <w:gridCol w:w="4536"/>
      </w:tblGrid>
      <w:tr w:rsidR="001E67D3" w:rsidRPr="002F4A7E" w14:paraId="55ED165B" w14:textId="77777777" w:rsidTr="00245D55">
        <w:trPr>
          <w:trHeight w:val="20"/>
          <w:jc w:val="center"/>
        </w:trPr>
        <w:tc>
          <w:tcPr>
            <w:tcW w:w="8631"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4DA534F2" w14:textId="77777777" w:rsidR="001E67D3" w:rsidRPr="00404A95" w:rsidRDefault="001E67D3" w:rsidP="00245D55">
            <w:pPr>
              <w:pStyle w:val="NormalWeb"/>
              <w:spacing w:before="0" w:beforeAutospacing="0" w:after="0" w:afterAutospacing="0"/>
              <w:ind w:left="15" w:right="15"/>
              <w:jc w:val="center"/>
              <w:rPr>
                <w:rFonts w:asciiTheme="minorHAnsi" w:hAnsiTheme="minorHAnsi"/>
                <w:b w:val="0"/>
                <w:sz w:val="22"/>
                <w:szCs w:val="22"/>
              </w:rPr>
            </w:pPr>
            <w:r w:rsidRPr="00404A95">
              <w:rPr>
                <w:rStyle w:val="Gl"/>
                <w:rFonts w:asciiTheme="minorHAnsi" w:hAnsiTheme="minorHAnsi"/>
                <w:b/>
                <w:sz w:val="22"/>
                <w:szCs w:val="22"/>
              </w:rPr>
              <w:t>AKADEMİK BİRİM KALİTE KOMİSYONU</w:t>
            </w:r>
          </w:p>
        </w:tc>
      </w:tr>
      <w:tr w:rsidR="001E67D3" w:rsidRPr="002F4A7E" w14:paraId="363A3422" w14:textId="77777777" w:rsidTr="00245D55">
        <w:trPr>
          <w:trHeight w:val="20"/>
          <w:jc w:val="center"/>
        </w:trPr>
        <w:tc>
          <w:tcPr>
            <w:tcW w:w="4095" w:type="dxa"/>
            <w:tcBorders>
              <w:top w:val="nil"/>
              <w:left w:val="double" w:sz="2" w:space="0" w:color="000000"/>
              <w:bottom w:val="single" w:sz="6" w:space="0" w:color="000000"/>
              <w:right w:val="single" w:sz="6" w:space="0" w:color="000000"/>
            </w:tcBorders>
            <w:hideMark/>
          </w:tcPr>
          <w:p w14:paraId="037F9739" w14:textId="77777777" w:rsidR="001E67D3" w:rsidRPr="00404A95" w:rsidRDefault="001E67D3" w:rsidP="00245D55">
            <w:pPr>
              <w:pStyle w:val="NormalWeb"/>
              <w:spacing w:before="0" w:beforeAutospacing="0" w:after="0" w:afterAutospacing="0"/>
              <w:ind w:left="15"/>
              <w:jc w:val="center"/>
              <w:rPr>
                <w:rFonts w:asciiTheme="minorHAnsi" w:hAnsiTheme="minorHAnsi"/>
                <w:b w:val="0"/>
                <w:sz w:val="22"/>
                <w:szCs w:val="22"/>
              </w:rPr>
            </w:pPr>
            <w:r w:rsidRPr="00404A95">
              <w:rPr>
                <w:rStyle w:val="Gl"/>
                <w:rFonts w:asciiTheme="minorHAnsi" w:hAnsiTheme="minorHAnsi"/>
                <w:b/>
                <w:sz w:val="22"/>
                <w:szCs w:val="22"/>
              </w:rPr>
              <w:t>ADI SOYADI</w:t>
            </w:r>
          </w:p>
        </w:tc>
        <w:tc>
          <w:tcPr>
            <w:tcW w:w="4536" w:type="dxa"/>
            <w:tcBorders>
              <w:top w:val="nil"/>
              <w:left w:val="nil"/>
              <w:bottom w:val="single" w:sz="6" w:space="0" w:color="000000"/>
              <w:right w:val="single" w:sz="6" w:space="0" w:color="000000"/>
            </w:tcBorders>
            <w:vAlign w:val="center"/>
            <w:hideMark/>
          </w:tcPr>
          <w:p w14:paraId="50D92A57" w14:textId="77777777" w:rsidR="001E67D3" w:rsidRPr="00404A95" w:rsidRDefault="001E67D3" w:rsidP="00245D55">
            <w:pPr>
              <w:pStyle w:val="NormalWeb"/>
              <w:spacing w:before="0" w:beforeAutospacing="0" w:after="0" w:afterAutospacing="0"/>
              <w:ind w:left="30"/>
              <w:jc w:val="center"/>
              <w:rPr>
                <w:rFonts w:asciiTheme="minorHAnsi" w:hAnsiTheme="minorHAnsi"/>
                <w:b w:val="0"/>
                <w:sz w:val="22"/>
                <w:szCs w:val="22"/>
              </w:rPr>
            </w:pPr>
            <w:r w:rsidRPr="00404A95">
              <w:rPr>
                <w:rStyle w:val="Gl"/>
                <w:rFonts w:asciiTheme="minorHAnsi" w:hAnsiTheme="minorHAnsi"/>
                <w:b/>
                <w:sz w:val="22"/>
                <w:szCs w:val="22"/>
              </w:rPr>
              <w:t>GÖREVİ</w:t>
            </w:r>
          </w:p>
        </w:tc>
      </w:tr>
      <w:tr w:rsidR="001E67D3" w:rsidRPr="002F4A7E" w14:paraId="0DF46EA6" w14:textId="77777777" w:rsidTr="00245D55">
        <w:trPr>
          <w:trHeight w:val="20"/>
          <w:jc w:val="center"/>
        </w:trPr>
        <w:tc>
          <w:tcPr>
            <w:tcW w:w="4095" w:type="dxa"/>
            <w:tcBorders>
              <w:top w:val="nil"/>
              <w:left w:val="double" w:sz="2" w:space="0" w:color="000000"/>
              <w:bottom w:val="single" w:sz="6" w:space="0" w:color="000000"/>
              <w:right w:val="single" w:sz="6" w:space="0" w:color="000000"/>
            </w:tcBorders>
            <w:vAlign w:val="center"/>
            <w:hideMark/>
          </w:tcPr>
          <w:p w14:paraId="71EEBEBC" w14:textId="77777777" w:rsidR="001E67D3" w:rsidRPr="00F928ED" w:rsidRDefault="001E67D3" w:rsidP="00245D55">
            <w:pPr>
              <w:pStyle w:val="NormalWeb"/>
              <w:spacing w:before="0" w:beforeAutospacing="0" w:after="0" w:afterAutospacing="0"/>
              <w:ind w:left="15"/>
              <w:rPr>
                <w:rFonts w:asciiTheme="minorHAnsi" w:hAnsiTheme="minorHAnsi"/>
                <w:b w:val="0"/>
                <w:sz w:val="22"/>
                <w:szCs w:val="22"/>
              </w:rPr>
            </w:pPr>
            <w:r w:rsidRPr="00F928ED">
              <w:rPr>
                <w:rFonts w:asciiTheme="minorHAnsi" w:hAnsiTheme="minorHAnsi"/>
                <w:b w:val="0"/>
                <w:sz w:val="22"/>
                <w:szCs w:val="22"/>
              </w:rPr>
              <w:t>Dr. Öğr. Üyesi Arif YILDIZ</w:t>
            </w:r>
          </w:p>
        </w:tc>
        <w:tc>
          <w:tcPr>
            <w:tcW w:w="4536" w:type="dxa"/>
            <w:tcBorders>
              <w:top w:val="nil"/>
              <w:left w:val="nil"/>
              <w:bottom w:val="single" w:sz="6" w:space="0" w:color="000000"/>
              <w:right w:val="single" w:sz="6" w:space="0" w:color="000000"/>
            </w:tcBorders>
            <w:vAlign w:val="center"/>
            <w:hideMark/>
          </w:tcPr>
          <w:p w14:paraId="6F182FF3" w14:textId="77777777" w:rsidR="001E67D3" w:rsidRPr="00F928ED" w:rsidRDefault="001E67D3" w:rsidP="00245D55">
            <w:pPr>
              <w:pStyle w:val="NormalWeb"/>
              <w:spacing w:before="0" w:beforeAutospacing="0" w:after="0" w:afterAutospacing="0"/>
              <w:ind w:left="30"/>
              <w:jc w:val="center"/>
              <w:rPr>
                <w:rFonts w:asciiTheme="minorHAnsi" w:hAnsiTheme="minorHAnsi"/>
                <w:b w:val="0"/>
                <w:sz w:val="22"/>
                <w:szCs w:val="22"/>
              </w:rPr>
            </w:pPr>
            <w:r w:rsidRPr="00F928ED">
              <w:rPr>
                <w:rStyle w:val="Gl"/>
                <w:rFonts w:asciiTheme="minorHAnsi" w:hAnsiTheme="minorHAnsi"/>
                <w:sz w:val="22"/>
                <w:szCs w:val="22"/>
              </w:rPr>
              <w:t>Başkan</w:t>
            </w:r>
          </w:p>
        </w:tc>
      </w:tr>
      <w:tr w:rsidR="001E67D3" w:rsidRPr="002F4A7E" w14:paraId="2F9D28BF" w14:textId="77777777" w:rsidTr="00245D55">
        <w:trPr>
          <w:trHeight w:val="20"/>
          <w:jc w:val="center"/>
        </w:trPr>
        <w:tc>
          <w:tcPr>
            <w:tcW w:w="4095" w:type="dxa"/>
            <w:tcBorders>
              <w:top w:val="nil"/>
              <w:left w:val="double" w:sz="2" w:space="0" w:color="000000"/>
              <w:bottom w:val="single" w:sz="6" w:space="0" w:color="000000"/>
              <w:right w:val="single" w:sz="6" w:space="0" w:color="000000"/>
            </w:tcBorders>
            <w:vAlign w:val="center"/>
            <w:hideMark/>
          </w:tcPr>
          <w:p w14:paraId="75458309" w14:textId="77777777" w:rsidR="001E67D3" w:rsidRPr="00F928ED" w:rsidRDefault="001E67D3" w:rsidP="00245D55">
            <w:pPr>
              <w:pStyle w:val="NormalWeb"/>
              <w:spacing w:before="0" w:beforeAutospacing="0" w:after="0" w:afterAutospacing="0"/>
              <w:ind w:left="15"/>
              <w:rPr>
                <w:rFonts w:asciiTheme="minorHAnsi" w:hAnsiTheme="minorHAnsi"/>
                <w:b w:val="0"/>
                <w:sz w:val="22"/>
                <w:szCs w:val="22"/>
              </w:rPr>
            </w:pPr>
            <w:r w:rsidRPr="00F928ED">
              <w:rPr>
                <w:rFonts w:asciiTheme="minorHAnsi" w:hAnsiTheme="minorHAnsi"/>
                <w:b w:val="0"/>
                <w:sz w:val="22"/>
                <w:szCs w:val="22"/>
              </w:rPr>
              <w:t>Öğr. Gör. Ünalcan KUTAL</w:t>
            </w:r>
          </w:p>
        </w:tc>
        <w:tc>
          <w:tcPr>
            <w:tcW w:w="4536" w:type="dxa"/>
            <w:tcBorders>
              <w:top w:val="nil"/>
              <w:left w:val="nil"/>
              <w:bottom w:val="single" w:sz="6" w:space="0" w:color="000000"/>
              <w:right w:val="single" w:sz="6" w:space="0" w:color="000000"/>
            </w:tcBorders>
            <w:vAlign w:val="center"/>
            <w:hideMark/>
          </w:tcPr>
          <w:p w14:paraId="06C0DAF9" w14:textId="77777777" w:rsidR="001E67D3" w:rsidRPr="00F928ED" w:rsidRDefault="001E67D3" w:rsidP="00245D55">
            <w:pPr>
              <w:pStyle w:val="NormalWeb"/>
              <w:spacing w:before="0" w:beforeAutospacing="0" w:after="0" w:afterAutospacing="0"/>
              <w:ind w:left="30"/>
              <w:jc w:val="center"/>
              <w:rPr>
                <w:rFonts w:asciiTheme="minorHAnsi" w:hAnsiTheme="minorHAnsi"/>
                <w:b w:val="0"/>
                <w:sz w:val="22"/>
                <w:szCs w:val="22"/>
              </w:rPr>
            </w:pPr>
            <w:r w:rsidRPr="00F928ED">
              <w:rPr>
                <w:rFonts w:asciiTheme="minorHAnsi" w:hAnsiTheme="minorHAnsi"/>
                <w:b w:val="0"/>
                <w:sz w:val="22"/>
                <w:szCs w:val="22"/>
              </w:rPr>
              <w:t>Üye</w:t>
            </w:r>
          </w:p>
        </w:tc>
      </w:tr>
      <w:tr w:rsidR="001E67D3" w:rsidRPr="002F4A7E" w14:paraId="79E7DD94" w14:textId="77777777" w:rsidTr="00245D55">
        <w:trPr>
          <w:trHeight w:val="20"/>
          <w:jc w:val="center"/>
        </w:trPr>
        <w:tc>
          <w:tcPr>
            <w:tcW w:w="4095" w:type="dxa"/>
            <w:tcBorders>
              <w:top w:val="nil"/>
              <w:left w:val="double" w:sz="2" w:space="0" w:color="000000"/>
              <w:bottom w:val="single" w:sz="6" w:space="0" w:color="000000"/>
              <w:right w:val="single" w:sz="6" w:space="0" w:color="000000"/>
            </w:tcBorders>
            <w:vAlign w:val="center"/>
            <w:hideMark/>
          </w:tcPr>
          <w:p w14:paraId="3B30FA42" w14:textId="77777777" w:rsidR="001E67D3" w:rsidRPr="00F928ED" w:rsidRDefault="001E67D3" w:rsidP="00245D55">
            <w:pPr>
              <w:pStyle w:val="NormalWeb"/>
              <w:spacing w:before="0" w:beforeAutospacing="0" w:after="0" w:afterAutospacing="0"/>
              <w:ind w:left="15"/>
              <w:rPr>
                <w:rFonts w:asciiTheme="minorHAnsi" w:hAnsiTheme="minorHAnsi"/>
                <w:b w:val="0"/>
                <w:sz w:val="22"/>
                <w:szCs w:val="22"/>
              </w:rPr>
            </w:pPr>
            <w:r w:rsidRPr="00F928ED">
              <w:rPr>
                <w:rFonts w:asciiTheme="minorHAnsi" w:hAnsiTheme="minorHAnsi"/>
                <w:b w:val="0"/>
                <w:sz w:val="22"/>
                <w:szCs w:val="22"/>
              </w:rPr>
              <w:t>Dr. Öğr. Üyesi Harun Reşit GÜNDOĞAN</w:t>
            </w:r>
          </w:p>
        </w:tc>
        <w:tc>
          <w:tcPr>
            <w:tcW w:w="4536" w:type="dxa"/>
            <w:tcBorders>
              <w:top w:val="nil"/>
              <w:left w:val="nil"/>
              <w:bottom w:val="single" w:sz="6" w:space="0" w:color="000000"/>
              <w:right w:val="single" w:sz="6" w:space="0" w:color="000000"/>
            </w:tcBorders>
            <w:vAlign w:val="center"/>
            <w:hideMark/>
          </w:tcPr>
          <w:p w14:paraId="60FD8BC5" w14:textId="77777777" w:rsidR="001E67D3" w:rsidRPr="00F928ED" w:rsidRDefault="001E67D3" w:rsidP="00245D55">
            <w:pPr>
              <w:pStyle w:val="NormalWeb"/>
              <w:spacing w:before="0" w:beforeAutospacing="0" w:after="0" w:afterAutospacing="0"/>
              <w:ind w:left="30" w:right="15"/>
              <w:jc w:val="center"/>
              <w:rPr>
                <w:rFonts w:asciiTheme="minorHAnsi" w:hAnsiTheme="minorHAnsi"/>
                <w:b w:val="0"/>
                <w:sz w:val="22"/>
                <w:szCs w:val="22"/>
              </w:rPr>
            </w:pPr>
            <w:r w:rsidRPr="00F928ED">
              <w:rPr>
                <w:rFonts w:asciiTheme="minorHAnsi" w:hAnsiTheme="minorHAnsi"/>
                <w:b w:val="0"/>
                <w:sz w:val="22"/>
                <w:szCs w:val="22"/>
              </w:rPr>
              <w:t>Üye</w:t>
            </w:r>
          </w:p>
        </w:tc>
      </w:tr>
      <w:tr w:rsidR="001E67D3" w:rsidRPr="002F4A7E" w14:paraId="68E94145" w14:textId="77777777" w:rsidTr="00245D55">
        <w:trPr>
          <w:trHeight w:val="20"/>
          <w:jc w:val="center"/>
        </w:trPr>
        <w:tc>
          <w:tcPr>
            <w:tcW w:w="4095" w:type="dxa"/>
            <w:tcBorders>
              <w:top w:val="nil"/>
              <w:left w:val="double" w:sz="2" w:space="0" w:color="000000"/>
              <w:bottom w:val="single" w:sz="6" w:space="0" w:color="000000"/>
              <w:right w:val="single" w:sz="6" w:space="0" w:color="000000"/>
            </w:tcBorders>
            <w:vAlign w:val="center"/>
            <w:hideMark/>
          </w:tcPr>
          <w:p w14:paraId="4F2C6EE0" w14:textId="77777777" w:rsidR="001E67D3" w:rsidRPr="00F928ED" w:rsidRDefault="001E67D3" w:rsidP="00245D55">
            <w:pPr>
              <w:pStyle w:val="NormalWeb"/>
              <w:spacing w:before="0" w:beforeAutospacing="0" w:after="0" w:afterAutospacing="0"/>
              <w:ind w:left="15"/>
              <w:rPr>
                <w:rFonts w:asciiTheme="minorHAnsi" w:hAnsiTheme="minorHAnsi"/>
                <w:b w:val="0"/>
                <w:sz w:val="22"/>
                <w:szCs w:val="22"/>
              </w:rPr>
            </w:pPr>
            <w:r w:rsidRPr="00F928ED">
              <w:rPr>
                <w:rFonts w:asciiTheme="minorHAnsi" w:hAnsiTheme="minorHAnsi"/>
                <w:b w:val="0"/>
                <w:sz w:val="22"/>
                <w:szCs w:val="22"/>
              </w:rPr>
              <w:t>Dr. Öğr. Üyesi Ahmet Emre DERİNKÖK</w:t>
            </w:r>
          </w:p>
        </w:tc>
        <w:tc>
          <w:tcPr>
            <w:tcW w:w="4536" w:type="dxa"/>
            <w:tcBorders>
              <w:top w:val="nil"/>
              <w:left w:val="nil"/>
              <w:bottom w:val="single" w:sz="6" w:space="0" w:color="000000"/>
              <w:right w:val="single" w:sz="6" w:space="0" w:color="000000"/>
            </w:tcBorders>
            <w:vAlign w:val="center"/>
            <w:hideMark/>
          </w:tcPr>
          <w:p w14:paraId="76A667CE" w14:textId="77777777" w:rsidR="001E67D3" w:rsidRPr="00F928ED" w:rsidRDefault="001E67D3" w:rsidP="00245D55">
            <w:pPr>
              <w:pStyle w:val="NormalWeb"/>
              <w:spacing w:before="0" w:beforeAutospacing="0" w:after="0" w:afterAutospacing="0"/>
              <w:ind w:left="30"/>
              <w:jc w:val="center"/>
              <w:rPr>
                <w:rFonts w:asciiTheme="minorHAnsi" w:hAnsiTheme="minorHAnsi"/>
                <w:b w:val="0"/>
                <w:sz w:val="22"/>
                <w:szCs w:val="22"/>
              </w:rPr>
            </w:pPr>
            <w:r w:rsidRPr="00F928ED">
              <w:rPr>
                <w:rFonts w:asciiTheme="minorHAnsi" w:hAnsiTheme="minorHAnsi"/>
                <w:b w:val="0"/>
                <w:sz w:val="22"/>
                <w:szCs w:val="22"/>
              </w:rPr>
              <w:t>Üye</w:t>
            </w:r>
          </w:p>
        </w:tc>
      </w:tr>
      <w:tr w:rsidR="001E67D3" w:rsidRPr="002F4A7E" w14:paraId="7D7DA9DA" w14:textId="77777777" w:rsidTr="00245D55">
        <w:trPr>
          <w:trHeight w:val="20"/>
          <w:jc w:val="center"/>
        </w:trPr>
        <w:tc>
          <w:tcPr>
            <w:tcW w:w="4095" w:type="dxa"/>
            <w:tcBorders>
              <w:top w:val="nil"/>
              <w:left w:val="double" w:sz="2" w:space="0" w:color="000000"/>
              <w:bottom w:val="single" w:sz="6" w:space="0" w:color="000000"/>
              <w:right w:val="single" w:sz="6" w:space="0" w:color="000000"/>
            </w:tcBorders>
            <w:vAlign w:val="center"/>
            <w:hideMark/>
          </w:tcPr>
          <w:p w14:paraId="5779E296" w14:textId="77777777" w:rsidR="001E67D3" w:rsidRPr="00F928ED" w:rsidRDefault="001E67D3" w:rsidP="00245D55">
            <w:pPr>
              <w:pStyle w:val="NormalWeb"/>
              <w:spacing w:before="0" w:beforeAutospacing="0" w:after="0" w:afterAutospacing="0"/>
              <w:ind w:left="15"/>
              <w:rPr>
                <w:rFonts w:asciiTheme="minorHAnsi" w:hAnsiTheme="minorHAnsi"/>
                <w:b w:val="0"/>
                <w:sz w:val="22"/>
                <w:szCs w:val="22"/>
              </w:rPr>
            </w:pPr>
            <w:r w:rsidRPr="00F928ED">
              <w:rPr>
                <w:rFonts w:asciiTheme="minorHAnsi" w:hAnsiTheme="minorHAnsi"/>
                <w:b w:val="0"/>
                <w:sz w:val="22"/>
                <w:szCs w:val="22"/>
              </w:rPr>
              <w:t>Öğr. Gör. Taha ŞEYHANOĞULLARI</w:t>
            </w:r>
          </w:p>
        </w:tc>
        <w:tc>
          <w:tcPr>
            <w:tcW w:w="4536" w:type="dxa"/>
            <w:tcBorders>
              <w:top w:val="nil"/>
              <w:left w:val="nil"/>
              <w:bottom w:val="single" w:sz="6" w:space="0" w:color="000000"/>
              <w:right w:val="single" w:sz="6" w:space="0" w:color="000000"/>
            </w:tcBorders>
            <w:vAlign w:val="center"/>
            <w:hideMark/>
          </w:tcPr>
          <w:p w14:paraId="79F66B42" w14:textId="77777777" w:rsidR="001E67D3" w:rsidRPr="00F928ED" w:rsidRDefault="001E67D3" w:rsidP="00245D55">
            <w:pPr>
              <w:pStyle w:val="NormalWeb"/>
              <w:spacing w:before="0" w:beforeAutospacing="0" w:after="0" w:afterAutospacing="0"/>
              <w:ind w:left="30"/>
              <w:jc w:val="center"/>
              <w:rPr>
                <w:rFonts w:asciiTheme="minorHAnsi" w:hAnsiTheme="minorHAnsi"/>
                <w:b w:val="0"/>
                <w:sz w:val="22"/>
                <w:szCs w:val="22"/>
              </w:rPr>
            </w:pPr>
            <w:r w:rsidRPr="00F928ED">
              <w:rPr>
                <w:rFonts w:asciiTheme="minorHAnsi" w:hAnsiTheme="minorHAnsi"/>
                <w:b w:val="0"/>
                <w:sz w:val="22"/>
                <w:szCs w:val="22"/>
              </w:rPr>
              <w:t>Üye</w:t>
            </w:r>
          </w:p>
        </w:tc>
      </w:tr>
    </w:tbl>
    <w:p w14:paraId="58E9F92B"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644" w:type="dxa"/>
        <w:tblInd w:w="120" w:type="dxa"/>
        <w:tblCellMar>
          <w:left w:w="0" w:type="dxa"/>
          <w:right w:w="0" w:type="dxa"/>
        </w:tblCellMar>
        <w:tblLook w:val="04A0" w:firstRow="1" w:lastRow="0" w:firstColumn="1" w:lastColumn="0" w:noHBand="0" w:noVBand="1"/>
      </w:tblPr>
      <w:tblGrid>
        <w:gridCol w:w="2707"/>
        <w:gridCol w:w="4111"/>
        <w:gridCol w:w="1826"/>
      </w:tblGrid>
      <w:tr w:rsidR="00045455" w:rsidRPr="002F4A7E" w14:paraId="248F60BA" w14:textId="77777777" w:rsidTr="00404A95">
        <w:trPr>
          <w:trHeight w:val="227"/>
        </w:trPr>
        <w:tc>
          <w:tcPr>
            <w:tcW w:w="8644" w:type="dxa"/>
            <w:gridSpan w:val="3"/>
            <w:tcBorders>
              <w:top w:val="single" w:sz="4" w:space="0" w:color="auto"/>
              <w:left w:val="single" w:sz="4" w:space="0" w:color="auto"/>
              <w:bottom w:val="single" w:sz="4" w:space="0" w:color="auto"/>
              <w:right w:val="single" w:sz="4" w:space="0" w:color="auto"/>
            </w:tcBorders>
            <w:hideMark/>
          </w:tcPr>
          <w:p w14:paraId="2308D2E5" w14:textId="77777777" w:rsidR="00045455" w:rsidRPr="00ED3C9E" w:rsidRDefault="00045455" w:rsidP="00404A95">
            <w:pPr>
              <w:pStyle w:val="NormalWeb"/>
              <w:spacing w:before="0" w:beforeAutospacing="0" w:after="0" w:afterAutospacing="0"/>
              <w:ind w:left="15"/>
              <w:jc w:val="center"/>
              <w:rPr>
                <w:rFonts w:asciiTheme="minorHAnsi" w:hAnsiTheme="minorHAnsi"/>
                <w:b w:val="0"/>
                <w:sz w:val="22"/>
                <w:szCs w:val="22"/>
              </w:rPr>
            </w:pPr>
            <w:r w:rsidRPr="00ED3C9E">
              <w:rPr>
                <w:rStyle w:val="Gl"/>
                <w:rFonts w:asciiTheme="minorHAnsi" w:hAnsiTheme="minorHAnsi"/>
                <w:b/>
                <w:sz w:val="22"/>
                <w:szCs w:val="22"/>
              </w:rPr>
              <w:t>AKADEMİK TEŞVİK BAŞVURU ve İNCELEME KOMİSYONU</w:t>
            </w:r>
          </w:p>
        </w:tc>
      </w:tr>
      <w:tr w:rsidR="001E67D3" w:rsidRPr="002F4A7E" w14:paraId="1245153C" w14:textId="77777777" w:rsidTr="00404A95">
        <w:trPr>
          <w:trHeight w:val="227"/>
        </w:trPr>
        <w:tc>
          <w:tcPr>
            <w:tcW w:w="2707" w:type="dxa"/>
            <w:tcBorders>
              <w:top w:val="single" w:sz="4" w:space="0" w:color="auto"/>
              <w:left w:val="single" w:sz="6" w:space="0" w:color="000000"/>
              <w:bottom w:val="single" w:sz="6" w:space="0" w:color="000000"/>
              <w:right w:val="single" w:sz="6" w:space="0" w:color="000000"/>
            </w:tcBorders>
            <w:hideMark/>
          </w:tcPr>
          <w:p w14:paraId="2B7E88A1" w14:textId="77777777" w:rsidR="001E67D3" w:rsidRPr="00ED3C9E" w:rsidRDefault="001E67D3" w:rsidP="00404A95">
            <w:pPr>
              <w:pStyle w:val="NormalWeb"/>
              <w:spacing w:before="0" w:beforeAutospacing="0" w:after="0" w:afterAutospacing="0"/>
              <w:ind w:left="15"/>
              <w:jc w:val="center"/>
              <w:rPr>
                <w:rFonts w:asciiTheme="minorHAnsi" w:hAnsiTheme="minorHAnsi"/>
                <w:b w:val="0"/>
                <w:sz w:val="22"/>
                <w:szCs w:val="22"/>
              </w:rPr>
            </w:pPr>
            <w:r w:rsidRPr="00ED3C9E">
              <w:rPr>
                <w:rStyle w:val="Gl"/>
                <w:rFonts w:asciiTheme="minorHAnsi" w:hAnsiTheme="minorHAnsi"/>
                <w:b/>
                <w:sz w:val="22"/>
                <w:szCs w:val="22"/>
              </w:rPr>
              <w:t>BÖLÜM</w:t>
            </w:r>
          </w:p>
        </w:tc>
        <w:tc>
          <w:tcPr>
            <w:tcW w:w="4111" w:type="dxa"/>
            <w:tcBorders>
              <w:top w:val="single" w:sz="4" w:space="0" w:color="auto"/>
              <w:left w:val="nil"/>
              <w:bottom w:val="single" w:sz="6" w:space="0" w:color="000000"/>
              <w:right w:val="single" w:sz="6" w:space="0" w:color="000000"/>
            </w:tcBorders>
            <w:hideMark/>
          </w:tcPr>
          <w:p w14:paraId="304C3FC9" w14:textId="77777777" w:rsidR="001E67D3" w:rsidRPr="00ED3C9E" w:rsidRDefault="001E67D3" w:rsidP="00404A95">
            <w:pPr>
              <w:pStyle w:val="NormalWeb"/>
              <w:spacing w:before="0" w:beforeAutospacing="0" w:after="0" w:afterAutospacing="0"/>
              <w:ind w:left="15"/>
              <w:jc w:val="center"/>
              <w:rPr>
                <w:rFonts w:asciiTheme="minorHAnsi" w:hAnsiTheme="minorHAnsi"/>
                <w:b w:val="0"/>
                <w:sz w:val="22"/>
                <w:szCs w:val="22"/>
              </w:rPr>
            </w:pPr>
            <w:r w:rsidRPr="00ED3C9E">
              <w:rPr>
                <w:rStyle w:val="Gl"/>
                <w:rFonts w:asciiTheme="minorHAnsi" w:hAnsiTheme="minorHAnsi"/>
                <w:b/>
                <w:sz w:val="22"/>
                <w:szCs w:val="22"/>
              </w:rPr>
              <w:t>ADI- SOYADI</w:t>
            </w:r>
          </w:p>
        </w:tc>
        <w:tc>
          <w:tcPr>
            <w:tcW w:w="1826" w:type="dxa"/>
            <w:tcBorders>
              <w:top w:val="single" w:sz="4" w:space="0" w:color="auto"/>
              <w:left w:val="nil"/>
              <w:bottom w:val="single" w:sz="6" w:space="0" w:color="000000"/>
              <w:right w:val="single" w:sz="6" w:space="0" w:color="000000"/>
            </w:tcBorders>
            <w:vAlign w:val="center"/>
            <w:hideMark/>
          </w:tcPr>
          <w:p w14:paraId="7837DDCE" w14:textId="77777777" w:rsidR="001E67D3" w:rsidRPr="00ED3C9E" w:rsidRDefault="001E67D3" w:rsidP="00404A95">
            <w:pPr>
              <w:pStyle w:val="NormalWeb"/>
              <w:spacing w:before="0" w:beforeAutospacing="0" w:after="0" w:afterAutospacing="0"/>
              <w:ind w:left="15"/>
              <w:jc w:val="center"/>
              <w:rPr>
                <w:rFonts w:asciiTheme="minorHAnsi" w:hAnsiTheme="minorHAnsi"/>
                <w:b w:val="0"/>
                <w:sz w:val="22"/>
                <w:szCs w:val="22"/>
              </w:rPr>
            </w:pPr>
            <w:r w:rsidRPr="00ED3C9E">
              <w:rPr>
                <w:rStyle w:val="Gl"/>
                <w:rFonts w:asciiTheme="minorHAnsi" w:hAnsiTheme="minorHAnsi"/>
                <w:b/>
                <w:sz w:val="22"/>
                <w:szCs w:val="22"/>
              </w:rPr>
              <w:t>GÖREVİ</w:t>
            </w:r>
          </w:p>
        </w:tc>
      </w:tr>
      <w:tr w:rsidR="001E67D3" w:rsidRPr="002F4A7E" w14:paraId="31DE98AE" w14:textId="77777777" w:rsidTr="00404A95">
        <w:trPr>
          <w:trHeight w:val="227"/>
        </w:trPr>
        <w:tc>
          <w:tcPr>
            <w:tcW w:w="2707" w:type="dxa"/>
            <w:vMerge w:val="restart"/>
            <w:tcBorders>
              <w:top w:val="nil"/>
              <w:left w:val="single" w:sz="6" w:space="0" w:color="000000"/>
              <w:bottom w:val="single" w:sz="6" w:space="0" w:color="000000"/>
              <w:right w:val="single" w:sz="6" w:space="0" w:color="000000"/>
            </w:tcBorders>
            <w:vAlign w:val="center"/>
            <w:hideMark/>
          </w:tcPr>
          <w:p w14:paraId="2F1C8C2C" w14:textId="33D674BB" w:rsidR="001E67D3" w:rsidRPr="002F4A7E" w:rsidRDefault="001E67D3" w:rsidP="00404A95">
            <w:pPr>
              <w:pStyle w:val="NormalWeb"/>
              <w:spacing w:before="0" w:beforeAutospacing="0" w:after="0" w:afterAutospacing="0"/>
              <w:ind w:left="0"/>
              <w:rPr>
                <w:rFonts w:asciiTheme="minorHAnsi" w:hAnsiTheme="minorHAnsi"/>
                <w:sz w:val="22"/>
                <w:szCs w:val="22"/>
              </w:rPr>
            </w:pPr>
            <w:r w:rsidRPr="002F4A7E">
              <w:rPr>
                <w:rStyle w:val="Gl"/>
                <w:rFonts w:asciiTheme="minorHAnsi" w:hAnsiTheme="minorHAnsi"/>
                <w:sz w:val="22"/>
                <w:szCs w:val="22"/>
              </w:rPr>
              <w:t>Otel, Lokanta ve İkram Hizmetleri Bölümü</w:t>
            </w:r>
          </w:p>
        </w:tc>
        <w:tc>
          <w:tcPr>
            <w:tcW w:w="4111" w:type="dxa"/>
            <w:tcBorders>
              <w:top w:val="nil"/>
              <w:left w:val="nil"/>
              <w:bottom w:val="single" w:sz="6" w:space="0" w:color="000000"/>
              <w:right w:val="single" w:sz="6" w:space="0" w:color="000000"/>
            </w:tcBorders>
            <w:vAlign w:val="center"/>
            <w:hideMark/>
          </w:tcPr>
          <w:p w14:paraId="753A310C" w14:textId="77777777" w:rsidR="001E67D3" w:rsidRPr="00045455" w:rsidRDefault="001E67D3" w:rsidP="00404A95">
            <w:pPr>
              <w:pStyle w:val="NormalWeb"/>
              <w:spacing w:before="0" w:beforeAutospacing="0" w:after="0" w:afterAutospacing="0"/>
              <w:ind w:left="15"/>
              <w:rPr>
                <w:rFonts w:asciiTheme="minorHAnsi" w:hAnsiTheme="minorHAnsi"/>
                <w:b w:val="0"/>
                <w:sz w:val="22"/>
                <w:szCs w:val="22"/>
              </w:rPr>
            </w:pPr>
            <w:r w:rsidRPr="00045455">
              <w:rPr>
                <w:rFonts w:asciiTheme="minorHAnsi" w:hAnsiTheme="minorHAnsi"/>
                <w:b w:val="0"/>
                <w:sz w:val="22"/>
                <w:szCs w:val="22"/>
              </w:rPr>
              <w:t>Dr. Öğr. Üyesi Harun Reşit GÜNDOĞAN</w:t>
            </w:r>
          </w:p>
        </w:tc>
        <w:tc>
          <w:tcPr>
            <w:tcW w:w="1826" w:type="dxa"/>
            <w:tcBorders>
              <w:top w:val="nil"/>
              <w:left w:val="nil"/>
              <w:bottom w:val="single" w:sz="6" w:space="0" w:color="000000"/>
              <w:right w:val="single" w:sz="6" w:space="0" w:color="000000"/>
            </w:tcBorders>
            <w:vAlign w:val="center"/>
            <w:hideMark/>
          </w:tcPr>
          <w:p w14:paraId="54789AFC" w14:textId="77777777" w:rsidR="001E67D3" w:rsidRPr="002F4A7E" w:rsidRDefault="001E67D3" w:rsidP="00404A95">
            <w:pPr>
              <w:pStyle w:val="NormalWeb"/>
              <w:spacing w:before="0" w:beforeAutospacing="0" w:after="0" w:afterAutospacing="0"/>
              <w:ind w:left="15"/>
              <w:jc w:val="center"/>
              <w:rPr>
                <w:rFonts w:asciiTheme="minorHAnsi" w:hAnsiTheme="minorHAnsi"/>
                <w:sz w:val="22"/>
                <w:szCs w:val="22"/>
              </w:rPr>
            </w:pPr>
            <w:r w:rsidRPr="002F4A7E">
              <w:rPr>
                <w:rStyle w:val="Gl"/>
                <w:rFonts w:asciiTheme="minorHAnsi" w:hAnsiTheme="minorHAnsi"/>
                <w:sz w:val="22"/>
                <w:szCs w:val="22"/>
              </w:rPr>
              <w:t>Komisyon Başkanı</w:t>
            </w:r>
          </w:p>
        </w:tc>
      </w:tr>
      <w:tr w:rsidR="001E67D3" w:rsidRPr="002F4A7E" w14:paraId="7E808546" w14:textId="77777777" w:rsidTr="00404A95">
        <w:trPr>
          <w:trHeight w:val="227"/>
        </w:trPr>
        <w:tc>
          <w:tcPr>
            <w:tcW w:w="2707" w:type="dxa"/>
            <w:vMerge/>
            <w:tcBorders>
              <w:top w:val="nil"/>
              <w:left w:val="single" w:sz="6" w:space="0" w:color="000000"/>
              <w:bottom w:val="single" w:sz="6" w:space="0" w:color="000000"/>
              <w:right w:val="single" w:sz="6" w:space="0" w:color="000000"/>
            </w:tcBorders>
            <w:vAlign w:val="center"/>
            <w:hideMark/>
          </w:tcPr>
          <w:p w14:paraId="43940A9A" w14:textId="77777777" w:rsidR="001E67D3" w:rsidRPr="002F4A7E" w:rsidRDefault="001E67D3" w:rsidP="00404A95">
            <w:pPr>
              <w:spacing w:after="0" w:line="240" w:lineRule="auto"/>
            </w:pPr>
          </w:p>
        </w:tc>
        <w:tc>
          <w:tcPr>
            <w:tcW w:w="4111" w:type="dxa"/>
            <w:tcBorders>
              <w:top w:val="nil"/>
              <w:left w:val="nil"/>
              <w:bottom w:val="single" w:sz="6" w:space="0" w:color="000000"/>
              <w:right w:val="single" w:sz="6" w:space="0" w:color="000000"/>
            </w:tcBorders>
            <w:vAlign w:val="center"/>
            <w:hideMark/>
          </w:tcPr>
          <w:p w14:paraId="2167830C" w14:textId="77777777" w:rsidR="001E67D3" w:rsidRPr="00045455" w:rsidRDefault="001E67D3" w:rsidP="00404A95">
            <w:pPr>
              <w:pStyle w:val="NormalWeb"/>
              <w:spacing w:before="0" w:beforeAutospacing="0" w:after="0" w:afterAutospacing="0"/>
              <w:ind w:left="15"/>
              <w:rPr>
                <w:rFonts w:asciiTheme="minorHAnsi" w:hAnsiTheme="minorHAnsi"/>
                <w:b w:val="0"/>
                <w:sz w:val="22"/>
                <w:szCs w:val="22"/>
              </w:rPr>
            </w:pPr>
            <w:r w:rsidRPr="00045455">
              <w:rPr>
                <w:rFonts w:asciiTheme="minorHAnsi" w:hAnsiTheme="minorHAnsi"/>
                <w:b w:val="0"/>
                <w:sz w:val="22"/>
                <w:szCs w:val="22"/>
              </w:rPr>
              <w:t>Öğr. Gör. Ünalcan KUTAL</w:t>
            </w:r>
          </w:p>
        </w:tc>
        <w:tc>
          <w:tcPr>
            <w:tcW w:w="1826" w:type="dxa"/>
            <w:tcBorders>
              <w:top w:val="nil"/>
              <w:left w:val="nil"/>
              <w:bottom w:val="single" w:sz="6" w:space="0" w:color="000000"/>
              <w:right w:val="single" w:sz="6" w:space="0" w:color="000000"/>
            </w:tcBorders>
            <w:vAlign w:val="center"/>
            <w:hideMark/>
          </w:tcPr>
          <w:p w14:paraId="1B1B39AE" w14:textId="77777777" w:rsidR="001E67D3" w:rsidRPr="00020844" w:rsidRDefault="001E67D3" w:rsidP="00404A95">
            <w:pPr>
              <w:pStyle w:val="NormalWeb"/>
              <w:spacing w:before="0" w:beforeAutospacing="0" w:after="0" w:afterAutospacing="0"/>
              <w:ind w:left="15"/>
              <w:jc w:val="center"/>
              <w:rPr>
                <w:rFonts w:asciiTheme="minorHAnsi" w:hAnsiTheme="minorHAnsi"/>
                <w:b w:val="0"/>
                <w:sz w:val="22"/>
                <w:szCs w:val="22"/>
              </w:rPr>
            </w:pPr>
            <w:r w:rsidRPr="00020844">
              <w:rPr>
                <w:rFonts w:asciiTheme="minorHAnsi" w:hAnsiTheme="minorHAnsi"/>
                <w:b w:val="0"/>
                <w:sz w:val="22"/>
                <w:szCs w:val="22"/>
              </w:rPr>
              <w:t>Üye</w:t>
            </w:r>
          </w:p>
        </w:tc>
      </w:tr>
      <w:tr w:rsidR="001E67D3" w:rsidRPr="002F4A7E" w14:paraId="13F59C67" w14:textId="77777777" w:rsidTr="00404A95">
        <w:trPr>
          <w:trHeight w:val="227"/>
        </w:trPr>
        <w:tc>
          <w:tcPr>
            <w:tcW w:w="2707" w:type="dxa"/>
            <w:vMerge/>
            <w:tcBorders>
              <w:top w:val="nil"/>
              <w:left w:val="single" w:sz="6" w:space="0" w:color="000000"/>
              <w:bottom w:val="single" w:sz="6" w:space="0" w:color="000000"/>
              <w:right w:val="single" w:sz="6" w:space="0" w:color="000000"/>
            </w:tcBorders>
            <w:vAlign w:val="center"/>
            <w:hideMark/>
          </w:tcPr>
          <w:p w14:paraId="2385D00F" w14:textId="77777777" w:rsidR="001E67D3" w:rsidRPr="002F4A7E" w:rsidRDefault="001E67D3" w:rsidP="00404A95">
            <w:pPr>
              <w:spacing w:after="0" w:line="240" w:lineRule="auto"/>
            </w:pPr>
          </w:p>
        </w:tc>
        <w:tc>
          <w:tcPr>
            <w:tcW w:w="4111" w:type="dxa"/>
            <w:tcBorders>
              <w:top w:val="nil"/>
              <w:left w:val="nil"/>
              <w:bottom w:val="single" w:sz="6" w:space="0" w:color="000000"/>
              <w:right w:val="single" w:sz="6" w:space="0" w:color="000000"/>
            </w:tcBorders>
            <w:vAlign w:val="center"/>
            <w:hideMark/>
          </w:tcPr>
          <w:p w14:paraId="5F8B8C37" w14:textId="77777777" w:rsidR="001E67D3" w:rsidRPr="00045455" w:rsidRDefault="001E67D3" w:rsidP="00404A95">
            <w:pPr>
              <w:pStyle w:val="NormalWeb"/>
              <w:spacing w:before="0" w:beforeAutospacing="0" w:after="0" w:afterAutospacing="0"/>
              <w:ind w:left="15"/>
              <w:rPr>
                <w:rFonts w:asciiTheme="minorHAnsi" w:hAnsiTheme="minorHAnsi"/>
                <w:b w:val="0"/>
                <w:sz w:val="22"/>
                <w:szCs w:val="22"/>
              </w:rPr>
            </w:pPr>
            <w:r w:rsidRPr="00045455">
              <w:rPr>
                <w:rFonts w:asciiTheme="minorHAnsi" w:hAnsiTheme="minorHAnsi"/>
                <w:b w:val="0"/>
                <w:sz w:val="22"/>
                <w:szCs w:val="22"/>
              </w:rPr>
              <w:t>Öğr. Gör. Taha ŞEYHANOĞULLARI</w:t>
            </w:r>
          </w:p>
        </w:tc>
        <w:tc>
          <w:tcPr>
            <w:tcW w:w="1826" w:type="dxa"/>
            <w:tcBorders>
              <w:top w:val="nil"/>
              <w:left w:val="nil"/>
              <w:bottom w:val="single" w:sz="6" w:space="0" w:color="000000"/>
              <w:right w:val="single" w:sz="6" w:space="0" w:color="000000"/>
            </w:tcBorders>
            <w:vAlign w:val="center"/>
            <w:hideMark/>
          </w:tcPr>
          <w:p w14:paraId="078EFFBD" w14:textId="77777777" w:rsidR="001E67D3" w:rsidRPr="00020844" w:rsidRDefault="001E67D3" w:rsidP="00404A95">
            <w:pPr>
              <w:pStyle w:val="NormalWeb"/>
              <w:spacing w:before="0" w:beforeAutospacing="0" w:after="0" w:afterAutospacing="0"/>
              <w:ind w:left="15"/>
              <w:jc w:val="center"/>
              <w:rPr>
                <w:rFonts w:asciiTheme="minorHAnsi" w:hAnsiTheme="minorHAnsi"/>
                <w:b w:val="0"/>
                <w:sz w:val="22"/>
                <w:szCs w:val="22"/>
              </w:rPr>
            </w:pPr>
            <w:r w:rsidRPr="00020844">
              <w:rPr>
                <w:rFonts w:asciiTheme="minorHAnsi" w:hAnsiTheme="minorHAnsi"/>
                <w:b w:val="0"/>
                <w:sz w:val="22"/>
                <w:szCs w:val="22"/>
              </w:rPr>
              <w:t>Üye</w:t>
            </w:r>
          </w:p>
        </w:tc>
      </w:tr>
      <w:tr w:rsidR="001E67D3" w:rsidRPr="002F4A7E" w14:paraId="04E0D051" w14:textId="77777777" w:rsidTr="00404A95">
        <w:trPr>
          <w:trHeight w:val="227"/>
        </w:trPr>
        <w:tc>
          <w:tcPr>
            <w:tcW w:w="2707" w:type="dxa"/>
            <w:vMerge w:val="restart"/>
            <w:tcBorders>
              <w:top w:val="nil"/>
              <w:left w:val="single" w:sz="6" w:space="0" w:color="000000"/>
              <w:bottom w:val="single" w:sz="6" w:space="0" w:color="000000"/>
              <w:right w:val="single" w:sz="6" w:space="0" w:color="000000"/>
            </w:tcBorders>
            <w:vAlign w:val="center"/>
            <w:hideMark/>
          </w:tcPr>
          <w:p w14:paraId="04EFDEF2" w14:textId="5ECFB85C" w:rsidR="001E67D3" w:rsidRPr="002F4A7E" w:rsidRDefault="001E67D3" w:rsidP="00404A95">
            <w:pPr>
              <w:pStyle w:val="NormalWeb"/>
              <w:spacing w:before="0" w:beforeAutospacing="0" w:after="0" w:afterAutospacing="0"/>
              <w:ind w:left="0"/>
              <w:rPr>
                <w:rFonts w:asciiTheme="minorHAnsi" w:hAnsiTheme="minorHAnsi"/>
                <w:sz w:val="22"/>
                <w:szCs w:val="22"/>
              </w:rPr>
            </w:pPr>
            <w:r w:rsidRPr="002F4A7E">
              <w:rPr>
                <w:rStyle w:val="Gl"/>
                <w:rFonts w:asciiTheme="minorHAnsi" w:hAnsiTheme="minorHAnsi"/>
                <w:sz w:val="22"/>
                <w:szCs w:val="22"/>
              </w:rPr>
              <w:t>Seyahat, Turizm ve Eğlence Hizmetleri Bölümü</w:t>
            </w:r>
          </w:p>
        </w:tc>
        <w:tc>
          <w:tcPr>
            <w:tcW w:w="4111" w:type="dxa"/>
            <w:tcBorders>
              <w:top w:val="nil"/>
              <w:left w:val="nil"/>
              <w:bottom w:val="single" w:sz="6" w:space="0" w:color="000000"/>
              <w:right w:val="single" w:sz="6" w:space="0" w:color="000000"/>
            </w:tcBorders>
            <w:vAlign w:val="center"/>
            <w:hideMark/>
          </w:tcPr>
          <w:p w14:paraId="01489ED1" w14:textId="77777777" w:rsidR="001E67D3" w:rsidRPr="00045455" w:rsidRDefault="001E67D3" w:rsidP="00404A95">
            <w:pPr>
              <w:pStyle w:val="NormalWeb"/>
              <w:spacing w:before="0" w:beforeAutospacing="0" w:after="0" w:afterAutospacing="0"/>
              <w:ind w:left="15"/>
              <w:rPr>
                <w:rFonts w:asciiTheme="minorHAnsi" w:hAnsiTheme="minorHAnsi"/>
                <w:b w:val="0"/>
                <w:sz w:val="22"/>
                <w:szCs w:val="22"/>
              </w:rPr>
            </w:pPr>
            <w:r w:rsidRPr="00045455">
              <w:rPr>
                <w:rFonts w:asciiTheme="minorHAnsi" w:hAnsiTheme="minorHAnsi"/>
                <w:b w:val="0"/>
                <w:sz w:val="22"/>
                <w:szCs w:val="22"/>
              </w:rPr>
              <w:t>Dr. Öğr. Üyesi Ahmet Emre DERİNKÖK</w:t>
            </w:r>
          </w:p>
        </w:tc>
        <w:tc>
          <w:tcPr>
            <w:tcW w:w="1826" w:type="dxa"/>
            <w:tcBorders>
              <w:top w:val="nil"/>
              <w:left w:val="nil"/>
              <w:bottom w:val="single" w:sz="6" w:space="0" w:color="000000"/>
              <w:right w:val="single" w:sz="6" w:space="0" w:color="000000"/>
            </w:tcBorders>
            <w:vAlign w:val="center"/>
            <w:hideMark/>
          </w:tcPr>
          <w:p w14:paraId="5A01748B" w14:textId="77777777" w:rsidR="001E67D3" w:rsidRPr="00020844" w:rsidRDefault="001E67D3" w:rsidP="00404A95">
            <w:pPr>
              <w:pStyle w:val="NormalWeb"/>
              <w:spacing w:before="0" w:beforeAutospacing="0" w:after="0" w:afterAutospacing="0"/>
              <w:ind w:left="15"/>
              <w:jc w:val="center"/>
              <w:rPr>
                <w:rFonts w:asciiTheme="minorHAnsi" w:hAnsiTheme="minorHAnsi"/>
                <w:sz w:val="22"/>
                <w:szCs w:val="22"/>
              </w:rPr>
            </w:pPr>
            <w:r w:rsidRPr="00020844">
              <w:rPr>
                <w:rStyle w:val="Gl"/>
                <w:rFonts w:asciiTheme="minorHAnsi" w:hAnsiTheme="minorHAnsi"/>
                <w:sz w:val="22"/>
                <w:szCs w:val="22"/>
              </w:rPr>
              <w:t>Komisyon Başkanı</w:t>
            </w:r>
          </w:p>
        </w:tc>
      </w:tr>
      <w:tr w:rsidR="001E67D3" w:rsidRPr="002F4A7E" w14:paraId="5BE5D8F8" w14:textId="77777777" w:rsidTr="00404A95">
        <w:trPr>
          <w:trHeight w:val="227"/>
        </w:trPr>
        <w:tc>
          <w:tcPr>
            <w:tcW w:w="2707" w:type="dxa"/>
            <w:vMerge/>
            <w:tcBorders>
              <w:top w:val="nil"/>
              <w:left w:val="single" w:sz="6" w:space="0" w:color="000000"/>
              <w:bottom w:val="single" w:sz="6" w:space="0" w:color="000000"/>
              <w:right w:val="single" w:sz="6" w:space="0" w:color="000000"/>
            </w:tcBorders>
            <w:vAlign w:val="center"/>
            <w:hideMark/>
          </w:tcPr>
          <w:p w14:paraId="3FA46DDF" w14:textId="77777777" w:rsidR="001E67D3" w:rsidRPr="002F4A7E" w:rsidRDefault="001E67D3" w:rsidP="00404A95">
            <w:pPr>
              <w:spacing w:after="0" w:line="240" w:lineRule="auto"/>
            </w:pPr>
          </w:p>
        </w:tc>
        <w:tc>
          <w:tcPr>
            <w:tcW w:w="4111" w:type="dxa"/>
            <w:tcBorders>
              <w:top w:val="nil"/>
              <w:left w:val="nil"/>
              <w:bottom w:val="single" w:sz="6" w:space="0" w:color="000000"/>
              <w:right w:val="single" w:sz="6" w:space="0" w:color="000000"/>
            </w:tcBorders>
            <w:vAlign w:val="center"/>
            <w:hideMark/>
          </w:tcPr>
          <w:p w14:paraId="2217D191" w14:textId="77777777" w:rsidR="001E67D3" w:rsidRPr="00045455" w:rsidRDefault="001E67D3" w:rsidP="00404A95">
            <w:pPr>
              <w:pStyle w:val="NormalWeb"/>
              <w:spacing w:before="0" w:beforeAutospacing="0" w:after="0" w:afterAutospacing="0"/>
              <w:ind w:left="15"/>
              <w:rPr>
                <w:rFonts w:asciiTheme="minorHAnsi" w:hAnsiTheme="minorHAnsi"/>
                <w:b w:val="0"/>
                <w:sz w:val="22"/>
                <w:szCs w:val="22"/>
              </w:rPr>
            </w:pPr>
            <w:r w:rsidRPr="00045455">
              <w:rPr>
                <w:rFonts w:asciiTheme="minorHAnsi" w:hAnsiTheme="minorHAnsi"/>
                <w:b w:val="0"/>
                <w:sz w:val="22"/>
                <w:szCs w:val="22"/>
              </w:rPr>
              <w:t>Öğr. Gör. Ezel ERSÖZ</w:t>
            </w:r>
          </w:p>
        </w:tc>
        <w:tc>
          <w:tcPr>
            <w:tcW w:w="1826" w:type="dxa"/>
            <w:tcBorders>
              <w:top w:val="nil"/>
              <w:left w:val="nil"/>
              <w:bottom w:val="single" w:sz="6" w:space="0" w:color="000000"/>
              <w:right w:val="single" w:sz="6" w:space="0" w:color="000000"/>
            </w:tcBorders>
            <w:vAlign w:val="center"/>
            <w:hideMark/>
          </w:tcPr>
          <w:p w14:paraId="06CF5B15" w14:textId="77777777" w:rsidR="001E67D3" w:rsidRPr="00020844" w:rsidRDefault="001E67D3" w:rsidP="00404A95">
            <w:pPr>
              <w:pStyle w:val="NormalWeb"/>
              <w:spacing w:before="0" w:beforeAutospacing="0" w:after="0" w:afterAutospacing="0"/>
              <w:ind w:left="15"/>
              <w:jc w:val="center"/>
              <w:rPr>
                <w:rFonts w:asciiTheme="minorHAnsi" w:hAnsiTheme="minorHAnsi"/>
                <w:b w:val="0"/>
                <w:sz w:val="22"/>
                <w:szCs w:val="22"/>
              </w:rPr>
            </w:pPr>
            <w:r w:rsidRPr="00020844">
              <w:rPr>
                <w:rFonts w:asciiTheme="minorHAnsi" w:hAnsiTheme="minorHAnsi"/>
                <w:b w:val="0"/>
                <w:sz w:val="22"/>
                <w:szCs w:val="22"/>
              </w:rPr>
              <w:t>Üye</w:t>
            </w:r>
          </w:p>
        </w:tc>
      </w:tr>
      <w:tr w:rsidR="001E67D3" w:rsidRPr="002F4A7E" w14:paraId="055FB935" w14:textId="77777777" w:rsidTr="00404A95">
        <w:trPr>
          <w:trHeight w:val="227"/>
        </w:trPr>
        <w:tc>
          <w:tcPr>
            <w:tcW w:w="2707" w:type="dxa"/>
            <w:vMerge/>
            <w:tcBorders>
              <w:top w:val="nil"/>
              <w:left w:val="single" w:sz="6" w:space="0" w:color="000000"/>
              <w:bottom w:val="single" w:sz="6" w:space="0" w:color="000000"/>
              <w:right w:val="single" w:sz="6" w:space="0" w:color="000000"/>
            </w:tcBorders>
            <w:vAlign w:val="center"/>
            <w:hideMark/>
          </w:tcPr>
          <w:p w14:paraId="1BC17F9B" w14:textId="77777777" w:rsidR="001E67D3" w:rsidRPr="002F4A7E" w:rsidRDefault="001E67D3" w:rsidP="00404A95">
            <w:pPr>
              <w:spacing w:after="0" w:line="240" w:lineRule="auto"/>
            </w:pPr>
          </w:p>
        </w:tc>
        <w:tc>
          <w:tcPr>
            <w:tcW w:w="4111" w:type="dxa"/>
            <w:tcBorders>
              <w:top w:val="nil"/>
              <w:left w:val="nil"/>
              <w:bottom w:val="single" w:sz="6" w:space="0" w:color="000000"/>
              <w:right w:val="single" w:sz="6" w:space="0" w:color="000000"/>
            </w:tcBorders>
            <w:vAlign w:val="center"/>
            <w:hideMark/>
          </w:tcPr>
          <w:p w14:paraId="69492B28" w14:textId="77777777" w:rsidR="001E67D3" w:rsidRPr="00045455" w:rsidRDefault="001E67D3" w:rsidP="00404A95">
            <w:pPr>
              <w:pStyle w:val="NormalWeb"/>
              <w:spacing w:before="0" w:beforeAutospacing="0" w:after="0" w:afterAutospacing="0"/>
              <w:ind w:left="15" w:right="15"/>
              <w:rPr>
                <w:rFonts w:asciiTheme="minorHAnsi" w:hAnsiTheme="minorHAnsi"/>
                <w:b w:val="0"/>
                <w:sz w:val="22"/>
                <w:szCs w:val="22"/>
              </w:rPr>
            </w:pPr>
            <w:r w:rsidRPr="00045455">
              <w:rPr>
                <w:rFonts w:asciiTheme="minorHAnsi" w:hAnsiTheme="minorHAnsi"/>
                <w:b w:val="0"/>
                <w:sz w:val="22"/>
                <w:szCs w:val="22"/>
              </w:rPr>
              <w:t>Öğr. Gör. Bahadır GÜLTEKİN</w:t>
            </w:r>
          </w:p>
        </w:tc>
        <w:tc>
          <w:tcPr>
            <w:tcW w:w="1826" w:type="dxa"/>
            <w:tcBorders>
              <w:top w:val="nil"/>
              <w:left w:val="nil"/>
              <w:bottom w:val="single" w:sz="6" w:space="0" w:color="000000"/>
              <w:right w:val="single" w:sz="6" w:space="0" w:color="000000"/>
            </w:tcBorders>
            <w:vAlign w:val="center"/>
            <w:hideMark/>
          </w:tcPr>
          <w:p w14:paraId="3709932B" w14:textId="77777777" w:rsidR="001E67D3" w:rsidRPr="00020844" w:rsidRDefault="001E67D3" w:rsidP="00404A95">
            <w:pPr>
              <w:pStyle w:val="NormalWeb"/>
              <w:spacing w:before="0" w:beforeAutospacing="0" w:after="0" w:afterAutospacing="0"/>
              <w:ind w:left="15"/>
              <w:jc w:val="center"/>
              <w:rPr>
                <w:rFonts w:asciiTheme="minorHAnsi" w:hAnsiTheme="minorHAnsi"/>
                <w:b w:val="0"/>
                <w:sz w:val="22"/>
                <w:szCs w:val="22"/>
              </w:rPr>
            </w:pPr>
            <w:r w:rsidRPr="00020844">
              <w:rPr>
                <w:rFonts w:asciiTheme="minorHAnsi" w:hAnsiTheme="minorHAnsi"/>
                <w:b w:val="0"/>
                <w:sz w:val="22"/>
                <w:szCs w:val="22"/>
              </w:rPr>
              <w:t>Üye</w:t>
            </w:r>
          </w:p>
        </w:tc>
      </w:tr>
    </w:tbl>
    <w:p w14:paraId="4450DEE6"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631" w:type="dxa"/>
        <w:tblInd w:w="150" w:type="dxa"/>
        <w:tblCellMar>
          <w:left w:w="0" w:type="dxa"/>
          <w:right w:w="0" w:type="dxa"/>
        </w:tblCellMar>
        <w:tblLook w:val="04A0" w:firstRow="1" w:lastRow="0" w:firstColumn="1" w:lastColumn="0" w:noHBand="0" w:noVBand="1"/>
      </w:tblPr>
      <w:tblGrid>
        <w:gridCol w:w="4378"/>
        <w:gridCol w:w="4253"/>
      </w:tblGrid>
      <w:tr w:rsidR="001E67D3" w:rsidRPr="002F4A7E" w14:paraId="7C8E1A27" w14:textId="77777777" w:rsidTr="00A20EB1">
        <w:trPr>
          <w:trHeight w:val="20"/>
        </w:trPr>
        <w:tc>
          <w:tcPr>
            <w:tcW w:w="8631"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6D8403AE" w14:textId="77777777" w:rsidR="001E67D3" w:rsidRPr="00A20EB1" w:rsidRDefault="001E67D3" w:rsidP="00A20EB1">
            <w:pPr>
              <w:pStyle w:val="NormalWeb"/>
              <w:spacing w:before="0" w:beforeAutospacing="0" w:after="0" w:afterAutospacing="0"/>
              <w:ind w:left="15"/>
              <w:jc w:val="center"/>
              <w:rPr>
                <w:rFonts w:asciiTheme="minorHAnsi" w:hAnsiTheme="minorHAnsi"/>
                <w:b w:val="0"/>
                <w:sz w:val="22"/>
                <w:szCs w:val="22"/>
              </w:rPr>
            </w:pPr>
            <w:r w:rsidRPr="00A20EB1">
              <w:rPr>
                <w:rStyle w:val="Gl"/>
                <w:rFonts w:asciiTheme="minorHAnsi" w:hAnsiTheme="minorHAnsi"/>
                <w:b/>
                <w:sz w:val="22"/>
                <w:szCs w:val="22"/>
              </w:rPr>
              <w:t>BİRİM AKREDİTASYON KURULU</w:t>
            </w:r>
          </w:p>
        </w:tc>
      </w:tr>
      <w:tr w:rsidR="001E67D3" w:rsidRPr="002F4A7E" w14:paraId="54549765" w14:textId="77777777" w:rsidTr="00A20EB1">
        <w:trPr>
          <w:trHeight w:val="20"/>
        </w:trPr>
        <w:tc>
          <w:tcPr>
            <w:tcW w:w="4378" w:type="dxa"/>
            <w:tcBorders>
              <w:top w:val="nil"/>
              <w:left w:val="double" w:sz="2" w:space="0" w:color="000000"/>
              <w:bottom w:val="single" w:sz="6" w:space="0" w:color="000000"/>
              <w:right w:val="single" w:sz="6" w:space="0" w:color="000000"/>
            </w:tcBorders>
            <w:hideMark/>
          </w:tcPr>
          <w:p w14:paraId="728E3264" w14:textId="77777777" w:rsidR="001E67D3" w:rsidRPr="00A20EB1" w:rsidRDefault="001E67D3" w:rsidP="00A20EB1">
            <w:pPr>
              <w:pStyle w:val="NormalWeb"/>
              <w:spacing w:before="0" w:beforeAutospacing="0" w:after="0" w:afterAutospacing="0"/>
              <w:ind w:left="15"/>
              <w:jc w:val="center"/>
              <w:rPr>
                <w:rFonts w:asciiTheme="minorHAnsi" w:hAnsiTheme="minorHAnsi"/>
                <w:b w:val="0"/>
                <w:sz w:val="22"/>
                <w:szCs w:val="22"/>
              </w:rPr>
            </w:pPr>
            <w:r w:rsidRPr="00A20EB1">
              <w:rPr>
                <w:rStyle w:val="Gl"/>
                <w:rFonts w:asciiTheme="minorHAnsi" w:hAnsiTheme="minorHAnsi"/>
                <w:b/>
                <w:sz w:val="22"/>
                <w:szCs w:val="22"/>
              </w:rPr>
              <w:t>ADI SOYADI</w:t>
            </w:r>
          </w:p>
        </w:tc>
        <w:tc>
          <w:tcPr>
            <w:tcW w:w="4253" w:type="dxa"/>
            <w:tcBorders>
              <w:top w:val="nil"/>
              <w:left w:val="nil"/>
              <w:bottom w:val="single" w:sz="6" w:space="0" w:color="000000"/>
              <w:right w:val="single" w:sz="6" w:space="0" w:color="000000"/>
            </w:tcBorders>
            <w:vAlign w:val="center"/>
            <w:hideMark/>
          </w:tcPr>
          <w:p w14:paraId="543019A4" w14:textId="77777777" w:rsidR="001E67D3" w:rsidRPr="00A20EB1" w:rsidRDefault="001E67D3" w:rsidP="00A20EB1">
            <w:pPr>
              <w:pStyle w:val="NormalWeb"/>
              <w:spacing w:before="0" w:beforeAutospacing="0" w:after="0" w:afterAutospacing="0"/>
              <w:ind w:left="30"/>
              <w:jc w:val="center"/>
              <w:rPr>
                <w:rFonts w:asciiTheme="minorHAnsi" w:hAnsiTheme="minorHAnsi"/>
                <w:b w:val="0"/>
                <w:sz w:val="22"/>
                <w:szCs w:val="22"/>
              </w:rPr>
            </w:pPr>
            <w:r w:rsidRPr="00A20EB1">
              <w:rPr>
                <w:rStyle w:val="Gl"/>
                <w:rFonts w:asciiTheme="minorHAnsi" w:hAnsiTheme="minorHAnsi"/>
                <w:b/>
                <w:sz w:val="22"/>
                <w:szCs w:val="22"/>
              </w:rPr>
              <w:t>GÖREVİ</w:t>
            </w:r>
          </w:p>
        </w:tc>
      </w:tr>
      <w:tr w:rsidR="001E67D3" w:rsidRPr="002F4A7E" w14:paraId="1F601878" w14:textId="77777777" w:rsidTr="00A20EB1">
        <w:trPr>
          <w:trHeight w:val="20"/>
        </w:trPr>
        <w:tc>
          <w:tcPr>
            <w:tcW w:w="4378" w:type="dxa"/>
            <w:tcBorders>
              <w:top w:val="nil"/>
              <w:left w:val="double" w:sz="2" w:space="0" w:color="000000"/>
              <w:bottom w:val="single" w:sz="6" w:space="0" w:color="000000"/>
              <w:right w:val="single" w:sz="6" w:space="0" w:color="000000"/>
            </w:tcBorders>
            <w:vAlign w:val="center"/>
            <w:hideMark/>
          </w:tcPr>
          <w:p w14:paraId="4C40F055" w14:textId="77777777" w:rsidR="001E67D3" w:rsidRPr="00F928ED" w:rsidRDefault="001E67D3" w:rsidP="00A20EB1">
            <w:pPr>
              <w:pStyle w:val="NormalWeb"/>
              <w:spacing w:before="0" w:beforeAutospacing="0" w:after="0" w:afterAutospacing="0"/>
              <w:ind w:left="15"/>
              <w:rPr>
                <w:rFonts w:asciiTheme="minorHAnsi" w:hAnsiTheme="minorHAnsi"/>
                <w:b w:val="0"/>
                <w:sz w:val="22"/>
                <w:szCs w:val="22"/>
              </w:rPr>
            </w:pPr>
            <w:r w:rsidRPr="00F928ED">
              <w:rPr>
                <w:rFonts w:asciiTheme="minorHAnsi" w:hAnsiTheme="minorHAnsi"/>
                <w:b w:val="0"/>
                <w:sz w:val="22"/>
                <w:szCs w:val="22"/>
              </w:rPr>
              <w:t>Dr. Öğr. Üyesi Arif YILDIZ</w:t>
            </w:r>
          </w:p>
        </w:tc>
        <w:tc>
          <w:tcPr>
            <w:tcW w:w="4253" w:type="dxa"/>
            <w:tcBorders>
              <w:top w:val="nil"/>
              <w:left w:val="nil"/>
              <w:bottom w:val="single" w:sz="6" w:space="0" w:color="000000"/>
              <w:right w:val="single" w:sz="6" w:space="0" w:color="000000"/>
            </w:tcBorders>
            <w:vAlign w:val="center"/>
            <w:hideMark/>
          </w:tcPr>
          <w:p w14:paraId="7250C345" w14:textId="77777777" w:rsidR="001E67D3" w:rsidRPr="00F928ED" w:rsidRDefault="001E67D3" w:rsidP="00A20EB1">
            <w:pPr>
              <w:pStyle w:val="NormalWeb"/>
              <w:spacing w:before="0" w:beforeAutospacing="0" w:after="0" w:afterAutospacing="0"/>
              <w:ind w:left="30"/>
              <w:jc w:val="center"/>
              <w:rPr>
                <w:rFonts w:asciiTheme="minorHAnsi" w:hAnsiTheme="minorHAnsi"/>
                <w:b w:val="0"/>
                <w:sz w:val="22"/>
                <w:szCs w:val="22"/>
              </w:rPr>
            </w:pPr>
            <w:r w:rsidRPr="00F928ED">
              <w:rPr>
                <w:rStyle w:val="Gl"/>
                <w:rFonts w:asciiTheme="minorHAnsi" w:hAnsiTheme="minorHAnsi"/>
                <w:sz w:val="22"/>
                <w:szCs w:val="22"/>
              </w:rPr>
              <w:t>Başkan</w:t>
            </w:r>
          </w:p>
        </w:tc>
      </w:tr>
      <w:tr w:rsidR="001E67D3" w:rsidRPr="002F4A7E" w14:paraId="3653DFF2" w14:textId="77777777" w:rsidTr="00A20EB1">
        <w:trPr>
          <w:trHeight w:val="20"/>
        </w:trPr>
        <w:tc>
          <w:tcPr>
            <w:tcW w:w="4378" w:type="dxa"/>
            <w:tcBorders>
              <w:top w:val="nil"/>
              <w:left w:val="double" w:sz="2" w:space="0" w:color="000000"/>
              <w:bottom w:val="single" w:sz="6" w:space="0" w:color="000000"/>
              <w:right w:val="single" w:sz="6" w:space="0" w:color="000000"/>
            </w:tcBorders>
            <w:vAlign w:val="center"/>
            <w:hideMark/>
          </w:tcPr>
          <w:p w14:paraId="4497645F" w14:textId="77777777" w:rsidR="001E67D3" w:rsidRPr="00F928ED" w:rsidRDefault="001E67D3" w:rsidP="00A20EB1">
            <w:pPr>
              <w:pStyle w:val="NormalWeb"/>
              <w:spacing w:before="0" w:beforeAutospacing="0" w:after="0" w:afterAutospacing="0"/>
              <w:ind w:left="15"/>
              <w:rPr>
                <w:rFonts w:asciiTheme="minorHAnsi" w:hAnsiTheme="minorHAnsi"/>
                <w:b w:val="0"/>
                <w:sz w:val="22"/>
                <w:szCs w:val="22"/>
              </w:rPr>
            </w:pPr>
            <w:r w:rsidRPr="00F928ED">
              <w:rPr>
                <w:rFonts w:asciiTheme="minorHAnsi" w:hAnsiTheme="minorHAnsi"/>
                <w:b w:val="0"/>
                <w:sz w:val="22"/>
                <w:szCs w:val="22"/>
              </w:rPr>
              <w:t>Dr. Öğr. Üyesi Harun Reşit GÜNDOĞAN</w:t>
            </w:r>
          </w:p>
        </w:tc>
        <w:tc>
          <w:tcPr>
            <w:tcW w:w="4253" w:type="dxa"/>
            <w:tcBorders>
              <w:top w:val="nil"/>
              <w:left w:val="nil"/>
              <w:bottom w:val="single" w:sz="6" w:space="0" w:color="000000"/>
              <w:right w:val="single" w:sz="6" w:space="0" w:color="000000"/>
            </w:tcBorders>
            <w:vAlign w:val="center"/>
            <w:hideMark/>
          </w:tcPr>
          <w:p w14:paraId="7EF273DD" w14:textId="77777777" w:rsidR="001E67D3" w:rsidRPr="00F928ED" w:rsidRDefault="001E67D3" w:rsidP="00A20EB1">
            <w:pPr>
              <w:pStyle w:val="NormalWeb"/>
              <w:spacing w:before="0" w:beforeAutospacing="0" w:after="0" w:afterAutospacing="0"/>
              <w:ind w:left="30"/>
              <w:jc w:val="center"/>
              <w:rPr>
                <w:rFonts w:asciiTheme="minorHAnsi" w:hAnsiTheme="minorHAnsi"/>
                <w:b w:val="0"/>
                <w:sz w:val="22"/>
                <w:szCs w:val="22"/>
              </w:rPr>
            </w:pPr>
            <w:r w:rsidRPr="00F928ED">
              <w:rPr>
                <w:rFonts w:asciiTheme="minorHAnsi" w:hAnsiTheme="minorHAnsi"/>
                <w:b w:val="0"/>
                <w:sz w:val="22"/>
                <w:szCs w:val="22"/>
              </w:rPr>
              <w:t>Üye</w:t>
            </w:r>
          </w:p>
        </w:tc>
      </w:tr>
      <w:tr w:rsidR="001E67D3" w:rsidRPr="002F4A7E" w14:paraId="6D5899ED" w14:textId="77777777" w:rsidTr="00A20EB1">
        <w:trPr>
          <w:trHeight w:val="20"/>
        </w:trPr>
        <w:tc>
          <w:tcPr>
            <w:tcW w:w="4378" w:type="dxa"/>
            <w:tcBorders>
              <w:top w:val="nil"/>
              <w:left w:val="double" w:sz="2" w:space="0" w:color="000000"/>
              <w:bottom w:val="single" w:sz="6" w:space="0" w:color="000000"/>
              <w:right w:val="single" w:sz="6" w:space="0" w:color="000000"/>
            </w:tcBorders>
            <w:vAlign w:val="center"/>
            <w:hideMark/>
          </w:tcPr>
          <w:p w14:paraId="4AC307BA" w14:textId="77777777" w:rsidR="001E67D3" w:rsidRPr="00F928ED" w:rsidRDefault="001E67D3" w:rsidP="00A20EB1">
            <w:pPr>
              <w:pStyle w:val="NormalWeb"/>
              <w:spacing w:before="0" w:beforeAutospacing="0" w:after="0" w:afterAutospacing="0"/>
              <w:ind w:left="15"/>
              <w:rPr>
                <w:rFonts w:asciiTheme="minorHAnsi" w:hAnsiTheme="minorHAnsi"/>
                <w:b w:val="0"/>
                <w:sz w:val="22"/>
                <w:szCs w:val="22"/>
              </w:rPr>
            </w:pPr>
            <w:r w:rsidRPr="00F928ED">
              <w:rPr>
                <w:rFonts w:asciiTheme="minorHAnsi" w:hAnsiTheme="minorHAnsi"/>
                <w:b w:val="0"/>
                <w:sz w:val="22"/>
                <w:szCs w:val="22"/>
              </w:rPr>
              <w:t>Dr. Öğr. Üyesi Ahmet Emre DERİNKÖK</w:t>
            </w:r>
          </w:p>
        </w:tc>
        <w:tc>
          <w:tcPr>
            <w:tcW w:w="4253" w:type="dxa"/>
            <w:tcBorders>
              <w:top w:val="nil"/>
              <w:left w:val="nil"/>
              <w:bottom w:val="single" w:sz="6" w:space="0" w:color="000000"/>
              <w:right w:val="single" w:sz="6" w:space="0" w:color="000000"/>
            </w:tcBorders>
            <w:vAlign w:val="center"/>
            <w:hideMark/>
          </w:tcPr>
          <w:p w14:paraId="370C48FB" w14:textId="77777777" w:rsidR="001E67D3" w:rsidRPr="00F928ED" w:rsidRDefault="001E67D3" w:rsidP="00A20EB1">
            <w:pPr>
              <w:pStyle w:val="NormalWeb"/>
              <w:spacing w:before="0" w:beforeAutospacing="0" w:after="0" w:afterAutospacing="0"/>
              <w:ind w:left="30"/>
              <w:jc w:val="center"/>
              <w:rPr>
                <w:rFonts w:asciiTheme="minorHAnsi" w:hAnsiTheme="minorHAnsi"/>
                <w:b w:val="0"/>
                <w:sz w:val="22"/>
                <w:szCs w:val="22"/>
              </w:rPr>
            </w:pPr>
            <w:r w:rsidRPr="00F928ED">
              <w:rPr>
                <w:rFonts w:asciiTheme="minorHAnsi" w:hAnsiTheme="minorHAnsi"/>
                <w:b w:val="0"/>
                <w:sz w:val="22"/>
                <w:szCs w:val="22"/>
              </w:rPr>
              <w:t>Üye</w:t>
            </w:r>
          </w:p>
        </w:tc>
      </w:tr>
      <w:tr w:rsidR="001E67D3" w:rsidRPr="002F4A7E" w14:paraId="2ED778BF" w14:textId="77777777" w:rsidTr="00A20EB1">
        <w:trPr>
          <w:trHeight w:val="20"/>
        </w:trPr>
        <w:tc>
          <w:tcPr>
            <w:tcW w:w="4378" w:type="dxa"/>
            <w:tcBorders>
              <w:top w:val="nil"/>
              <w:left w:val="double" w:sz="2" w:space="0" w:color="000000"/>
              <w:bottom w:val="single" w:sz="6" w:space="0" w:color="000000"/>
              <w:right w:val="single" w:sz="6" w:space="0" w:color="000000"/>
            </w:tcBorders>
            <w:vAlign w:val="center"/>
            <w:hideMark/>
          </w:tcPr>
          <w:p w14:paraId="7B1603A4" w14:textId="77777777" w:rsidR="001E67D3" w:rsidRPr="00F928ED" w:rsidRDefault="001E67D3" w:rsidP="00A20EB1">
            <w:pPr>
              <w:pStyle w:val="NormalWeb"/>
              <w:spacing w:before="0" w:beforeAutospacing="0" w:after="0" w:afterAutospacing="0"/>
              <w:ind w:left="15"/>
              <w:rPr>
                <w:rFonts w:asciiTheme="minorHAnsi" w:hAnsiTheme="minorHAnsi"/>
                <w:b w:val="0"/>
                <w:sz w:val="22"/>
                <w:szCs w:val="22"/>
              </w:rPr>
            </w:pPr>
            <w:r w:rsidRPr="00F928ED">
              <w:rPr>
                <w:rFonts w:asciiTheme="minorHAnsi" w:hAnsiTheme="minorHAnsi"/>
                <w:b w:val="0"/>
                <w:sz w:val="22"/>
                <w:szCs w:val="22"/>
              </w:rPr>
              <w:t>Öğr. Gör. Taha ŞEYHANOĞULLARI</w:t>
            </w:r>
          </w:p>
        </w:tc>
        <w:tc>
          <w:tcPr>
            <w:tcW w:w="4253" w:type="dxa"/>
            <w:tcBorders>
              <w:top w:val="nil"/>
              <w:left w:val="nil"/>
              <w:bottom w:val="single" w:sz="6" w:space="0" w:color="000000"/>
              <w:right w:val="single" w:sz="6" w:space="0" w:color="000000"/>
            </w:tcBorders>
            <w:vAlign w:val="center"/>
            <w:hideMark/>
          </w:tcPr>
          <w:p w14:paraId="1696B62C" w14:textId="77777777" w:rsidR="001E67D3" w:rsidRPr="00F928ED" w:rsidRDefault="001E67D3" w:rsidP="00A20EB1">
            <w:pPr>
              <w:pStyle w:val="NormalWeb"/>
              <w:spacing w:before="0" w:beforeAutospacing="0" w:after="0" w:afterAutospacing="0"/>
              <w:ind w:left="30" w:right="15"/>
              <w:jc w:val="center"/>
              <w:rPr>
                <w:rFonts w:asciiTheme="minorHAnsi" w:hAnsiTheme="minorHAnsi"/>
                <w:b w:val="0"/>
                <w:sz w:val="22"/>
                <w:szCs w:val="22"/>
              </w:rPr>
            </w:pPr>
            <w:r w:rsidRPr="00F928ED">
              <w:rPr>
                <w:rFonts w:asciiTheme="minorHAnsi" w:hAnsiTheme="minorHAnsi"/>
                <w:b w:val="0"/>
                <w:sz w:val="22"/>
                <w:szCs w:val="22"/>
              </w:rPr>
              <w:t>Üye</w:t>
            </w:r>
          </w:p>
        </w:tc>
      </w:tr>
      <w:tr w:rsidR="001E67D3" w:rsidRPr="002F4A7E" w14:paraId="1FD86445" w14:textId="77777777" w:rsidTr="00A20EB1">
        <w:trPr>
          <w:trHeight w:val="20"/>
        </w:trPr>
        <w:tc>
          <w:tcPr>
            <w:tcW w:w="4378" w:type="dxa"/>
            <w:tcBorders>
              <w:top w:val="nil"/>
              <w:left w:val="double" w:sz="2" w:space="0" w:color="000000"/>
              <w:bottom w:val="single" w:sz="6" w:space="0" w:color="000000"/>
              <w:right w:val="single" w:sz="6" w:space="0" w:color="000000"/>
            </w:tcBorders>
            <w:vAlign w:val="center"/>
            <w:hideMark/>
          </w:tcPr>
          <w:p w14:paraId="1B400B29" w14:textId="77777777" w:rsidR="001E67D3" w:rsidRPr="00F928ED" w:rsidRDefault="001E67D3" w:rsidP="00A20EB1">
            <w:pPr>
              <w:pStyle w:val="NormalWeb"/>
              <w:spacing w:before="0" w:beforeAutospacing="0" w:after="0" w:afterAutospacing="0"/>
              <w:ind w:left="15"/>
              <w:rPr>
                <w:rFonts w:asciiTheme="minorHAnsi" w:hAnsiTheme="minorHAnsi"/>
                <w:b w:val="0"/>
                <w:sz w:val="22"/>
                <w:szCs w:val="22"/>
              </w:rPr>
            </w:pPr>
            <w:r w:rsidRPr="00F928ED">
              <w:rPr>
                <w:rFonts w:asciiTheme="minorHAnsi" w:hAnsiTheme="minorHAnsi"/>
                <w:b w:val="0"/>
                <w:sz w:val="22"/>
                <w:szCs w:val="22"/>
              </w:rPr>
              <w:t>Öğr. Gör. Ünalcan KUTAL</w:t>
            </w:r>
          </w:p>
        </w:tc>
        <w:tc>
          <w:tcPr>
            <w:tcW w:w="4253" w:type="dxa"/>
            <w:tcBorders>
              <w:top w:val="nil"/>
              <w:left w:val="nil"/>
              <w:bottom w:val="single" w:sz="6" w:space="0" w:color="000000"/>
              <w:right w:val="single" w:sz="6" w:space="0" w:color="000000"/>
            </w:tcBorders>
            <w:vAlign w:val="center"/>
            <w:hideMark/>
          </w:tcPr>
          <w:p w14:paraId="02F8DA39" w14:textId="77777777" w:rsidR="001E67D3" w:rsidRPr="00F928ED" w:rsidRDefault="001E67D3" w:rsidP="00A20EB1">
            <w:pPr>
              <w:pStyle w:val="NormalWeb"/>
              <w:spacing w:before="0" w:beforeAutospacing="0" w:after="0" w:afterAutospacing="0"/>
              <w:ind w:left="30"/>
              <w:jc w:val="center"/>
              <w:rPr>
                <w:rFonts w:asciiTheme="minorHAnsi" w:hAnsiTheme="minorHAnsi"/>
                <w:b w:val="0"/>
                <w:sz w:val="22"/>
                <w:szCs w:val="22"/>
              </w:rPr>
            </w:pPr>
            <w:r w:rsidRPr="00F928ED">
              <w:rPr>
                <w:rFonts w:asciiTheme="minorHAnsi" w:hAnsiTheme="minorHAnsi"/>
                <w:b w:val="0"/>
                <w:sz w:val="22"/>
                <w:szCs w:val="22"/>
              </w:rPr>
              <w:t>Üye</w:t>
            </w:r>
          </w:p>
        </w:tc>
      </w:tr>
      <w:tr w:rsidR="001E67D3" w:rsidRPr="002F4A7E" w14:paraId="2ED5CC94" w14:textId="77777777" w:rsidTr="00A20EB1">
        <w:trPr>
          <w:trHeight w:val="20"/>
        </w:trPr>
        <w:tc>
          <w:tcPr>
            <w:tcW w:w="4378" w:type="dxa"/>
            <w:tcBorders>
              <w:top w:val="nil"/>
              <w:left w:val="double" w:sz="2" w:space="0" w:color="000000"/>
              <w:bottom w:val="single" w:sz="6" w:space="0" w:color="000000"/>
              <w:right w:val="single" w:sz="6" w:space="0" w:color="000000"/>
            </w:tcBorders>
            <w:vAlign w:val="center"/>
            <w:hideMark/>
          </w:tcPr>
          <w:p w14:paraId="4B8B8150" w14:textId="77777777" w:rsidR="001E67D3" w:rsidRPr="00F928ED" w:rsidRDefault="001E67D3" w:rsidP="00A20EB1">
            <w:pPr>
              <w:pStyle w:val="NormalWeb"/>
              <w:spacing w:before="0" w:beforeAutospacing="0" w:after="0" w:afterAutospacing="0"/>
              <w:ind w:left="15"/>
              <w:rPr>
                <w:rFonts w:asciiTheme="minorHAnsi" w:hAnsiTheme="minorHAnsi"/>
                <w:b w:val="0"/>
                <w:sz w:val="22"/>
                <w:szCs w:val="22"/>
              </w:rPr>
            </w:pPr>
            <w:r w:rsidRPr="00F928ED">
              <w:rPr>
                <w:rFonts w:asciiTheme="minorHAnsi" w:hAnsiTheme="minorHAnsi"/>
                <w:b w:val="0"/>
                <w:sz w:val="22"/>
                <w:szCs w:val="22"/>
              </w:rPr>
              <w:t>Öğr. Gör. Yaşar Can ATAŞ</w:t>
            </w:r>
          </w:p>
        </w:tc>
        <w:tc>
          <w:tcPr>
            <w:tcW w:w="4253" w:type="dxa"/>
            <w:tcBorders>
              <w:top w:val="nil"/>
              <w:left w:val="nil"/>
              <w:bottom w:val="single" w:sz="6" w:space="0" w:color="000000"/>
              <w:right w:val="single" w:sz="6" w:space="0" w:color="000000"/>
            </w:tcBorders>
            <w:vAlign w:val="center"/>
            <w:hideMark/>
          </w:tcPr>
          <w:p w14:paraId="41ECA72A" w14:textId="77777777" w:rsidR="001E67D3" w:rsidRPr="00F928ED" w:rsidRDefault="001E67D3" w:rsidP="00A20EB1">
            <w:pPr>
              <w:pStyle w:val="NormalWeb"/>
              <w:spacing w:before="0" w:beforeAutospacing="0" w:after="0" w:afterAutospacing="0"/>
              <w:ind w:left="30"/>
              <w:jc w:val="center"/>
              <w:rPr>
                <w:rFonts w:asciiTheme="minorHAnsi" w:hAnsiTheme="minorHAnsi"/>
                <w:b w:val="0"/>
                <w:sz w:val="22"/>
                <w:szCs w:val="22"/>
              </w:rPr>
            </w:pPr>
            <w:r w:rsidRPr="00F928ED">
              <w:rPr>
                <w:rFonts w:asciiTheme="minorHAnsi" w:hAnsiTheme="minorHAnsi"/>
                <w:b w:val="0"/>
                <w:sz w:val="22"/>
                <w:szCs w:val="22"/>
              </w:rPr>
              <w:t>Üye</w:t>
            </w:r>
          </w:p>
        </w:tc>
      </w:tr>
      <w:tr w:rsidR="001E67D3" w:rsidRPr="002F4A7E" w14:paraId="60861A8F" w14:textId="77777777" w:rsidTr="00A20EB1">
        <w:trPr>
          <w:trHeight w:val="20"/>
        </w:trPr>
        <w:tc>
          <w:tcPr>
            <w:tcW w:w="4378" w:type="dxa"/>
            <w:tcBorders>
              <w:top w:val="nil"/>
              <w:left w:val="double" w:sz="2" w:space="0" w:color="000000"/>
              <w:bottom w:val="single" w:sz="6" w:space="0" w:color="000000"/>
              <w:right w:val="single" w:sz="6" w:space="0" w:color="000000"/>
            </w:tcBorders>
            <w:vAlign w:val="center"/>
            <w:hideMark/>
          </w:tcPr>
          <w:p w14:paraId="5B1606D5" w14:textId="77777777" w:rsidR="001E67D3" w:rsidRPr="00F928ED" w:rsidRDefault="001E67D3" w:rsidP="00A20EB1">
            <w:pPr>
              <w:pStyle w:val="NormalWeb"/>
              <w:spacing w:before="0" w:beforeAutospacing="0" w:after="0" w:afterAutospacing="0"/>
              <w:ind w:left="15"/>
              <w:rPr>
                <w:rFonts w:asciiTheme="minorHAnsi" w:hAnsiTheme="minorHAnsi"/>
                <w:b w:val="0"/>
                <w:sz w:val="22"/>
                <w:szCs w:val="22"/>
              </w:rPr>
            </w:pPr>
            <w:r w:rsidRPr="00F928ED">
              <w:rPr>
                <w:rFonts w:asciiTheme="minorHAnsi" w:hAnsiTheme="minorHAnsi"/>
                <w:b w:val="0"/>
                <w:sz w:val="22"/>
                <w:szCs w:val="22"/>
              </w:rPr>
              <w:t>Öğr. Gör. Suat KULUŞAKLI</w:t>
            </w:r>
          </w:p>
        </w:tc>
        <w:tc>
          <w:tcPr>
            <w:tcW w:w="4253" w:type="dxa"/>
            <w:tcBorders>
              <w:top w:val="nil"/>
              <w:left w:val="nil"/>
              <w:bottom w:val="single" w:sz="6" w:space="0" w:color="000000"/>
              <w:right w:val="single" w:sz="6" w:space="0" w:color="000000"/>
            </w:tcBorders>
            <w:vAlign w:val="center"/>
            <w:hideMark/>
          </w:tcPr>
          <w:p w14:paraId="7710F4A3" w14:textId="0F99CB00" w:rsidR="001E67D3" w:rsidRPr="00F928ED" w:rsidRDefault="00F928ED" w:rsidP="00A20EB1">
            <w:pPr>
              <w:pStyle w:val="NormalWeb"/>
              <w:spacing w:before="0" w:beforeAutospacing="0" w:after="0" w:afterAutospacing="0"/>
              <w:ind w:left="30"/>
              <w:jc w:val="center"/>
              <w:rPr>
                <w:rFonts w:asciiTheme="minorHAnsi" w:hAnsiTheme="minorHAnsi"/>
                <w:b w:val="0"/>
                <w:sz w:val="22"/>
                <w:szCs w:val="22"/>
              </w:rPr>
            </w:pPr>
            <w:r>
              <w:rPr>
                <w:rFonts w:asciiTheme="minorHAnsi" w:hAnsiTheme="minorHAnsi"/>
                <w:b w:val="0"/>
                <w:sz w:val="22"/>
                <w:szCs w:val="22"/>
              </w:rPr>
              <w:t>Üye</w:t>
            </w:r>
            <w:r w:rsidR="001E67D3" w:rsidRPr="00F928ED">
              <w:rPr>
                <w:rFonts w:asciiTheme="minorHAnsi" w:hAnsiTheme="minorHAnsi"/>
                <w:b w:val="0"/>
                <w:sz w:val="22"/>
                <w:szCs w:val="22"/>
              </w:rPr>
              <w:t> </w:t>
            </w:r>
          </w:p>
        </w:tc>
      </w:tr>
    </w:tbl>
    <w:p w14:paraId="2A0098B2" w14:textId="6722EE9E" w:rsidR="00BD1144"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631" w:type="dxa"/>
        <w:tblInd w:w="150" w:type="dxa"/>
        <w:tblCellMar>
          <w:left w:w="0" w:type="dxa"/>
          <w:right w:w="0" w:type="dxa"/>
        </w:tblCellMar>
        <w:tblLook w:val="04A0" w:firstRow="1" w:lastRow="0" w:firstColumn="1" w:lastColumn="0" w:noHBand="0" w:noVBand="1"/>
      </w:tblPr>
      <w:tblGrid>
        <w:gridCol w:w="2961"/>
        <w:gridCol w:w="5670"/>
      </w:tblGrid>
      <w:tr w:rsidR="001E67D3" w:rsidRPr="002F4A7E" w14:paraId="563CCD51" w14:textId="77777777" w:rsidTr="00364402">
        <w:trPr>
          <w:trHeight w:val="20"/>
        </w:trPr>
        <w:tc>
          <w:tcPr>
            <w:tcW w:w="8631"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3D5A8F6B" w14:textId="77777777" w:rsidR="001E67D3" w:rsidRPr="00A20EB1" w:rsidRDefault="001E67D3" w:rsidP="00364402">
            <w:pPr>
              <w:pStyle w:val="NormalWeb"/>
              <w:spacing w:before="0" w:beforeAutospacing="0" w:after="0" w:afterAutospacing="0"/>
              <w:ind w:left="15"/>
              <w:jc w:val="center"/>
              <w:rPr>
                <w:rFonts w:asciiTheme="minorHAnsi" w:hAnsiTheme="minorHAnsi"/>
                <w:b w:val="0"/>
                <w:sz w:val="22"/>
                <w:szCs w:val="22"/>
              </w:rPr>
            </w:pPr>
            <w:r w:rsidRPr="00A20EB1">
              <w:rPr>
                <w:rStyle w:val="Gl"/>
                <w:rFonts w:asciiTheme="minorHAnsi" w:hAnsiTheme="minorHAnsi"/>
                <w:b/>
                <w:sz w:val="22"/>
                <w:szCs w:val="22"/>
              </w:rPr>
              <w:t>BİRİM KARİYER TEMSİLCİSİ</w:t>
            </w:r>
          </w:p>
        </w:tc>
      </w:tr>
      <w:tr w:rsidR="001E67D3" w:rsidRPr="002F4A7E" w14:paraId="47F28185" w14:textId="77777777" w:rsidTr="00364402">
        <w:trPr>
          <w:trHeight w:val="20"/>
        </w:trPr>
        <w:tc>
          <w:tcPr>
            <w:tcW w:w="2961" w:type="dxa"/>
            <w:tcBorders>
              <w:top w:val="nil"/>
              <w:left w:val="double" w:sz="2" w:space="0" w:color="000000"/>
              <w:bottom w:val="single" w:sz="6" w:space="0" w:color="000000"/>
              <w:right w:val="single" w:sz="6" w:space="0" w:color="000000"/>
            </w:tcBorders>
            <w:hideMark/>
          </w:tcPr>
          <w:p w14:paraId="759D8745" w14:textId="77777777" w:rsidR="001E67D3" w:rsidRPr="00A20EB1" w:rsidRDefault="001E67D3" w:rsidP="00364402">
            <w:pPr>
              <w:pStyle w:val="NormalWeb"/>
              <w:spacing w:before="0" w:beforeAutospacing="0" w:after="0" w:afterAutospacing="0"/>
              <w:ind w:left="15"/>
              <w:jc w:val="center"/>
              <w:rPr>
                <w:rFonts w:asciiTheme="minorHAnsi" w:hAnsiTheme="minorHAnsi"/>
                <w:b w:val="0"/>
                <w:sz w:val="22"/>
                <w:szCs w:val="22"/>
              </w:rPr>
            </w:pPr>
            <w:r w:rsidRPr="00A20EB1">
              <w:rPr>
                <w:rStyle w:val="Gl"/>
                <w:rFonts w:asciiTheme="minorHAnsi" w:hAnsiTheme="minorHAnsi"/>
                <w:b/>
                <w:sz w:val="22"/>
                <w:szCs w:val="22"/>
              </w:rPr>
              <w:t>ADI SOYADI</w:t>
            </w:r>
          </w:p>
        </w:tc>
        <w:tc>
          <w:tcPr>
            <w:tcW w:w="5670" w:type="dxa"/>
            <w:tcBorders>
              <w:top w:val="nil"/>
              <w:left w:val="nil"/>
              <w:bottom w:val="single" w:sz="6" w:space="0" w:color="000000"/>
              <w:right w:val="single" w:sz="6" w:space="0" w:color="000000"/>
            </w:tcBorders>
            <w:vAlign w:val="center"/>
            <w:hideMark/>
          </w:tcPr>
          <w:p w14:paraId="375B6305" w14:textId="77777777" w:rsidR="001E67D3" w:rsidRPr="00A20EB1" w:rsidRDefault="001E67D3" w:rsidP="00364402">
            <w:pPr>
              <w:pStyle w:val="NormalWeb"/>
              <w:spacing w:before="0" w:beforeAutospacing="0" w:after="0" w:afterAutospacing="0"/>
              <w:jc w:val="center"/>
              <w:rPr>
                <w:rFonts w:asciiTheme="minorHAnsi" w:hAnsiTheme="minorHAnsi"/>
                <w:b w:val="0"/>
                <w:sz w:val="22"/>
                <w:szCs w:val="22"/>
              </w:rPr>
            </w:pPr>
            <w:r w:rsidRPr="00A20EB1">
              <w:rPr>
                <w:rStyle w:val="Gl"/>
                <w:rFonts w:asciiTheme="minorHAnsi" w:hAnsiTheme="minorHAnsi"/>
                <w:b/>
                <w:sz w:val="22"/>
                <w:szCs w:val="22"/>
              </w:rPr>
              <w:t>GÖREVİ</w:t>
            </w:r>
          </w:p>
        </w:tc>
      </w:tr>
      <w:tr w:rsidR="001E67D3" w:rsidRPr="002F4A7E" w14:paraId="3F2E05EC" w14:textId="77777777" w:rsidTr="00364402">
        <w:trPr>
          <w:trHeight w:val="20"/>
        </w:trPr>
        <w:tc>
          <w:tcPr>
            <w:tcW w:w="2961" w:type="dxa"/>
            <w:tcBorders>
              <w:top w:val="nil"/>
              <w:left w:val="double" w:sz="2" w:space="0" w:color="000000"/>
              <w:bottom w:val="single" w:sz="6" w:space="0" w:color="000000"/>
              <w:right w:val="single" w:sz="6" w:space="0" w:color="000000"/>
            </w:tcBorders>
            <w:vAlign w:val="center"/>
            <w:hideMark/>
          </w:tcPr>
          <w:p w14:paraId="3D5FA8D4" w14:textId="77777777" w:rsidR="001E67D3" w:rsidRPr="00A20EB1" w:rsidRDefault="001E67D3" w:rsidP="00364402">
            <w:pPr>
              <w:pStyle w:val="NormalWeb"/>
              <w:spacing w:before="0" w:beforeAutospacing="0" w:after="0" w:afterAutospacing="0"/>
              <w:ind w:left="15"/>
              <w:rPr>
                <w:rFonts w:asciiTheme="minorHAnsi" w:hAnsiTheme="minorHAnsi"/>
                <w:b w:val="0"/>
                <w:sz w:val="22"/>
                <w:szCs w:val="22"/>
              </w:rPr>
            </w:pPr>
            <w:r w:rsidRPr="00A20EB1">
              <w:rPr>
                <w:rFonts w:asciiTheme="minorHAnsi" w:hAnsiTheme="minorHAnsi"/>
                <w:b w:val="0"/>
                <w:sz w:val="22"/>
                <w:szCs w:val="22"/>
              </w:rPr>
              <w:t>Öğr. Gör. Yaşar Can ATAŞ</w:t>
            </w:r>
          </w:p>
        </w:tc>
        <w:tc>
          <w:tcPr>
            <w:tcW w:w="5670" w:type="dxa"/>
            <w:tcBorders>
              <w:top w:val="nil"/>
              <w:left w:val="nil"/>
              <w:bottom w:val="single" w:sz="6" w:space="0" w:color="000000"/>
              <w:right w:val="single" w:sz="6" w:space="0" w:color="000000"/>
            </w:tcBorders>
            <w:vAlign w:val="center"/>
            <w:hideMark/>
          </w:tcPr>
          <w:p w14:paraId="19DC9ADE" w14:textId="77777777" w:rsidR="001E67D3" w:rsidRPr="00A20EB1" w:rsidRDefault="001E67D3" w:rsidP="00364402">
            <w:pPr>
              <w:pStyle w:val="NormalWeb"/>
              <w:spacing w:before="0" w:beforeAutospacing="0" w:after="0" w:afterAutospacing="0"/>
              <w:jc w:val="center"/>
              <w:rPr>
                <w:rFonts w:asciiTheme="minorHAnsi" w:hAnsiTheme="minorHAnsi"/>
                <w:sz w:val="22"/>
                <w:szCs w:val="22"/>
              </w:rPr>
            </w:pPr>
            <w:r w:rsidRPr="00A20EB1">
              <w:rPr>
                <w:rStyle w:val="Gl"/>
                <w:rFonts w:asciiTheme="minorHAnsi" w:hAnsiTheme="minorHAnsi"/>
                <w:sz w:val="22"/>
                <w:szCs w:val="22"/>
              </w:rPr>
              <w:t>Birim Kariyer Temsilcisi</w:t>
            </w:r>
          </w:p>
        </w:tc>
      </w:tr>
    </w:tbl>
    <w:p w14:paraId="63A60F51"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631" w:type="dxa"/>
        <w:tblInd w:w="150" w:type="dxa"/>
        <w:tblCellMar>
          <w:left w:w="0" w:type="dxa"/>
          <w:right w:w="0" w:type="dxa"/>
        </w:tblCellMar>
        <w:tblLook w:val="04A0" w:firstRow="1" w:lastRow="0" w:firstColumn="1" w:lastColumn="0" w:noHBand="0" w:noVBand="1"/>
      </w:tblPr>
      <w:tblGrid>
        <w:gridCol w:w="4095"/>
        <w:gridCol w:w="4536"/>
      </w:tblGrid>
      <w:tr w:rsidR="001E67D3" w:rsidRPr="002F4A7E" w14:paraId="30F40974" w14:textId="77777777" w:rsidTr="00364402">
        <w:trPr>
          <w:trHeight w:val="20"/>
        </w:trPr>
        <w:tc>
          <w:tcPr>
            <w:tcW w:w="8631"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74A6756F" w14:textId="77777777" w:rsidR="001E67D3" w:rsidRPr="00A20EB1" w:rsidRDefault="001E67D3" w:rsidP="00364402">
            <w:pPr>
              <w:pStyle w:val="NormalWeb"/>
              <w:spacing w:before="0" w:beforeAutospacing="0" w:after="0" w:afterAutospacing="0"/>
              <w:ind w:left="17" w:right="15"/>
              <w:jc w:val="center"/>
              <w:rPr>
                <w:rFonts w:asciiTheme="minorHAnsi" w:hAnsiTheme="minorHAnsi"/>
                <w:b w:val="0"/>
                <w:sz w:val="22"/>
                <w:szCs w:val="22"/>
              </w:rPr>
            </w:pPr>
            <w:r w:rsidRPr="00A20EB1">
              <w:rPr>
                <w:rStyle w:val="Gl"/>
                <w:rFonts w:asciiTheme="minorHAnsi" w:hAnsiTheme="minorHAnsi"/>
                <w:b/>
                <w:sz w:val="22"/>
                <w:szCs w:val="22"/>
              </w:rPr>
              <w:t>BİRİM RİSK KOORDİNATÖRÜ VE ÇALIŞMA GRUBU</w:t>
            </w:r>
          </w:p>
        </w:tc>
      </w:tr>
      <w:tr w:rsidR="001E67D3" w:rsidRPr="002F4A7E" w14:paraId="1581C891" w14:textId="77777777" w:rsidTr="00472472">
        <w:trPr>
          <w:trHeight w:val="20"/>
        </w:trPr>
        <w:tc>
          <w:tcPr>
            <w:tcW w:w="4095" w:type="dxa"/>
            <w:tcBorders>
              <w:top w:val="nil"/>
              <w:left w:val="double" w:sz="2" w:space="0" w:color="000000"/>
              <w:bottom w:val="single" w:sz="6" w:space="0" w:color="000000"/>
              <w:right w:val="single" w:sz="6" w:space="0" w:color="000000"/>
            </w:tcBorders>
            <w:hideMark/>
          </w:tcPr>
          <w:p w14:paraId="1D1B70CC" w14:textId="77777777" w:rsidR="001E67D3" w:rsidRPr="00A20EB1" w:rsidRDefault="001E67D3" w:rsidP="00364402">
            <w:pPr>
              <w:pStyle w:val="NormalWeb"/>
              <w:spacing w:before="0" w:beforeAutospacing="0" w:after="0" w:afterAutospacing="0"/>
              <w:ind w:left="17"/>
              <w:jc w:val="center"/>
              <w:rPr>
                <w:rFonts w:asciiTheme="minorHAnsi" w:hAnsiTheme="minorHAnsi"/>
                <w:b w:val="0"/>
                <w:sz w:val="22"/>
                <w:szCs w:val="22"/>
              </w:rPr>
            </w:pPr>
            <w:r w:rsidRPr="00A20EB1">
              <w:rPr>
                <w:rStyle w:val="Gl"/>
                <w:rFonts w:asciiTheme="minorHAnsi" w:hAnsiTheme="minorHAnsi"/>
                <w:b/>
                <w:sz w:val="22"/>
                <w:szCs w:val="22"/>
              </w:rPr>
              <w:t>ADI SOYADI</w:t>
            </w:r>
          </w:p>
        </w:tc>
        <w:tc>
          <w:tcPr>
            <w:tcW w:w="4536" w:type="dxa"/>
            <w:tcBorders>
              <w:top w:val="nil"/>
              <w:left w:val="nil"/>
              <w:bottom w:val="single" w:sz="6" w:space="0" w:color="000000"/>
              <w:right w:val="single" w:sz="6" w:space="0" w:color="000000"/>
            </w:tcBorders>
            <w:vAlign w:val="center"/>
            <w:hideMark/>
          </w:tcPr>
          <w:p w14:paraId="40C30ACA" w14:textId="77777777" w:rsidR="001E67D3" w:rsidRPr="00A20EB1" w:rsidRDefault="001E67D3" w:rsidP="00364402">
            <w:pPr>
              <w:pStyle w:val="NormalWeb"/>
              <w:spacing w:before="0" w:beforeAutospacing="0" w:after="0" w:afterAutospacing="0"/>
              <w:ind w:left="17"/>
              <w:jc w:val="center"/>
              <w:rPr>
                <w:rFonts w:asciiTheme="minorHAnsi" w:hAnsiTheme="minorHAnsi"/>
                <w:b w:val="0"/>
                <w:sz w:val="22"/>
                <w:szCs w:val="22"/>
              </w:rPr>
            </w:pPr>
            <w:r w:rsidRPr="00A20EB1">
              <w:rPr>
                <w:rStyle w:val="Gl"/>
                <w:rFonts w:asciiTheme="minorHAnsi" w:hAnsiTheme="minorHAnsi"/>
                <w:b/>
                <w:sz w:val="22"/>
                <w:szCs w:val="22"/>
              </w:rPr>
              <w:t>GÖREVİ</w:t>
            </w:r>
          </w:p>
        </w:tc>
      </w:tr>
      <w:tr w:rsidR="001E67D3" w:rsidRPr="002F4A7E" w14:paraId="51DC3D95" w14:textId="77777777" w:rsidTr="00472472">
        <w:trPr>
          <w:trHeight w:val="20"/>
        </w:trPr>
        <w:tc>
          <w:tcPr>
            <w:tcW w:w="4095" w:type="dxa"/>
            <w:tcBorders>
              <w:top w:val="nil"/>
              <w:left w:val="double" w:sz="2" w:space="0" w:color="000000"/>
              <w:bottom w:val="single" w:sz="6" w:space="0" w:color="000000"/>
              <w:right w:val="single" w:sz="6" w:space="0" w:color="000000"/>
            </w:tcBorders>
            <w:vAlign w:val="center"/>
            <w:hideMark/>
          </w:tcPr>
          <w:p w14:paraId="2EF82CB5" w14:textId="77777777" w:rsidR="001E67D3" w:rsidRPr="00BD1144" w:rsidRDefault="001E67D3" w:rsidP="00364402">
            <w:pPr>
              <w:pStyle w:val="NormalWeb"/>
              <w:spacing w:before="0" w:beforeAutospacing="0" w:after="0" w:afterAutospacing="0"/>
              <w:ind w:left="17"/>
              <w:rPr>
                <w:rFonts w:asciiTheme="minorHAnsi" w:hAnsiTheme="minorHAnsi"/>
                <w:b w:val="0"/>
                <w:sz w:val="22"/>
                <w:szCs w:val="22"/>
              </w:rPr>
            </w:pPr>
            <w:r w:rsidRPr="00BD1144">
              <w:rPr>
                <w:rFonts w:asciiTheme="minorHAnsi" w:hAnsiTheme="minorHAnsi"/>
                <w:b w:val="0"/>
                <w:sz w:val="22"/>
                <w:szCs w:val="22"/>
              </w:rPr>
              <w:t>Öğr. Gör. Taha ŞEYHANOĞULLARI</w:t>
            </w:r>
          </w:p>
        </w:tc>
        <w:tc>
          <w:tcPr>
            <w:tcW w:w="4536" w:type="dxa"/>
            <w:tcBorders>
              <w:top w:val="nil"/>
              <w:left w:val="nil"/>
              <w:bottom w:val="single" w:sz="6" w:space="0" w:color="000000"/>
              <w:right w:val="single" w:sz="6" w:space="0" w:color="000000"/>
            </w:tcBorders>
            <w:vAlign w:val="center"/>
            <w:hideMark/>
          </w:tcPr>
          <w:p w14:paraId="01D7E0EB" w14:textId="77777777" w:rsidR="001E67D3" w:rsidRPr="00BD1144" w:rsidRDefault="001E67D3" w:rsidP="00364402">
            <w:pPr>
              <w:pStyle w:val="NormalWeb"/>
              <w:spacing w:before="0" w:beforeAutospacing="0" w:after="0" w:afterAutospacing="0"/>
              <w:ind w:left="17"/>
              <w:jc w:val="center"/>
              <w:rPr>
                <w:rFonts w:asciiTheme="minorHAnsi" w:hAnsiTheme="minorHAnsi"/>
                <w:sz w:val="22"/>
                <w:szCs w:val="22"/>
              </w:rPr>
            </w:pPr>
            <w:r w:rsidRPr="00BD1144">
              <w:rPr>
                <w:rStyle w:val="Gl"/>
                <w:rFonts w:asciiTheme="minorHAnsi" w:hAnsiTheme="minorHAnsi"/>
                <w:sz w:val="22"/>
                <w:szCs w:val="22"/>
              </w:rPr>
              <w:t>Başkan</w:t>
            </w:r>
          </w:p>
        </w:tc>
      </w:tr>
      <w:tr w:rsidR="001E67D3" w:rsidRPr="002F4A7E" w14:paraId="227E3E3F" w14:textId="77777777" w:rsidTr="00472472">
        <w:trPr>
          <w:trHeight w:val="20"/>
        </w:trPr>
        <w:tc>
          <w:tcPr>
            <w:tcW w:w="4095" w:type="dxa"/>
            <w:tcBorders>
              <w:top w:val="nil"/>
              <w:left w:val="double" w:sz="2" w:space="0" w:color="000000"/>
              <w:bottom w:val="single" w:sz="6" w:space="0" w:color="000000"/>
              <w:right w:val="single" w:sz="6" w:space="0" w:color="000000"/>
            </w:tcBorders>
            <w:vAlign w:val="center"/>
            <w:hideMark/>
          </w:tcPr>
          <w:p w14:paraId="09336F67" w14:textId="77777777" w:rsidR="001E67D3" w:rsidRPr="00BD1144" w:rsidRDefault="001E67D3" w:rsidP="00364402">
            <w:pPr>
              <w:pStyle w:val="NormalWeb"/>
              <w:spacing w:before="0" w:beforeAutospacing="0" w:after="0" w:afterAutospacing="0"/>
              <w:ind w:left="17"/>
              <w:rPr>
                <w:rFonts w:asciiTheme="minorHAnsi" w:hAnsiTheme="minorHAnsi"/>
                <w:b w:val="0"/>
                <w:sz w:val="22"/>
                <w:szCs w:val="22"/>
              </w:rPr>
            </w:pPr>
            <w:r w:rsidRPr="00BD1144">
              <w:rPr>
                <w:rFonts w:asciiTheme="minorHAnsi" w:hAnsiTheme="minorHAnsi"/>
                <w:b w:val="0"/>
                <w:sz w:val="22"/>
                <w:szCs w:val="22"/>
              </w:rPr>
              <w:t>Halit SELEN</w:t>
            </w:r>
          </w:p>
        </w:tc>
        <w:tc>
          <w:tcPr>
            <w:tcW w:w="4536" w:type="dxa"/>
            <w:tcBorders>
              <w:top w:val="nil"/>
              <w:left w:val="nil"/>
              <w:bottom w:val="single" w:sz="6" w:space="0" w:color="000000"/>
              <w:right w:val="single" w:sz="6" w:space="0" w:color="000000"/>
            </w:tcBorders>
            <w:vAlign w:val="center"/>
            <w:hideMark/>
          </w:tcPr>
          <w:p w14:paraId="1545669C" w14:textId="77777777" w:rsidR="001E67D3" w:rsidRPr="00BD1144" w:rsidRDefault="001E67D3" w:rsidP="00364402">
            <w:pPr>
              <w:pStyle w:val="NormalWeb"/>
              <w:spacing w:before="0" w:beforeAutospacing="0" w:after="0" w:afterAutospacing="0"/>
              <w:ind w:left="17"/>
              <w:jc w:val="center"/>
              <w:rPr>
                <w:rFonts w:asciiTheme="minorHAnsi" w:hAnsiTheme="minorHAnsi"/>
                <w:b w:val="0"/>
                <w:sz w:val="22"/>
                <w:szCs w:val="22"/>
              </w:rPr>
            </w:pPr>
            <w:r w:rsidRPr="00BD1144">
              <w:rPr>
                <w:rFonts w:asciiTheme="minorHAnsi" w:hAnsiTheme="minorHAnsi"/>
                <w:b w:val="0"/>
                <w:sz w:val="22"/>
                <w:szCs w:val="22"/>
              </w:rPr>
              <w:t>Üye</w:t>
            </w:r>
          </w:p>
        </w:tc>
      </w:tr>
      <w:tr w:rsidR="001E67D3" w:rsidRPr="002F4A7E" w14:paraId="4F6D1261" w14:textId="77777777" w:rsidTr="00472472">
        <w:trPr>
          <w:trHeight w:val="20"/>
        </w:trPr>
        <w:tc>
          <w:tcPr>
            <w:tcW w:w="4095" w:type="dxa"/>
            <w:tcBorders>
              <w:top w:val="nil"/>
              <w:left w:val="double" w:sz="2" w:space="0" w:color="000000"/>
              <w:bottom w:val="single" w:sz="6" w:space="0" w:color="000000"/>
              <w:right w:val="single" w:sz="6" w:space="0" w:color="000000"/>
            </w:tcBorders>
            <w:vAlign w:val="center"/>
            <w:hideMark/>
          </w:tcPr>
          <w:p w14:paraId="6026CCFA" w14:textId="77777777" w:rsidR="001E67D3" w:rsidRPr="00BD1144" w:rsidRDefault="001E67D3" w:rsidP="00364402">
            <w:pPr>
              <w:pStyle w:val="NormalWeb"/>
              <w:spacing w:before="0" w:beforeAutospacing="0" w:after="0" w:afterAutospacing="0"/>
              <w:ind w:left="17"/>
              <w:rPr>
                <w:rFonts w:asciiTheme="minorHAnsi" w:hAnsiTheme="minorHAnsi"/>
                <w:b w:val="0"/>
                <w:sz w:val="22"/>
                <w:szCs w:val="22"/>
              </w:rPr>
            </w:pPr>
            <w:r w:rsidRPr="00BD1144">
              <w:rPr>
                <w:rFonts w:asciiTheme="minorHAnsi" w:hAnsiTheme="minorHAnsi"/>
                <w:b w:val="0"/>
                <w:sz w:val="22"/>
                <w:szCs w:val="22"/>
              </w:rPr>
              <w:t>Hüseyin ERSEVER</w:t>
            </w:r>
          </w:p>
        </w:tc>
        <w:tc>
          <w:tcPr>
            <w:tcW w:w="4536" w:type="dxa"/>
            <w:tcBorders>
              <w:top w:val="nil"/>
              <w:left w:val="nil"/>
              <w:bottom w:val="single" w:sz="6" w:space="0" w:color="000000"/>
              <w:right w:val="single" w:sz="6" w:space="0" w:color="000000"/>
            </w:tcBorders>
            <w:vAlign w:val="center"/>
            <w:hideMark/>
          </w:tcPr>
          <w:p w14:paraId="4B9287B5" w14:textId="77777777" w:rsidR="001E67D3" w:rsidRPr="00BD1144" w:rsidRDefault="001E67D3" w:rsidP="00364402">
            <w:pPr>
              <w:pStyle w:val="NormalWeb"/>
              <w:spacing w:before="0" w:beforeAutospacing="0" w:after="0" w:afterAutospacing="0"/>
              <w:ind w:left="17" w:right="15"/>
              <w:jc w:val="center"/>
              <w:rPr>
                <w:rFonts w:asciiTheme="minorHAnsi" w:hAnsiTheme="minorHAnsi"/>
                <w:b w:val="0"/>
                <w:sz w:val="22"/>
                <w:szCs w:val="22"/>
              </w:rPr>
            </w:pPr>
            <w:r w:rsidRPr="00BD1144">
              <w:rPr>
                <w:rFonts w:asciiTheme="minorHAnsi" w:hAnsiTheme="minorHAnsi"/>
                <w:b w:val="0"/>
                <w:sz w:val="22"/>
                <w:szCs w:val="22"/>
              </w:rPr>
              <w:t>Üye</w:t>
            </w:r>
          </w:p>
        </w:tc>
      </w:tr>
    </w:tbl>
    <w:p w14:paraId="2666F519"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631" w:type="dxa"/>
        <w:tblInd w:w="150" w:type="dxa"/>
        <w:tblCellMar>
          <w:left w:w="0" w:type="dxa"/>
          <w:right w:w="0" w:type="dxa"/>
        </w:tblCellMar>
        <w:tblLook w:val="04A0" w:firstRow="1" w:lastRow="0" w:firstColumn="1" w:lastColumn="0" w:noHBand="0" w:noVBand="1"/>
      </w:tblPr>
      <w:tblGrid>
        <w:gridCol w:w="4095"/>
        <w:gridCol w:w="4536"/>
      </w:tblGrid>
      <w:tr w:rsidR="001E67D3" w:rsidRPr="002F4A7E" w14:paraId="5706B7E0" w14:textId="77777777" w:rsidTr="00721186">
        <w:trPr>
          <w:trHeight w:val="20"/>
        </w:trPr>
        <w:tc>
          <w:tcPr>
            <w:tcW w:w="8631"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56D57C19" w14:textId="77777777" w:rsidR="001E67D3" w:rsidRPr="00721186" w:rsidRDefault="001E67D3" w:rsidP="00721186">
            <w:pPr>
              <w:pStyle w:val="NormalWeb"/>
              <w:spacing w:before="0" w:beforeAutospacing="0" w:after="0" w:afterAutospacing="0"/>
              <w:ind w:left="17"/>
              <w:jc w:val="center"/>
              <w:rPr>
                <w:rFonts w:asciiTheme="minorHAnsi" w:hAnsiTheme="minorHAnsi"/>
                <w:b w:val="0"/>
                <w:sz w:val="22"/>
                <w:szCs w:val="22"/>
              </w:rPr>
            </w:pPr>
            <w:r w:rsidRPr="00721186">
              <w:rPr>
                <w:rStyle w:val="Gl"/>
                <w:rFonts w:asciiTheme="minorHAnsi" w:hAnsiTheme="minorHAnsi"/>
                <w:b/>
                <w:sz w:val="22"/>
                <w:szCs w:val="22"/>
              </w:rPr>
              <w:t>BURS KOMİSYONU</w:t>
            </w:r>
          </w:p>
        </w:tc>
      </w:tr>
      <w:tr w:rsidR="001E67D3" w:rsidRPr="002F4A7E" w14:paraId="7B161782" w14:textId="77777777" w:rsidTr="00721186">
        <w:trPr>
          <w:trHeight w:val="20"/>
        </w:trPr>
        <w:tc>
          <w:tcPr>
            <w:tcW w:w="4095" w:type="dxa"/>
            <w:tcBorders>
              <w:top w:val="nil"/>
              <w:left w:val="double" w:sz="2" w:space="0" w:color="000000"/>
              <w:bottom w:val="single" w:sz="6" w:space="0" w:color="000000"/>
              <w:right w:val="single" w:sz="6" w:space="0" w:color="000000"/>
            </w:tcBorders>
            <w:hideMark/>
          </w:tcPr>
          <w:p w14:paraId="37C902B0" w14:textId="77777777" w:rsidR="001E67D3" w:rsidRPr="00721186" w:rsidRDefault="001E67D3" w:rsidP="00721186">
            <w:pPr>
              <w:pStyle w:val="NormalWeb"/>
              <w:spacing w:before="0" w:beforeAutospacing="0" w:after="0" w:afterAutospacing="0"/>
              <w:ind w:left="17"/>
              <w:jc w:val="center"/>
              <w:rPr>
                <w:rFonts w:asciiTheme="minorHAnsi" w:hAnsiTheme="minorHAnsi"/>
                <w:b w:val="0"/>
                <w:sz w:val="22"/>
                <w:szCs w:val="22"/>
              </w:rPr>
            </w:pPr>
            <w:r w:rsidRPr="00721186">
              <w:rPr>
                <w:rStyle w:val="Gl"/>
                <w:rFonts w:asciiTheme="minorHAnsi" w:hAnsiTheme="minorHAnsi"/>
                <w:b/>
                <w:sz w:val="22"/>
                <w:szCs w:val="22"/>
              </w:rPr>
              <w:t>ADI SOYADI</w:t>
            </w:r>
          </w:p>
        </w:tc>
        <w:tc>
          <w:tcPr>
            <w:tcW w:w="4536" w:type="dxa"/>
            <w:tcBorders>
              <w:top w:val="nil"/>
              <w:left w:val="nil"/>
              <w:bottom w:val="single" w:sz="6" w:space="0" w:color="000000"/>
              <w:right w:val="single" w:sz="6" w:space="0" w:color="000000"/>
            </w:tcBorders>
            <w:vAlign w:val="center"/>
            <w:hideMark/>
          </w:tcPr>
          <w:p w14:paraId="3578EC82" w14:textId="77777777" w:rsidR="001E67D3" w:rsidRPr="00721186" w:rsidRDefault="001E67D3" w:rsidP="00721186">
            <w:pPr>
              <w:pStyle w:val="NormalWeb"/>
              <w:spacing w:before="0" w:beforeAutospacing="0" w:after="0" w:afterAutospacing="0"/>
              <w:ind w:left="17"/>
              <w:jc w:val="center"/>
              <w:rPr>
                <w:rFonts w:asciiTheme="minorHAnsi" w:hAnsiTheme="minorHAnsi"/>
                <w:b w:val="0"/>
                <w:sz w:val="22"/>
                <w:szCs w:val="22"/>
              </w:rPr>
            </w:pPr>
            <w:r w:rsidRPr="00721186">
              <w:rPr>
                <w:rStyle w:val="Gl"/>
                <w:rFonts w:asciiTheme="minorHAnsi" w:hAnsiTheme="minorHAnsi"/>
                <w:b/>
                <w:sz w:val="22"/>
                <w:szCs w:val="22"/>
              </w:rPr>
              <w:t>GÖREVİ</w:t>
            </w:r>
          </w:p>
        </w:tc>
      </w:tr>
      <w:tr w:rsidR="001E67D3" w:rsidRPr="002F4A7E" w14:paraId="7396CA5E" w14:textId="77777777" w:rsidTr="00721186">
        <w:trPr>
          <w:trHeight w:val="20"/>
        </w:trPr>
        <w:tc>
          <w:tcPr>
            <w:tcW w:w="4095" w:type="dxa"/>
            <w:tcBorders>
              <w:top w:val="nil"/>
              <w:left w:val="double" w:sz="2" w:space="0" w:color="000000"/>
              <w:bottom w:val="single" w:sz="6" w:space="0" w:color="000000"/>
              <w:right w:val="single" w:sz="6" w:space="0" w:color="000000"/>
            </w:tcBorders>
            <w:hideMark/>
          </w:tcPr>
          <w:p w14:paraId="1990BFBA" w14:textId="77777777" w:rsidR="001E67D3" w:rsidRPr="00BD1144" w:rsidRDefault="001E67D3" w:rsidP="00721186">
            <w:pPr>
              <w:pStyle w:val="NormalWeb"/>
              <w:spacing w:before="0" w:beforeAutospacing="0" w:after="0" w:afterAutospacing="0"/>
              <w:ind w:left="17"/>
              <w:rPr>
                <w:rFonts w:asciiTheme="minorHAnsi" w:hAnsiTheme="minorHAnsi"/>
                <w:b w:val="0"/>
                <w:sz w:val="22"/>
                <w:szCs w:val="22"/>
              </w:rPr>
            </w:pPr>
            <w:r w:rsidRPr="00BD1144">
              <w:rPr>
                <w:rFonts w:asciiTheme="minorHAnsi" w:hAnsiTheme="minorHAnsi"/>
                <w:b w:val="0"/>
                <w:sz w:val="22"/>
                <w:szCs w:val="22"/>
              </w:rPr>
              <w:t>Öğr. Gör. Ünalcan KUTAL</w:t>
            </w:r>
          </w:p>
        </w:tc>
        <w:tc>
          <w:tcPr>
            <w:tcW w:w="4536" w:type="dxa"/>
            <w:tcBorders>
              <w:top w:val="nil"/>
              <w:left w:val="nil"/>
              <w:bottom w:val="single" w:sz="6" w:space="0" w:color="000000"/>
              <w:right w:val="single" w:sz="6" w:space="0" w:color="000000"/>
            </w:tcBorders>
            <w:vAlign w:val="center"/>
            <w:hideMark/>
          </w:tcPr>
          <w:p w14:paraId="611812D1" w14:textId="77777777" w:rsidR="001E67D3" w:rsidRPr="002F4A7E" w:rsidRDefault="001E67D3" w:rsidP="00721186">
            <w:pPr>
              <w:pStyle w:val="NormalWeb"/>
              <w:spacing w:before="0" w:beforeAutospacing="0" w:after="0" w:afterAutospacing="0"/>
              <w:ind w:left="17"/>
              <w:jc w:val="center"/>
              <w:rPr>
                <w:rFonts w:asciiTheme="minorHAnsi" w:hAnsiTheme="minorHAnsi"/>
                <w:sz w:val="22"/>
                <w:szCs w:val="22"/>
              </w:rPr>
            </w:pPr>
            <w:r w:rsidRPr="002F4A7E">
              <w:rPr>
                <w:rStyle w:val="Gl"/>
                <w:rFonts w:asciiTheme="minorHAnsi" w:hAnsiTheme="minorHAnsi"/>
                <w:sz w:val="22"/>
                <w:szCs w:val="22"/>
              </w:rPr>
              <w:t>Başkan</w:t>
            </w:r>
          </w:p>
        </w:tc>
      </w:tr>
      <w:tr w:rsidR="001E67D3" w:rsidRPr="002F4A7E" w14:paraId="61A8F022" w14:textId="77777777" w:rsidTr="00721186">
        <w:trPr>
          <w:trHeight w:val="20"/>
        </w:trPr>
        <w:tc>
          <w:tcPr>
            <w:tcW w:w="4095" w:type="dxa"/>
            <w:tcBorders>
              <w:top w:val="nil"/>
              <w:left w:val="double" w:sz="2" w:space="0" w:color="000000"/>
              <w:bottom w:val="single" w:sz="6" w:space="0" w:color="000000"/>
              <w:right w:val="single" w:sz="6" w:space="0" w:color="000000"/>
            </w:tcBorders>
            <w:hideMark/>
          </w:tcPr>
          <w:p w14:paraId="7ADE6E4F" w14:textId="77777777" w:rsidR="001E67D3" w:rsidRPr="00BD1144" w:rsidRDefault="001E67D3" w:rsidP="00721186">
            <w:pPr>
              <w:pStyle w:val="NormalWeb"/>
              <w:spacing w:before="0" w:beforeAutospacing="0" w:after="0" w:afterAutospacing="0"/>
              <w:ind w:left="17"/>
              <w:rPr>
                <w:rFonts w:asciiTheme="minorHAnsi" w:hAnsiTheme="minorHAnsi"/>
                <w:b w:val="0"/>
                <w:sz w:val="22"/>
                <w:szCs w:val="22"/>
              </w:rPr>
            </w:pPr>
            <w:r w:rsidRPr="00BD1144">
              <w:rPr>
                <w:rFonts w:asciiTheme="minorHAnsi" w:hAnsiTheme="minorHAnsi"/>
                <w:b w:val="0"/>
                <w:sz w:val="22"/>
                <w:szCs w:val="22"/>
              </w:rPr>
              <w:t>Dr. Öğr. Üyesi Harun Reşit GÜNDOĞAN</w:t>
            </w:r>
          </w:p>
        </w:tc>
        <w:tc>
          <w:tcPr>
            <w:tcW w:w="4536" w:type="dxa"/>
            <w:tcBorders>
              <w:top w:val="nil"/>
              <w:left w:val="nil"/>
              <w:bottom w:val="single" w:sz="6" w:space="0" w:color="000000"/>
              <w:right w:val="single" w:sz="6" w:space="0" w:color="000000"/>
            </w:tcBorders>
            <w:vAlign w:val="center"/>
            <w:hideMark/>
          </w:tcPr>
          <w:p w14:paraId="423AB7C6" w14:textId="77777777" w:rsidR="001E67D3" w:rsidRPr="00721186" w:rsidRDefault="001E67D3" w:rsidP="00721186">
            <w:pPr>
              <w:pStyle w:val="NormalWeb"/>
              <w:spacing w:before="0" w:beforeAutospacing="0" w:after="0" w:afterAutospacing="0"/>
              <w:ind w:left="17"/>
              <w:jc w:val="center"/>
              <w:rPr>
                <w:rFonts w:asciiTheme="minorHAnsi" w:hAnsiTheme="minorHAnsi"/>
                <w:b w:val="0"/>
                <w:sz w:val="22"/>
                <w:szCs w:val="22"/>
              </w:rPr>
            </w:pPr>
            <w:r w:rsidRPr="00721186">
              <w:rPr>
                <w:rFonts w:asciiTheme="minorHAnsi" w:hAnsiTheme="minorHAnsi"/>
                <w:b w:val="0"/>
                <w:sz w:val="22"/>
                <w:szCs w:val="22"/>
              </w:rPr>
              <w:t>Üye</w:t>
            </w:r>
          </w:p>
        </w:tc>
      </w:tr>
      <w:tr w:rsidR="001E67D3" w:rsidRPr="002F4A7E" w14:paraId="49459A6F" w14:textId="77777777" w:rsidTr="00721186">
        <w:trPr>
          <w:trHeight w:val="20"/>
        </w:trPr>
        <w:tc>
          <w:tcPr>
            <w:tcW w:w="4095" w:type="dxa"/>
            <w:tcBorders>
              <w:top w:val="nil"/>
              <w:left w:val="double" w:sz="2" w:space="0" w:color="000000"/>
              <w:bottom w:val="single" w:sz="6" w:space="0" w:color="000000"/>
              <w:right w:val="single" w:sz="6" w:space="0" w:color="000000"/>
            </w:tcBorders>
            <w:hideMark/>
          </w:tcPr>
          <w:p w14:paraId="291133F3" w14:textId="77777777" w:rsidR="001E67D3" w:rsidRPr="00BD1144" w:rsidRDefault="001E67D3" w:rsidP="00721186">
            <w:pPr>
              <w:pStyle w:val="NormalWeb"/>
              <w:spacing w:before="0" w:beforeAutospacing="0" w:after="0" w:afterAutospacing="0"/>
              <w:ind w:left="17"/>
              <w:rPr>
                <w:rFonts w:asciiTheme="minorHAnsi" w:hAnsiTheme="minorHAnsi"/>
                <w:b w:val="0"/>
                <w:sz w:val="22"/>
                <w:szCs w:val="22"/>
              </w:rPr>
            </w:pPr>
            <w:r w:rsidRPr="00BD1144">
              <w:rPr>
                <w:rFonts w:asciiTheme="minorHAnsi" w:hAnsiTheme="minorHAnsi"/>
                <w:b w:val="0"/>
                <w:sz w:val="22"/>
                <w:szCs w:val="22"/>
              </w:rPr>
              <w:t>Dr. Öğr. Üyesi Ahmet Emre DERİNKÖK</w:t>
            </w:r>
          </w:p>
        </w:tc>
        <w:tc>
          <w:tcPr>
            <w:tcW w:w="4536" w:type="dxa"/>
            <w:tcBorders>
              <w:top w:val="nil"/>
              <w:left w:val="nil"/>
              <w:bottom w:val="single" w:sz="6" w:space="0" w:color="000000"/>
              <w:right w:val="single" w:sz="6" w:space="0" w:color="000000"/>
            </w:tcBorders>
            <w:vAlign w:val="center"/>
            <w:hideMark/>
          </w:tcPr>
          <w:p w14:paraId="1402C4D3" w14:textId="77777777" w:rsidR="001E67D3" w:rsidRPr="00721186" w:rsidRDefault="001E67D3" w:rsidP="00721186">
            <w:pPr>
              <w:pStyle w:val="NormalWeb"/>
              <w:spacing w:before="0" w:beforeAutospacing="0" w:after="0" w:afterAutospacing="0"/>
              <w:ind w:left="17" w:right="15"/>
              <w:jc w:val="center"/>
              <w:rPr>
                <w:rFonts w:asciiTheme="minorHAnsi" w:hAnsiTheme="minorHAnsi"/>
                <w:b w:val="0"/>
                <w:sz w:val="22"/>
                <w:szCs w:val="22"/>
              </w:rPr>
            </w:pPr>
            <w:r w:rsidRPr="00721186">
              <w:rPr>
                <w:rFonts w:asciiTheme="minorHAnsi" w:hAnsiTheme="minorHAnsi"/>
                <w:b w:val="0"/>
                <w:sz w:val="22"/>
                <w:szCs w:val="22"/>
              </w:rPr>
              <w:t>Üye</w:t>
            </w:r>
          </w:p>
        </w:tc>
      </w:tr>
      <w:tr w:rsidR="001E67D3" w:rsidRPr="002F4A7E" w14:paraId="2C4E8932" w14:textId="77777777" w:rsidTr="00721186">
        <w:trPr>
          <w:trHeight w:val="20"/>
        </w:trPr>
        <w:tc>
          <w:tcPr>
            <w:tcW w:w="4095" w:type="dxa"/>
            <w:tcBorders>
              <w:top w:val="nil"/>
              <w:left w:val="double" w:sz="2" w:space="0" w:color="000000"/>
              <w:bottom w:val="single" w:sz="6" w:space="0" w:color="000000"/>
              <w:right w:val="single" w:sz="6" w:space="0" w:color="000000"/>
            </w:tcBorders>
            <w:hideMark/>
          </w:tcPr>
          <w:p w14:paraId="0E426E9E" w14:textId="77777777" w:rsidR="001E67D3" w:rsidRPr="00BD1144" w:rsidRDefault="001E67D3" w:rsidP="00721186">
            <w:pPr>
              <w:pStyle w:val="NormalWeb"/>
              <w:spacing w:before="0" w:beforeAutospacing="0" w:after="0" w:afterAutospacing="0"/>
              <w:ind w:left="17"/>
              <w:rPr>
                <w:rFonts w:asciiTheme="minorHAnsi" w:hAnsiTheme="minorHAnsi"/>
                <w:b w:val="0"/>
                <w:sz w:val="22"/>
                <w:szCs w:val="22"/>
              </w:rPr>
            </w:pPr>
            <w:r w:rsidRPr="00BD1144">
              <w:rPr>
                <w:rFonts w:asciiTheme="minorHAnsi" w:hAnsiTheme="minorHAnsi"/>
                <w:b w:val="0"/>
                <w:sz w:val="22"/>
                <w:szCs w:val="22"/>
              </w:rPr>
              <w:t>Öğr. Gör. Suat KULUŞAKLI</w:t>
            </w:r>
          </w:p>
        </w:tc>
        <w:tc>
          <w:tcPr>
            <w:tcW w:w="4536" w:type="dxa"/>
            <w:tcBorders>
              <w:top w:val="nil"/>
              <w:left w:val="nil"/>
              <w:bottom w:val="single" w:sz="6" w:space="0" w:color="000000"/>
              <w:right w:val="single" w:sz="6" w:space="0" w:color="000000"/>
            </w:tcBorders>
            <w:vAlign w:val="center"/>
            <w:hideMark/>
          </w:tcPr>
          <w:p w14:paraId="259A5228" w14:textId="77777777" w:rsidR="001E67D3" w:rsidRPr="00721186" w:rsidRDefault="001E67D3" w:rsidP="00721186">
            <w:pPr>
              <w:pStyle w:val="NormalWeb"/>
              <w:spacing w:before="0" w:beforeAutospacing="0" w:after="0" w:afterAutospacing="0"/>
              <w:ind w:left="17" w:right="15"/>
              <w:jc w:val="center"/>
              <w:rPr>
                <w:rFonts w:asciiTheme="minorHAnsi" w:hAnsiTheme="minorHAnsi"/>
                <w:b w:val="0"/>
                <w:sz w:val="22"/>
                <w:szCs w:val="22"/>
              </w:rPr>
            </w:pPr>
            <w:r w:rsidRPr="00721186">
              <w:rPr>
                <w:rFonts w:asciiTheme="minorHAnsi" w:hAnsiTheme="minorHAnsi"/>
                <w:b w:val="0"/>
                <w:sz w:val="22"/>
                <w:szCs w:val="22"/>
              </w:rPr>
              <w:t>Üye</w:t>
            </w:r>
          </w:p>
        </w:tc>
      </w:tr>
    </w:tbl>
    <w:p w14:paraId="5BF213A3"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lastRenderedPageBreak/>
        <w:t> </w:t>
      </w:r>
    </w:p>
    <w:tbl>
      <w:tblPr>
        <w:tblW w:w="8631" w:type="dxa"/>
        <w:tblInd w:w="150" w:type="dxa"/>
        <w:tblCellMar>
          <w:left w:w="0" w:type="dxa"/>
          <w:right w:w="0" w:type="dxa"/>
        </w:tblCellMar>
        <w:tblLook w:val="04A0" w:firstRow="1" w:lastRow="0" w:firstColumn="1" w:lastColumn="0" w:noHBand="0" w:noVBand="1"/>
      </w:tblPr>
      <w:tblGrid>
        <w:gridCol w:w="6363"/>
        <w:gridCol w:w="2268"/>
      </w:tblGrid>
      <w:tr w:rsidR="00472472" w:rsidRPr="00472472" w14:paraId="16B45B54" w14:textId="77777777" w:rsidTr="00472472">
        <w:trPr>
          <w:trHeight w:val="20"/>
        </w:trPr>
        <w:tc>
          <w:tcPr>
            <w:tcW w:w="8631"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70E83133" w14:textId="77777777" w:rsidR="001E67D3" w:rsidRPr="00472472" w:rsidRDefault="001E67D3" w:rsidP="00472472">
            <w:pPr>
              <w:pStyle w:val="NormalWeb"/>
              <w:spacing w:before="0" w:beforeAutospacing="0" w:after="0" w:afterAutospacing="0"/>
              <w:ind w:left="17"/>
              <w:jc w:val="center"/>
              <w:rPr>
                <w:rFonts w:asciiTheme="minorHAnsi" w:hAnsiTheme="minorHAnsi"/>
                <w:b w:val="0"/>
                <w:sz w:val="22"/>
                <w:szCs w:val="22"/>
              </w:rPr>
            </w:pPr>
            <w:r w:rsidRPr="00472472">
              <w:rPr>
                <w:rStyle w:val="Gl"/>
                <w:rFonts w:asciiTheme="minorHAnsi" w:hAnsiTheme="minorHAnsi"/>
                <w:b/>
                <w:sz w:val="22"/>
                <w:szCs w:val="22"/>
              </w:rPr>
              <w:t>DEĞER TESPİT KOMİSYONU</w:t>
            </w:r>
          </w:p>
        </w:tc>
      </w:tr>
      <w:tr w:rsidR="00472472" w:rsidRPr="00472472" w14:paraId="678CDFA0" w14:textId="77777777" w:rsidTr="00472472">
        <w:trPr>
          <w:trHeight w:val="20"/>
        </w:trPr>
        <w:tc>
          <w:tcPr>
            <w:tcW w:w="6363" w:type="dxa"/>
            <w:tcBorders>
              <w:top w:val="nil"/>
              <w:left w:val="double" w:sz="2" w:space="0" w:color="000000"/>
              <w:bottom w:val="single" w:sz="6" w:space="0" w:color="000000"/>
              <w:right w:val="single" w:sz="6" w:space="0" w:color="000000"/>
            </w:tcBorders>
            <w:hideMark/>
          </w:tcPr>
          <w:p w14:paraId="20206B47" w14:textId="77777777" w:rsidR="001E67D3" w:rsidRPr="00472472" w:rsidRDefault="001E67D3" w:rsidP="00472472">
            <w:pPr>
              <w:pStyle w:val="NormalWeb"/>
              <w:spacing w:before="0" w:beforeAutospacing="0" w:after="0" w:afterAutospacing="0"/>
              <w:ind w:left="17"/>
              <w:jc w:val="center"/>
              <w:rPr>
                <w:rFonts w:asciiTheme="minorHAnsi" w:hAnsiTheme="minorHAnsi"/>
                <w:b w:val="0"/>
                <w:sz w:val="22"/>
                <w:szCs w:val="22"/>
              </w:rPr>
            </w:pPr>
            <w:r w:rsidRPr="00472472">
              <w:rPr>
                <w:rStyle w:val="Gl"/>
                <w:rFonts w:asciiTheme="minorHAnsi" w:hAnsiTheme="minorHAnsi"/>
                <w:b/>
                <w:sz w:val="22"/>
                <w:szCs w:val="22"/>
              </w:rPr>
              <w:t>ADI SOYADI</w:t>
            </w:r>
          </w:p>
        </w:tc>
        <w:tc>
          <w:tcPr>
            <w:tcW w:w="2268" w:type="dxa"/>
            <w:tcBorders>
              <w:top w:val="nil"/>
              <w:left w:val="nil"/>
              <w:bottom w:val="single" w:sz="6" w:space="0" w:color="000000"/>
              <w:right w:val="single" w:sz="6" w:space="0" w:color="000000"/>
            </w:tcBorders>
            <w:vAlign w:val="center"/>
            <w:hideMark/>
          </w:tcPr>
          <w:p w14:paraId="16C03A65" w14:textId="77777777" w:rsidR="001E67D3" w:rsidRPr="00472472" w:rsidRDefault="001E67D3" w:rsidP="00472472">
            <w:pPr>
              <w:pStyle w:val="NormalWeb"/>
              <w:spacing w:before="0" w:beforeAutospacing="0" w:after="0" w:afterAutospacing="0"/>
              <w:ind w:left="17"/>
              <w:jc w:val="center"/>
              <w:rPr>
                <w:rFonts w:asciiTheme="minorHAnsi" w:hAnsiTheme="minorHAnsi"/>
                <w:b w:val="0"/>
                <w:sz w:val="22"/>
                <w:szCs w:val="22"/>
              </w:rPr>
            </w:pPr>
            <w:r w:rsidRPr="00472472">
              <w:rPr>
                <w:rStyle w:val="Gl"/>
                <w:rFonts w:asciiTheme="minorHAnsi" w:hAnsiTheme="minorHAnsi"/>
                <w:b/>
                <w:sz w:val="22"/>
                <w:szCs w:val="22"/>
              </w:rPr>
              <w:t>GÖREVİ</w:t>
            </w:r>
          </w:p>
        </w:tc>
      </w:tr>
      <w:tr w:rsidR="00472472" w:rsidRPr="00472472" w14:paraId="58C4A553" w14:textId="77777777" w:rsidTr="00472472">
        <w:trPr>
          <w:trHeight w:val="20"/>
        </w:trPr>
        <w:tc>
          <w:tcPr>
            <w:tcW w:w="6363" w:type="dxa"/>
            <w:tcBorders>
              <w:top w:val="nil"/>
              <w:left w:val="double" w:sz="2" w:space="0" w:color="000000"/>
              <w:bottom w:val="single" w:sz="6" w:space="0" w:color="000000"/>
              <w:right w:val="single" w:sz="6" w:space="0" w:color="000000"/>
            </w:tcBorders>
            <w:vAlign w:val="center"/>
            <w:hideMark/>
          </w:tcPr>
          <w:p w14:paraId="226BDA0A" w14:textId="77777777" w:rsidR="001E67D3" w:rsidRPr="00472472" w:rsidRDefault="001E67D3" w:rsidP="00472472">
            <w:pPr>
              <w:pStyle w:val="NormalWeb"/>
              <w:spacing w:before="0" w:beforeAutospacing="0" w:after="0" w:afterAutospacing="0"/>
              <w:ind w:left="17"/>
              <w:rPr>
                <w:rFonts w:asciiTheme="minorHAnsi" w:hAnsiTheme="minorHAnsi"/>
                <w:b w:val="0"/>
                <w:sz w:val="22"/>
                <w:szCs w:val="22"/>
              </w:rPr>
            </w:pPr>
            <w:r w:rsidRPr="00472472">
              <w:rPr>
                <w:rFonts w:asciiTheme="minorHAnsi" w:hAnsiTheme="minorHAnsi"/>
                <w:b w:val="0"/>
                <w:sz w:val="22"/>
                <w:szCs w:val="22"/>
              </w:rPr>
              <w:t>Öğr. Gör. Ünalcan KUTAL</w:t>
            </w:r>
          </w:p>
        </w:tc>
        <w:tc>
          <w:tcPr>
            <w:tcW w:w="2268" w:type="dxa"/>
            <w:tcBorders>
              <w:top w:val="nil"/>
              <w:left w:val="nil"/>
              <w:bottom w:val="single" w:sz="6" w:space="0" w:color="000000"/>
              <w:right w:val="single" w:sz="6" w:space="0" w:color="000000"/>
            </w:tcBorders>
            <w:vAlign w:val="center"/>
            <w:hideMark/>
          </w:tcPr>
          <w:p w14:paraId="1E986E1A" w14:textId="77777777" w:rsidR="001E67D3" w:rsidRPr="00472472" w:rsidRDefault="001E67D3" w:rsidP="00472472">
            <w:pPr>
              <w:pStyle w:val="NormalWeb"/>
              <w:spacing w:before="0" w:beforeAutospacing="0" w:after="0" w:afterAutospacing="0"/>
              <w:ind w:left="17"/>
              <w:jc w:val="center"/>
              <w:rPr>
                <w:rFonts w:asciiTheme="minorHAnsi" w:hAnsiTheme="minorHAnsi"/>
                <w:sz w:val="22"/>
                <w:szCs w:val="22"/>
              </w:rPr>
            </w:pPr>
            <w:r w:rsidRPr="00472472">
              <w:rPr>
                <w:rStyle w:val="Gl"/>
                <w:rFonts w:asciiTheme="minorHAnsi" w:hAnsiTheme="minorHAnsi"/>
                <w:sz w:val="22"/>
                <w:szCs w:val="22"/>
              </w:rPr>
              <w:t>Başkan</w:t>
            </w:r>
          </w:p>
        </w:tc>
      </w:tr>
      <w:tr w:rsidR="00472472" w:rsidRPr="00472472" w14:paraId="585212D6" w14:textId="77777777" w:rsidTr="00472472">
        <w:trPr>
          <w:trHeight w:val="20"/>
        </w:trPr>
        <w:tc>
          <w:tcPr>
            <w:tcW w:w="6363" w:type="dxa"/>
            <w:tcBorders>
              <w:top w:val="nil"/>
              <w:left w:val="double" w:sz="2" w:space="0" w:color="000000"/>
              <w:bottom w:val="single" w:sz="6" w:space="0" w:color="000000"/>
              <w:right w:val="single" w:sz="6" w:space="0" w:color="000000"/>
            </w:tcBorders>
            <w:vAlign w:val="center"/>
            <w:hideMark/>
          </w:tcPr>
          <w:p w14:paraId="0B073EBE" w14:textId="77777777" w:rsidR="001E67D3" w:rsidRPr="00472472" w:rsidRDefault="001E67D3" w:rsidP="00472472">
            <w:pPr>
              <w:pStyle w:val="NormalWeb"/>
              <w:spacing w:before="0" w:beforeAutospacing="0" w:after="0" w:afterAutospacing="0"/>
              <w:ind w:left="17"/>
              <w:rPr>
                <w:rFonts w:asciiTheme="minorHAnsi" w:hAnsiTheme="minorHAnsi"/>
                <w:b w:val="0"/>
                <w:sz w:val="22"/>
                <w:szCs w:val="22"/>
              </w:rPr>
            </w:pPr>
            <w:r w:rsidRPr="00472472">
              <w:rPr>
                <w:rFonts w:asciiTheme="minorHAnsi" w:hAnsiTheme="minorHAnsi"/>
                <w:b w:val="0"/>
                <w:sz w:val="22"/>
                <w:szCs w:val="22"/>
              </w:rPr>
              <w:t>Dr. Öğr. Üyesi Ahmet Emre DERİNKÖK (Taşınır Kontrol Yetkilisi)</w:t>
            </w:r>
          </w:p>
        </w:tc>
        <w:tc>
          <w:tcPr>
            <w:tcW w:w="2268" w:type="dxa"/>
            <w:tcBorders>
              <w:top w:val="nil"/>
              <w:left w:val="nil"/>
              <w:bottom w:val="single" w:sz="6" w:space="0" w:color="000000"/>
              <w:right w:val="single" w:sz="6" w:space="0" w:color="000000"/>
            </w:tcBorders>
            <w:vAlign w:val="center"/>
            <w:hideMark/>
          </w:tcPr>
          <w:p w14:paraId="2FFEAD7B" w14:textId="77777777" w:rsidR="001E67D3" w:rsidRPr="00472472" w:rsidRDefault="001E67D3" w:rsidP="00472472">
            <w:pPr>
              <w:pStyle w:val="NormalWeb"/>
              <w:spacing w:before="0" w:beforeAutospacing="0" w:after="0" w:afterAutospacing="0"/>
              <w:ind w:left="17"/>
              <w:jc w:val="center"/>
              <w:rPr>
                <w:rFonts w:asciiTheme="minorHAnsi" w:hAnsiTheme="minorHAnsi"/>
                <w:b w:val="0"/>
                <w:sz w:val="22"/>
                <w:szCs w:val="22"/>
              </w:rPr>
            </w:pPr>
            <w:r w:rsidRPr="00472472">
              <w:rPr>
                <w:rFonts w:asciiTheme="minorHAnsi" w:hAnsiTheme="minorHAnsi"/>
                <w:b w:val="0"/>
                <w:sz w:val="22"/>
                <w:szCs w:val="22"/>
              </w:rPr>
              <w:t>Üye</w:t>
            </w:r>
          </w:p>
        </w:tc>
      </w:tr>
      <w:tr w:rsidR="00472472" w:rsidRPr="00472472" w14:paraId="1CFD2B7A" w14:textId="77777777" w:rsidTr="00472472">
        <w:trPr>
          <w:trHeight w:val="20"/>
        </w:trPr>
        <w:tc>
          <w:tcPr>
            <w:tcW w:w="6363" w:type="dxa"/>
            <w:tcBorders>
              <w:top w:val="nil"/>
              <w:left w:val="double" w:sz="2" w:space="0" w:color="000000"/>
              <w:bottom w:val="single" w:sz="6" w:space="0" w:color="000000"/>
              <w:right w:val="single" w:sz="6" w:space="0" w:color="000000"/>
            </w:tcBorders>
            <w:vAlign w:val="center"/>
            <w:hideMark/>
          </w:tcPr>
          <w:p w14:paraId="5FA97CB3" w14:textId="77777777" w:rsidR="001E67D3" w:rsidRPr="00472472" w:rsidRDefault="001E67D3" w:rsidP="00472472">
            <w:pPr>
              <w:pStyle w:val="NormalWeb"/>
              <w:spacing w:before="0" w:beforeAutospacing="0" w:after="0" w:afterAutospacing="0"/>
              <w:ind w:left="17"/>
              <w:rPr>
                <w:rFonts w:asciiTheme="minorHAnsi" w:hAnsiTheme="minorHAnsi"/>
                <w:b w:val="0"/>
                <w:sz w:val="22"/>
                <w:szCs w:val="22"/>
              </w:rPr>
            </w:pPr>
            <w:r w:rsidRPr="00472472">
              <w:rPr>
                <w:rFonts w:asciiTheme="minorHAnsi" w:hAnsiTheme="minorHAnsi"/>
                <w:b w:val="0"/>
                <w:sz w:val="22"/>
                <w:szCs w:val="22"/>
              </w:rPr>
              <w:t>Hüseyin ERSEVER (Taşınır Kayıt Yetkilisi)</w:t>
            </w:r>
          </w:p>
        </w:tc>
        <w:tc>
          <w:tcPr>
            <w:tcW w:w="2268" w:type="dxa"/>
            <w:tcBorders>
              <w:top w:val="nil"/>
              <w:left w:val="nil"/>
              <w:bottom w:val="single" w:sz="6" w:space="0" w:color="000000"/>
              <w:right w:val="single" w:sz="6" w:space="0" w:color="000000"/>
            </w:tcBorders>
            <w:vAlign w:val="center"/>
            <w:hideMark/>
          </w:tcPr>
          <w:p w14:paraId="0421BA85" w14:textId="77777777" w:rsidR="001E67D3" w:rsidRPr="00472472" w:rsidRDefault="001E67D3" w:rsidP="00472472">
            <w:pPr>
              <w:pStyle w:val="NormalWeb"/>
              <w:spacing w:before="0" w:beforeAutospacing="0" w:after="0" w:afterAutospacing="0"/>
              <w:ind w:left="17"/>
              <w:jc w:val="center"/>
              <w:rPr>
                <w:rFonts w:asciiTheme="minorHAnsi" w:hAnsiTheme="minorHAnsi"/>
                <w:b w:val="0"/>
                <w:sz w:val="22"/>
                <w:szCs w:val="22"/>
              </w:rPr>
            </w:pPr>
            <w:r w:rsidRPr="00472472">
              <w:rPr>
                <w:rFonts w:asciiTheme="minorHAnsi" w:hAnsiTheme="minorHAnsi"/>
                <w:b w:val="0"/>
                <w:sz w:val="22"/>
                <w:szCs w:val="22"/>
              </w:rPr>
              <w:t>Üye</w:t>
            </w:r>
          </w:p>
        </w:tc>
      </w:tr>
      <w:tr w:rsidR="00472472" w:rsidRPr="00472472" w14:paraId="7DD0100E" w14:textId="77777777" w:rsidTr="00472472">
        <w:trPr>
          <w:trHeight w:val="20"/>
        </w:trPr>
        <w:tc>
          <w:tcPr>
            <w:tcW w:w="6363" w:type="dxa"/>
            <w:tcBorders>
              <w:top w:val="nil"/>
              <w:left w:val="double" w:sz="2" w:space="0" w:color="000000"/>
              <w:bottom w:val="single" w:sz="6" w:space="0" w:color="000000"/>
              <w:right w:val="single" w:sz="6" w:space="0" w:color="000000"/>
            </w:tcBorders>
            <w:vAlign w:val="center"/>
            <w:hideMark/>
          </w:tcPr>
          <w:p w14:paraId="3779B2C6" w14:textId="77777777" w:rsidR="001E67D3" w:rsidRPr="00472472" w:rsidRDefault="001E67D3" w:rsidP="00472472">
            <w:pPr>
              <w:pStyle w:val="NormalWeb"/>
              <w:spacing w:before="0" w:beforeAutospacing="0" w:after="0" w:afterAutospacing="0"/>
              <w:ind w:left="17"/>
              <w:rPr>
                <w:rFonts w:asciiTheme="minorHAnsi" w:hAnsiTheme="minorHAnsi"/>
                <w:b w:val="0"/>
                <w:sz w:val="22"/>
                <w:szCs w:val="22"/>
              </w:rPr>
            </w:pPr>
            <w:r w:rsidRPr="00472472">
              <w:rPr>
                <w:rFonts w:asciiTheme="minorHAnsi" w:hAnsiTheme="minorHAnsi"/>
                <w:b w:val="0"/>
                <w:sz w:val="22"/>
                <w:szCs w:val="22"/>
              </w:rPr>
              <w:t>Nezahat ÇÖKMEZ (Kütüphane Sorumlusu)</w:t>
            </w:r>
          </w:p>
        </w:tc>
        <w:tc>
          <w:tcPr>
            <w:tcW w:w="2268" w:type="dxa"/>
            <w:tcBorders>
              <w:top w:val="nil"/>
              <w:left w:val="nil"/>
              <w:bottom w:val="single" w:sz="6" w:space="0" w:color="000000"/>
              <w:right w:val="single" w:sz="6" w:space="0" w:color="000000"/>
            </w:tcBorders>
            <w:vAlign w:val="center"/>
            <w:hideMark/>
          </w:tcPr>
          <w:p w14:paraId="52CC2C65" w14:textId="77777777" w:rsidR="001E67D3" w:rsidRPr="00472472" w:rsidRDefault="001E67D3" w:rsidP="00472472">
            <w:pPr>
              <w:pStyle w:val="NormalWeb"/>
              <w:spacing w:before="0" w:beforeAutospacing="0" w:after="0" w:afterAutospacing="0"/>
              <w:ind w:left="17" w:right="15"/>
              <w:jc w:val="center"/>
              <w:rPr>
                <w:rFonts w:asciiTheme="minorHAnsi" w:hAnsiTheme="minorHAnsi"/>
                <w:b w:val="0"/>
                <w:sz w:val="22"/>
                <w:szCs w:val="22"/>
              </w:rPr>
            </w:pPr>
            <w:r w:rsidRPr="00472472">
              <w:rPr>
                <w:rFonts w:asciiTheme="minorHAnsi" w:hAnsiTheme="minorHAnsi"/>
                <w:b w:val="0"/>
                <w:sz w:val="22"/>
                <w:szCs w:val="22"/>
              </w:rPr>
              <w:t>Üye</w:t>
            </w:r>
          </w:p>
        </w:tc>
      </w:tr>
    </w:tbl>
    <w:p w14:paraId="3204E279"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631" w:type="dxa"/>
        <w:tblInd w:w="150" w:type="dxa"/>
        <w:tblCellMar>
          <w:left w:w="0" w:type="dxa"/>
          <w:right w:w="0" w:type="dxa"/>
        </w:tblCellMar>
        <w:tblLook w:val="04A0" w:firstRow="1" w:lastRow="0" w:firstColumn="1" w:lastColumn="0" w:noHBand="0" w:noVBand="1"/>
      </w:tblPr>
      <w:tblGrid>
        <w:gridCol w:w="4237"/>
        <w:gridCol w:w="4394"/>
      </w:tblGrid>
      <w:tr w:rsidR="001E67D3" w:rsidRPr="00694E54" w14:paraId="0919B5EE" w14:textId="77777777" w:rsidTr="00A0496F">
        <w:trPr>
          <w:trHeight w:val="20"/>
        </w:trPr>
        <w:tc>
          <w:tcPr>
            <w:tcW w:w="8631" w:type="dxa"/>
            <w:gridSpan w:val="2"/>
            <w:tcBorders>
              <w:top w:val="single" w:sz="6" w:space="0" w:color="000000"/>
              <w:left w:val="single" w:sz="6" w:space="0" w:color="000000"/>
              <w:bottom w:val="single" w:sz="6" w:space="0" w:color="000000"/>
              <w:right w:val="single" w:sz="6" w:space="0" w:color="000000"/>
            </w:tcBorders>
            <w:shd w:val="clear" w:color="auto" w:fill="EBEBEB"/>
            <w:vAlign w:val="center"/>
            <w:hideMark/>
          </w:tcPr>
          <w:p w14:paraId="0070F954" w14:textId="77777777" w:rsidR="001E67D3" w:rsidRPr="00A0496F" w:rsidRDefault="001E67D3" w:rsidP="00694E54">
            <w:pPr>
              <w:pStyle w:val="NormalWeb"/>
              <w:spacing w:before="0" w:beforeAutospacing="0" w:after="0" w:afterAutospacing="0"/>
              <w:ind w:left="17"/>
              <w:jc w:val="center"/>
              <w:rPr>
                <w:rFonts w:asciiTheme="minorHAnsi" w:hAnsiTheme="minorHAnsi"/>
                <w:b w:val="0"/>
                <w:sz w:val="22"/>
                <w:szCs w:val="22"/>
              </w:rPr>
            </w:pPr>
            <w:r w:rsidRPr="00A0496F">
              <w:rPr>
                <w:rStyle w:val="Gl"/>
                <w:rFonts w:asciiTheme="minorHAnsi" w:hAnsiTheme="minorHAnsi"/>
                <w:b/>
                <w:sz w:val="22"/>
                <w:szCs w:val="22"/>
              </w:rPr>
              <w:t>DERS VE SINAV PROGRAMLARI KOMİSYONU</w:t>
            </w:r>
          </w:p>
        </w:tc>
      </w:tr>
      <w:tr w:rsidR="001E67D3" w:rsidRPr="00694E54" w14:paraId="66E5BA23" w14:textId="77777777" w:rsidTr="00A0496F">
        <w:trPr>
          <w:trHeight w:val="20"/>
        </w:trPr>
        <w:tc>
          <w:tcPr>
            <w:tcW w:w="4237" w:type="dxa"/>
            <w:tcBorders>
              <w:top w:val="nil"/>
              <w:left w:val="double" w:sz="2" w:space="0" w:color="000000"/>
              <w:bottom w:val="single" w:sz="6" w:space="0" w:color="000000"/>
              <w:right w:val="single" w:sz="6" w:space="0" w:color="000000"/>
            </w:tcBorders>
            <w:vAlign w:val="center"/>
            <w:hideMark/>
          </w:tcPr>
          <w:p w14:paraId="3A651798" w14:textId="77777777" w:rsidR="001E67D3" w:rsidRPr="00A0496F" w:rsidRDefault="001E67D3" w:rsidP="00694E54">
            <w:pPr>
              <w:pStyle w:val="NormalWeb"/>
              <w:spacing w:before="0" w:beforeAutospacing="0" w:after="0" w:afterAutospacing="0"/>
              <w:ind w:left="17"/>
              <w:jc w:val="center"/>
              <w:rPr>
                <w:rFonts w:asciiTheme="minorHAnsi" w:hAnsiTheme="minorHAnsi"/>
                <w:b w:val="0"/>
                <w:sz w:val="22"/>
                <w:szCs w:val="22"/>
              </w:rPr>
            </w:pPr>
            <w:r w:rsidRPr="00A0496F">
              <w:rPr>
                <w:rStyle w:val="Gl"/>
                <w:rFonts w:asciiTheme="minorHAnsi" w:hAnsiTheme="minorHAnsi"/>
                <w:b/>
                <w:sz w:val="22"/>
                <w:szCs w:val="22"/>
              </w:rPr>
              <w:t>ADI SOYADI</w:t>
            </w:r>
          </w:p>
        </w:tc>
        <w:tc>
          <w:tcPr>
            <w:tcW w:w="4394" w:type="dxa"/>
            <w:tcBorders>
              <w:top w:val="nil"/>
              <w:left w:val="nil"/>
              <w:bottom w:val="single" w:sz="6" w:space="0" w:color="000000"/>
              <w:right w:val="single" w:sz="6" w:space="0" w:color="000000"/>
            </w:tcBorders>
            <w:vAlign w:val="center"/>
            <w:hideMark/>
          </w:tcPr>
          <w:p w14:paraId="53470709" w14:textId="77777777" w:rsidR="001E67D3" w:rsidRPr="00A0496F" w:rsidRDefault="001E67D3" w:rsidP="00694E54">
            <w:pPr>
              <w:pStyle w:val="NormalWeb"/>
              <w:spacing w:before="0" w:beforeAutospacing="0" w:after="0" w:afterAutospacing="0"/>
              <w:ind w:left="17"/>
              <w:jc w:val="center"/>
              <w:rPr>
                <w:rFonts w:asciiTheme="minorHAnsi" w:hAnsiTheme="minorHAnsi"/>
                <w:b w:val="0"/>
                <w:sz w:val="22"/>
                <w:szCs w:val="22"/>
              </w:rPr>
            </w:pPr>
            <w:r w:rsidRPr="00A0496F">
              <w:rPr>
                <w:rStyle w:val="Gl"/>
                <w:rFonts w:asciiTheme="minorHAnsi" w:hAnsiTheme="minorHAnsi"/>
                <w:b/>
                <w:sz w:val="22"/>
                <w:szCs w:val="22"/>
              </w:rPr>
              <w:t>GÖREVİ</w:t>
            </w:r>
          </w:p>
        </w:tc>
      </w:tr>
      <w:tr w:rsidR="001E67D3" w:rsidRPr="00694E54" w14:paraId="27773767" w14:textId="77777777" w:rsidTr="00A0496F">
        <w:trPr>
          <w:trHeight w:val="20"/>
        </w:trPr>
        <w:tc>
          <w:tcPr>
            <w:tcW w:w="4237" w:type="dxa"/>
            <w:tcBorders>
              <w:top w:val="nil"/>
              <w:left w:val="double" w:sz="2" w:space="0" w:color="000000"/>
              <w:bottom w:val="single" w:sz="6" w:space="0" w:color="000000"/>
              <w:right w:val="single" w:sz="6" w:space="0" w:color="000000"/>
            </w:tcBorders>
            <w:vAlign w:val="center"/>
            <w:hideMark/>
          </w:tcPr>
          <w:p w14:paraId="1622B0B3" w14:textId="77777777" w:rsidR="001E67D3" w:rsidRPr="00694E54" w:rsidRDefault="001E67D3" w:rsidP="00694E54">
            <w:pPr>
              <w:pStyle w:val="NormalWeb"/>
              <w:spacing w:before="0" w:beforeAutospacing="0" w:after="0" w:afterAutospacing="0"/>
              <w:ind w:left="17"/>
              <w:rPr>
                <w:rFonts w:asciiTheme="minorHAnsi" w:hAnsiTheme="minorHAnsi"/>
                <w:b w:val="0"/>
                <w:sz w:val="22"/>
                <w:szCs w:val="22"/>
              </w:rPr>
            </w:pPr>
            <w:r w:rsidRPr="00694E54">
              <w:rPr>
                <w:rFonts w:asciiTheme="minorHAnsi" w:hAnsiTheme="minorHAnsi"/>
                <w:b w:val="0"/>
                <w:sz w:val="22"/>
                <w:szCs w:val="22"/>
              </w:rPr>
              <w:t>Dr. Öğr. Üyesi Ahmet Emre DERİNKÖK</w:t>
            </w:r>
          </w:p>
        </w:tc>
        <w:tc>
          <w:tcPr>
            <w:tcW w:w="4394" w:type="dxa"/>
            <w:tcBorders>
              <w:top w:val="nil"/>
              <w:left w:val="nil"/>
              <w:bottom w:val="single" w:sz="6" w:space="0" w:color="000000"/>
              <w:right w:val="single" w:sz="6" w:space="0" w:color="000000"/>
            </w:tcBorders>
            <w:vAlign w:val="center"/>
            <w:hideMark/>
          </w:tcPr>
          <w:p w14:paraId="4BE190A7" w14:textId="77777777" w:rsidR="001E67D3" w:rsidRPr="00694E54" w:rsidRDefault="001E67D3" w:rsidP="00694E54">
            <w:pPr>
              <w:pStyle w:val="NormalWeb"/>
              <w:spacing w:before="0" w:beforeAutospacing="0" w:after="0" w:afterAutospacing="0"/>
              <w:ind w:left="17"/>
              <w:jc w:val="center"/>
              <w:rPr>
                <w:rFonts w:asciiTheme="minorHAnsi" w:hAnsiTheme="minorHAnsi"/>
                <w:b w:val="0"/>
                <w:sz w:val="22"/>
                <w:szCs w:val="22"/>
              </w:rPr>
            </w:pPr>
            <w:r w:rsidRPr="00694E54">
              <w:rPr>
                <w:rStyle w:val="Gl"/>
                <w:rFonts w:asciiTheme="minorHAnsi" w:hAnsiTheme="minorHAnsi"/>
                <w:sz w:val="22"/>
                <w:szCs w:val="22"/>
              </w:rPr>
              <w:t>Başkan</w:t>
            </w:r>
          </w:p>
        </w:tc>
      </w:tr>
      <w:tr w:rsidR="001E67D3" w:rsidRPr="00694E54" w14:paraId="7BF990CA" w14:textId="77777777" w:rsidTr="00A0496F">
        <w:trPr>
          <w:trHeight w:val="20"/>
        </w:trPr>
        <w:tc>
          <w:tcPr>
            <w:tcW w:w="4237" w:type="dxa"/>
            <w:tcBorders>
              <w:top w:val="nil"/>
              <w:left w:val="double" w:sz="2" w:space="0" w:color="000000"/>
              <w:bottom w:val="single" w:sz="6" w:space="0" w:color="000000"/>
              <w:right w:val="single" w:sz="6" w:space="0" w:color="000000"/>
            </w:tcBorders>
            <w:vAlign w:val="center"/>
            <w:hideMark/>
          </w:tcPr>
          <w:p w14:paraId="23953101" w14:textId="77777777" w:rsidR="001E67D3" w:rsidRPr="00694E54" w:rsidRDefault="001E67D3" w:rsidP="00694E54">
            <w:pPr>
              <w:pStyle w:val="NormalWeb"/>
              <w:spacing w:before="0" w:beforeAutospacing="0" w:after="0" w:afterAutospacing="0"/>
              <w:ind w:left="17"/>
              <w:rPr>
                <w:rFonts w:asciiTheme="minorHAnsi" w:hAnsiTheme="minorHAnsi"/>
                <w:b w:val="0"/>
                <w:sz w:val="22"/>
                <w:szCs w:val="22"/>
              </w:rPr>
            </w:pPr>
            <w:r w:rsidRPr="00694E54">
              <w:rPr>
                <w:rFonts w:asciiTheme="minorHAnsi" w:hAnsiTheme="minorHAnsi"/>
                <w:b w:val="0"/>
                <w:sz w:val="22"/>
                <w:szCs w:val="22"/>
              </w:rPr>
              <w:t>Öğr. Gör. Hüseyin DENİZ</w:t>
            </w:r>
          </w:p>
        </w:tc>
        <w:tc>
          <w:tcPr>
            <w:tcW w:w="4394" w:type="dxa"/>
            <w:tcBorders>
              <w:top w:val="nil"/>
              <w:left w:val="nil"/>
              <w:bottom w:val="single" w:sz="6" w:space="0" w:color="000000"/>
              <w:right w:val="single" w:sz="6" w:space="0" w:color="000000"/>
            </w:tcBorders>
            <w:vAlign w:val="center"/>
            <w:hideMark/>
          </w:tcPr>
          <w:p w14:paraId="2D85AAE3" w14:textId="77777777" w:rsidR="001E67D3" w:rsidRPr="00694E54" w:rsidRDefault="001E67D3" w:rsidP="00694E54">
            <w:pPr>
              <w:pStyle w:val="NormalWeb"/>
              <w:spacing w:before="0" w:beforeAutospacing="0" w:after="0" w:afterAutospacing="0"/>
              <w:ind w:left="17"/>
              <w:jc w:val="center"/>
              <w:rPr>
                <w:rFonts w:asciiTheme="minorHAnsi" w:hAnsiTheme="minorHAnsi"/>
                <w:b w:val="0"/>
                <w:sz w:val="22"/>
                <w:szCs w:val="22"/>
              </w:rPr>
            </w:pPr>
            <w:r w:rsidRPr="00694E54">
              <w:rPr>
                <w:rFonts w:asciiTheme="minorHAnsi" w:hAnsiTheme="minorHAnsi"/>
                <w:b w:val="0"/>
                <w:sz w:val="22"/>
                <w:szCs w:val="22"/>
              </w:rPr>
              <w:t>Üye</w:t>
            </w:r>
          </w:p>
        </w:tc>
      </w:tr>
      <w:tr w:rsidR="001E67D3" w:rsidRPr="00694E54" w14:paraId="64E25305" w14:textId="77777777" w:rsidTr="00A0496F">
        <w:trPr>
          <w:trHeight w:val="20"/>
        </w:trPr>
        <w:tc>
          <w:tcPr>
            <w:tcW w:w="4237" w:type="dxa"/>
            <w:tcBorders>
              <w:top w:val="nil"/>
              <w:left w:val="double" w:sz="2" w:space="0" w:color="000000"/>
              <w:bottom w:val="single" w:sz="6" w:space="0" w:color="000000"/>
              <w:right w:val="single" w:sz="6" w:space="0" w:color="000000"/>
            </w:tcBorders>
            <w:vAlign w:val="center"/>
            <w:hideMark/>
          </w:tcPr>
          <w:p w14:paraId="30349CC8" w14:textId="77777777" w:rsidR="001E67D3" w:rsidRPr="00694E54" w:rsidRDefault="001E67D3" w:rsidP="00694E54">
            <w:pPr>
              <w:pStyle w:val="NormalWeb"/>
              <w:spacing w:before="0" w:beforeAutospacing="0" w:after="0" w:afterAutospacing="0"/>
              <w:ind w:left="17"/>
              <w:rPr>
                <w:rFonts w:asciiTheme="minorHAnsi" w:hAnsiTheme="minorHAnsi"/>
                <w:b w:val="0"/>
                <w:sz w:val="22"/>
                <w:szCs w:val="22"/>
              </w:rPr>
            </w:pPr>
            <w:r w:rsidRPr="00694E54">
              <w:rPr>
                <w:rFonts w:asciiTheme="minorHAnsi" w:hAnsiTheme="minorHAnsi"/>
                <w:b w:val="0"/>
                <w:sz w:val="22"/>
                <w:szCs w:val="22"/>
              </w:rPr>
              <w:t>Öğr. Gör. Bahadır GÜLTEKİN</w:t>
            </w:r>
          </w:p>
        </w:tc>
        <w:tc>
          <w:tcPr>
            <w:tcW w:w="4394" w:type="dxa"/>
            <w:tcBorders>
              <w:top w:val="nil"/>
              <w:left w:val="nil"/>
              <w:bottom w:val="single" w:sz="6" w:space="0" w:color="000000"/>
              <w:right w:val="single" w:sz="6" w:space="0" w:color="000000"/>
            </w:tcBorders>
            <w:vAlign w:val="center"/>
            <w:hideMark/>
          </w:tcPr>
          <w:p w14:paraId="6D6F60D2" w14:textId="77777777" w:rsidR="001E67D3" w:rsidRPr="00694E54" w:rsidRDefault="001E67D3" w:rsidP="00694E54">
            <w:pPr>
              <w:pStyle w:val="NormalWeb"/>
              <w:spacing w:before="0" w:beforeAutospacing="0" w:after="0" w:afterAutospacing="0"/>
              <w:ind w:left="17" w:right="15"/>
              <w:jc w:val="center"/>
              <w:rPr>
                <w:rFonts w:asciiTheme="minorHAnsi" w:hAnsiTheme="minorHAnsi"/>
                <w:b w:val="0"/>
                <w:sz w:val="22"/>
                <w:szCs w:val="22"/>
              </w:rPr>
            </w:pPr>
            <w:r w:rsidRPr="00694E54">
              <w:rPr>
                <w:rFonts w:asciiTheme="minorHAnsi" w:hAnsiTheme="minorHAnsi"/>
                <w:b w:val="0"/>
                <w:sz w:val="22"/>
                <w:szCs w:val="22"/>
              </w:rPr>
              <w:t>Üye</w:t>
            </w:r>
          </w:p>
        </w:tc>
      </w:tr>
      <w:tr w:rsidR="001E67D3" w:rsidRPr="00694E54" w14:paraId="675F5B0A" w14:textId="77777777" w:rsidTr="00A0496F">
        <w:trPr>
          <w:trHeight w:val="20"/>
        </w:trPr>
        <w:tc>
          <w:tcPr>
            <w:tcW w:w="4237" w:type="dxa"/>
            <w:tcBorders>
              <w:top w:val="nil"/>
              <w:left w:val="double" w:sz="2" w:space="0" w:color="000000"/>
              <w:bottom w:val="single" w:sz="6" w:space="0" w:color="000000"/>
              <w:right w:val="single" w:sz="6" w:space="0" w:color="000000"/>
            </w:tcBorders>
            <w:vAlign w:val="center"/>
            <w:hideMark/>
          </w:tcPr>
          <w:p w14:paraId="5997D509" w14:textId="77777777" w:rsidR="001E67D3" w:rsidRPr="00694E54" w:rsidRDefault="001E67D3" w:rsidP="00694E54">
            <w:pPr>
              <w:pStyle w:val="NormalWeb"/>
              <w:spacing w:before="0" w:beforeAutospacing="0" w:after="0" w:afterAutospacing="0"/>
              <w:ind w:left="17"/>
              <w:rPr>
                <w:rFonts w:asciiTheme="minorHAnsi" w:hAnsiTheme="minorHAnsi"/>
                <w:b w:val="0"/>
                <w:sz w:val="22"/>
                <w:szCs w:val="22"/>
              </w:rPr>
            </w:pPr>
            <w:r w:rsidRPr="00694E54">
              <w:rPr>
                <w:rFonts w:asciiTheme="minorHAnsi" w:hAnsiTheme="minorHAnsi"/>
                <w:b w:val="0"/>
                <w:sz w:val="22"/>
                <w:szCs w:val="22"/>
              </w:rPr>
              <w:t>Öğr. Gör. Yaşar Can ATAŞ</w:t>
            </w:r>
          </w:p>
        </w:tc>
        <w:tc>
          <w:tcPr>
            <w:tcW w:w="4394" w:type="dxa"/>
            <w:tcBorders>
              <w:top w:val="nil"/>
              <w:left w:val="nil"/>
              <w:bottom w:val="single" w:sz="6" w:space="0" w:color="000000"/>
              <w:right w:val="single" w:sz="6" w:space="0" w:color="000000"/>
            </w:tcBorders>
            <w:vAlign w:val="center"/>
            <w:hideMark/>
          </w:tcPr>
          <w:p w14:paraId="30D49B87" w14:textId="77777777" w:rsidR="001E67D3" w:rsidRPr="00694E54" w:rsidRDefault="001E67D3" w:rsidP="00694E54">
            <w:pPr>
              <w:pStyle w:val="NormalWeb"/>
              <w:spacing w:before="0" w:beforeAutospacing="0" w:after="0" w:afterAutospacing="0"/>
              <w:ind w:left="17"/>
              <w:jc w:val="center"/>
              <w:rPr>
                <w:rFonts w:asciiTheme="minorHAnsi" w:hAnsiTheme="minorHAnsi"/>
                <w:b w:val="0"/>
                <w:sz w:val="22"/>
                <w:szCs w:val="22"/>
              </w:rPr>
            </w:pPr>
            <w:r w:rsidRPr="00694E54">
              <w:rPr>
                <w:rFonts w:asciiTheme="minorHAnsi" w:hAnsiTheme="minorHAnsi"/>
                <w:b w:val="0"/>
                <w:sz w:val="22"/>
                <w:szCs w:val="22"/>
              </w:rPr>
              <w:t>Üye</w:t>
            </w:r>
          </w:p>
        </w:tc>
      </w:tr>
    </w:tbl>
    <w:p w14:paraId="50347608"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631" w:type="dxa"/>
        <w:tblInd w:w="150" w:type="dxa"/>
        <w:tblCellMar>
          <w:left w:w="0" w:type="dxa"/>
          <w:right w:w="0" w:type="dxa"/>
        </w:tblCellMar>
        <w:tblLook w:val="04A0" w:firstRow="1" w:lastRow="0" w:firstColumn="1" w:lastColumn="0" w:noHBand="0" w:noVBand="1"/>
      </w:tblPr>
      <w:tblGrid>
        <w:gridCol w:w="4237"/>
        <w:gridCol w:w="4394"/>
      </w:tblGrid>
      <w:tr w:rsidR="001E67D3" w:rsidRPr="008922B9" w14:paraId="472BC716" w14:textId="77777777" w:rsidTr="003A419B">
        <w:trPr>
          <w:trHeight w:val="20"/>
        </w:trPr>
        <w:tc>
          <w:tcPr>
            <w:tcW w:w="8631"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07A1043A" w14:textId="77777777" w:rsidR="001E67D3" w:rsidRPr="003A419B" w:rsidRDefault="001E67D3" w:rsidP="003A419B">
            <w:pPr>
              <w:pStyle w:val="NormalWeb"/>
              <w:spacing w:before="0" w:beforeAutospacing="0" w:after="0" w:afterAutospacing="0"/>
              <w:ind w:left="17"/>
              <w:jc w:val="center"/>
              <w:rPr>
                <w:rFonts w:asciiTheme="minorHAnsi" w:hAnsiTheme="minorHAnsi"/>
                <w:b w:val="0"/>
                <w:sz w:val="22"/>
                <w:szCs w:val="22"/>
              </w:rPr>
            </w:pPr>
            <w:r w:rsidRPr="003A419B">
              <w:rPr>
                <w:rStyle w:val="Gl"/>
                <w:rFonts w:asciiTheme="minorHAnsi" w:hAnsiTheme="minorHAnsi"/>
                <w:b/>
                <w:sz w:val="22"/>
                <w:szCs w:val="22"/>
              </w:rPr>
              <w:t>EĞİTİM KOMİSYONU</w:t>
            </w:r>
          </w:p>
        </w:tc>
      </w:tr>
      <w:tr w:rsidR="001E67D3" w:rsidRPr="008922B9" w14:paraId="0624D718" w14:textId="77777777" w:rsidTr="003A419B">
        <w:trPr>
          <w:trHeight w:val="20"/>
        </w:trPr>
        <w:tc>
          <w:tcPr>
            <w:tcW w:w="4237" w:type="dxa"/>
            <w:tcBorders>
              <w:top w:val="nil"/>
              <w:left w:val="double" w:sz="2" w:space="0" w:color="000000"/>
              <w:bottom w:val="single" w:sz="6" w:space="0" w:color="000000"/>
              <w:right w:val="single" w:sz="6" w:space="0" w:color="000000"/>
            </w:tcBorders>
            <w:hideMark/>
          </w:tcPr>
          <w:p w14:paraId="758182A9" w14:textId="77777777" w:rsidR="001E67D3" w:rsidRPr="003A419B" w:rsidRDefault="001E67D3" w:rsidP="003A419B">
            <w:pPr>
              <w:pStyle w:val="NormalWeb"/>
              <w:spacing w:before="0" w:beforeAutospacing="0" w:after="0" w:afterAutospacing="0"/>
              <w:ind w:left="17"/>
              <w:jc w:val="center"/>
              <w:rPr>
                <w:rFonts w:asciiTheme="minorHAnsi" w:hAnsiTheme="minorHAnsi"/>
                <w:b w:val="0"/>
                <w:sz w:val="22"/>
                <w:szCs w:val="22"/>
              </w:rPr>
            </w:pPr>
            <w:r w:rsidRPr="003A419B">
              <w:rPr>
                <w:rStyle w:val="Gl"/>
                <w:rFonts w:asciiTheme="minorHAnsi" w:hAnsiTheme="minorHAnsi"/>
                <w:b/>
                <w:sz w:val="22"/>
                <w:szCs w:val="22"/>
              </w:rPr>
              <w:t>ADI SOYADI</w:t>
            </w:r>
          </w:p>
        </w:tc>
        <w:tc>
          <w:tcPr>
            <w:tcW w:w="4394" w:type="dxa"/>
            <w:tcBorders>
              <w:top w:val="nil"/>
              <w:left w:val="nil"/>
              <w:bottom w:val="single" w:sz="6" w:space="0" w:color="000000"/>
              <w:right w:val="single" w:sz="6" w:space="0" w:color="000000"/>
            </w:tcBorders>
            <w:vAlign w:val="center"/>
            <w:hideMark/>
          </w:tcPr>
          <w:p w14:paraId="047E8E46" w14:textId="77777777" w:rsidR="001E67D3" w:rsidRPr="003A419B" w:rsidRDefault="001E67D3" w:rsidP="003A419B">
            <w:pPr>
              <w:pStyle w:val="NormalWeb"/>
              <w:spacing w:before="0" w:beforeAutospacing="0" w:after="0" w:afterAutospacing="0"/>
              <w:ind w:left="17"/>
              <w:jc w:val="center"/>
              <w:rPr>
                <w:rFonts w:asciiTheme="minorHAnsi" w:hAnsiTheme="minorHAnsi"/>
                <w:b w:val="0"/>
                <w:sz w:val="22"/>
                <w:szCs w:val="22"/>
              </w:rPr>
            </w:pPr>
            <w:r w:rsidRPr="003A419B">
              <w:rPr>
                <w:rStyle w:val="Gl"/>
                <w:rFonts w:asciiTheme="minorHAnsi" w:hAnsiTheme="minorHAnsi"/>
                <w:b/>
                <w:sz w:val="22"/>
                <w:szCs w:val="22"/>
              </w:rPr>
              <w:t>GÖREVİ</w:t>
            </w:r>
          </w:p>
        </w:tc>
      </w:tr>
      <w:tr w:rsidR="001E67D3" w:rsidRPr="008922B9" w14:paraId="49E609EE" w14:textId="77777777" w:rsidTr="003A419B">
        <w:trPr>
          <w:trHeight w:val="20"/>
        </w:trPr>
        <w:tc>
          <w:tcPr>
            <w:tcW w:w="4237" w:type="dxa"/>
            <w:tcBorders>
              <w:top w:val="nil"/>
              <w:left w:val="double" w:sz="2" w:space="0" w:color="000000"/>
              <w:bottom w:val="single" w:sz="6" w:space="0" w:color="000000"/>
              <w:right w:val="single" w:sz="6" w:space="0" w:color="000000"/>
            </w:tcBorders>
            <w:vAlign w:val="center"/>
            <w:hideMark/>
          </w:tcPr>
          <w:p w14:paraId="4E5C6805" w14:textId="77777777" w:rsidR="001E67D3" w:rsidRPr="008922B9" w:rsidRDefault="001E67D3" w:rsidP="003A419B">
            <w:pPr>
              <w:pStyle w:val="NormalWeb"/>
              <w:spacing w:before="0" w:beforeAutospacing="0" w:after="0" w:afterAutospacing="0"/>
              <w:ind w:left="17"/>
              <w:rPr>
                <w:rFonts w:asciiTheme="minorHAnsi" w:hAnsiTheme="minorHAnsi"/>
                <w:b w:val="0"/>
                <w:sz w:val="22"/>
                <w:szCs w:val="22"/>
              </w:rPr>
            </w:pPr>
            <w:r w:rsidRPr="008922B9">
              <w:rPr>
                <w:rFonts w:asciiTheme="minorHAnsi" w:hAnsiTheme="minorHAnsi"/>
                <w:b w:val="0"/>
                <w:sz w:val="22"/>
                <w:szCs w:val="22"/>
              </w:rPr>
              <w:t>Öğr. Gör. Ünalcan KUTAL</w:t>
            </w:r>
          </w:p>
        </w:tc>
        <w:tc>
          <w:tcPr>
            <w:tcW w:w="4394" w:type="dxa"/>
            <w:tcBorders>
              <w:top w:val="nil"/>
              <w:left w:val="nil"/>
              <w:bottom w:val="single" w:sz="6" w:space="0" w:color="000000"/>
              <w:right w:val="single" w:sz="6" w:space="0" w:color="000000"/>
            </w:tcBorders>
            <w:vAlign w:val="center"/>
            <w:hideMark/>
          </w:tcPr>
          <w:p w14:paraId="4A0F596A" w14:textId="77777777" w:rsidR="001E67D3" w:rsidRPr="008922B9" w:rsidRDefault="001E67D3" w:rsidP="003A419B">
            <w:pPr>
              <w:pStyle w:val="NormalWeb"/>
              <w:spacing w:before="0" w:beforeAutospacing="0" w:after="0" w:afterAutospacing="0"/>
              <w:ind w:left="17"/>
              <w:jc w:val="center"/>
              <w:rPr>
                <w:rFonts w:asciiTheme="minorHAnsi" w:hAnsiTheme="minorHAnsi"/>
                <w:b w:val="0"/>
                <w:sz w:val="22"/>
                <w:szCs w:val="22"/>
              </w:rPr>
            </w:pPr>
            <w:r w:rsidRPr="008922B9">
              <w:rPr>
                <w:rStyle w:val="Gl"/>
                <w:rFonts w:asciiTheme="minorHAnsi" w:hAnsiTheme="minorHAnsi"/>
                <w:sz w:val="22"/>
                <w:szCs w:val="22"/>
              </w:rPr>
              <w:t>Başkan</w:t>
            </w:r>
          </w:p>
        </w:tc>
      </w:tr>
      <w:tr w:rsidR="001E67D3" w:rsidRPr="008922B9" w14:paraId="37111644" w14:textId="77777777" w:rsidTr="003A419B">
        <w:trPr>
          <w:trHeight w:val="20"/>
        </w:trPr>
        <w:tc>
          <w:tcPr>
            <w:tcW w:w="4237" w:type="dxa"/>
            <w:tcBorders>
              <w:top w:val="nil"/>
              <w:left w:val="double" w:sz="2" w:space="0" w:color="000000"/>
              <w:bottom w:val="single" w:sz="6" w:space="0" w:color="000000"/>
              <w:right w:val="single" w:sz="6" w:space="0" w:color="000000"/>
            </w:tcBorders>
            <w:vAlign w:val="center"/>
            <w:hideMark/>
          </w:tcPr>
          <w:p w14:paraId="1917C1CF" w14:textId="77777777" w:rsidR="001E67D3" w:rsidRPr="008922B9" w:rsidRDefault="001E67D3" w:rsidP="003A419B">
            <w:pPr>
              <w:pStyle w:val="NormalWeb"/>
              <w:spacing w:before="0" w:beforeAutospacing="0" w:after="0" w:afterAutospacing="0"/>
              <w:ind w:left="17"/>
              <w:rPr>
                <w:rFonts w:asciiTheme="minorHAnsi" w:hAnsiTheme="minorHAnsi"/>
                <w:b w:val="0"/>
                <w:sz w:val="22"/>
                <w:szCs w:val="22"/>
              </w:rPr>
            </w:pPr>
            <w:r w:rsidRPr="008922B9">
              <w:rPr>
                <w:rFonts w:asciiTheme="minorHAnsi" w:hAnsiTheme="minorHAnsi"/>
                <w:b w:val="0"/>
                <w:sz w:val="22"/>
                <w:szCs w:val="22"/>
              </w:rPr>
              <w:t>Dr. Öğr. Üyesi Ahmet Emre DERİNKÖK</w:t>
            </w:r>
          </w:p>
        </w:tc>
        <w:tc>
          <w:tcPr>
            <w:tcW w:w="4394" w:type="dxa"/>
            <w:tcBorders>
              <w:top w:val="nil"/>
              <w:left w:val="nil"/>
              <w:bottom w:val="single" w:sz="6" w:space="0" w:color="000000"/>
              <w:right w:val="single" w:sz="6" w:space="0" w:color="000000"/>
            </w:tcBorders>
            <w:vAlign w:val="center"/>
            <w:hideMark/>
          </w:tcPr>
          <w:p w14:paraId="3F72ED94" w14:textId="77777777" w:rsidR="001E67D3" w:rsidRPr="008922B9" w:rsidRDefault="001E67D3" w:rsidP="003A419B">
            <w:pPr>
              <w:pStyle w:val="NormalWeb"/>
              <w:spacing w:before="0" w:beforeAutospacing="0" w:after="0" w:afterAutospacing="0"/>
              <w:ind w:left="17"/>
              <w:jc w:val="center"/>
              <w:rPr>
                <w:rFonts w:asciiTheme="minorHAnsi" w:hAnsiTheme="minorHAnsi"/>
                <w:b w:val="0"/>
                <w:sz w:val="22"/>
                <w:szCs w:val="22"/>
              </w:rPr>
            </w:pPr>
            <w:r w:rsidRPr="008922B9">
              <w:rPr>
                <w:rFonts w:asciiTheme="minorHAnsi" w:hAnsiTheme="minorHAnsi"/>
                <w:b w:val="0"/>
                <w:sz w:val="22"/>
                <w:szCs w:val="22"/>
              </w:rPr>
              <w:t>Üye</w:t>
            </w:r>
          </w:p>
        </w:tc>
      </w:tr>
      <w:tr w:rsidR="001E67D3" w:rsidRPr="008922B9" w14:paraId="2799BAA6" w14:textId="77777777" w:rsidTr="003A419B">
        <w:trPr>
          <w:trHeight w:val="20"/>
        </w:trPr>
        <w:tc>
          <w:tcPr>
            <w:tcW w:w="4237" w:type="dxa"/>
            <w:tcBorders>
              <w:top w:val="nil"/>
              <w:left w:val="double" w:sz="2" w:space="0" w:color="000000"/>
              <w:bottom w:val="single" w:sz="6" w:space="0" w:color="000000"/>
              <w:right w:val="single" w:sz="6" w:space="0" w:color="000000"/>
            </w:tcBorders>
            <w:vAlign w:val="center"/>
            <w:hideMark/>
          </w:tcPr>
          <w:p w14:paraId="258FFDD4" w14:textId="77777777" w:rsidR="001E67D3" w:rsidRPr="008922B9" w:rsidRDefault="001E67D3" w:rsidP="003A419B">
            <w:pPr>
              <w:pStyle w:val="NormalWeb"/>
              <w:spacing w:before="0" w:beforeAutospacing="0" w:after="0" w:afterAutospacing="0"/>
              <w:ind w:left="17"/>
              <w:rPr>
                <w:rFonts w:asciiTheme="minorHAnsi" w:hAnsiTheme="minorHAnsi"/>
                <w:b w:val="0"/>
                <w:sz w:val="22"/>
                <w:szCs w:val="22"/>
              </w:rPr>
            </w:pPr>
            <w:r w:rsidRPr="008922B9">
              <w:rPr>
                <w:rFonts w:asciiTheme="minorHAnsi" w:hAnsiTheme="minorHAnsi"/>
                <w:b w:val="0"/>
                <w:sz w:val="22"/>
                <w:szCs w:val="22"/>
              </w:rPr>
              <w:t>Dr. Öğr. Üyesi Harun Reşit GÜNDOĞAN</w:t>
            </w:r>
          </w:p>
        </w:tc>
        <w:tc>
          <w:tcPr>
            <w:tcW w:w="4394" w:type="dxa"/>
            <w:tcBorders>
              <w:top w:val="nil"/>
              <w:left w:val="nil"/>
              <w:bottom w:val="single" w:sz="6" w:space="0" w:color="000000"/>
              <w:right w:val="single" w:sz="6" w:space="0" w:color="000000"/>
            </w:tcBorders>
            <w:vAlign w:val="center"/>
            <w:hideMark/>
          </w:tcPr>
          <w:p w14:paraId="200980AA" w14:textId="77777777" w:rsidR="001E67D3" w:rsidRPr="008922B9" w:rsidRDefault="001E67D3" w:rsidP="003A419B">
            <w:pPr>
              <w:pStyle w:val="NormalWeb"/>
              <w:spacing w:before="0" w:beforeAutospacing="0" w:after="0" w:afterAutospacing="0"/>
              <w:ind w:left="17" w:right="15"/>
              <w:jc w:val="center"/>
              <w:rPr>
                <w:rFonts w:asciiTheme="minorHAnsi" w:hAnsiTheme="minorHAnsi"/>
                <w:b w:val="0"/>
                <w:sz w:val="22"/>
                <w:szCs w:val="22"/>
              </w:rPr>
            </w:pPr>
            <w:r w:rsidRPr="008922B9">
              <w:rPr>
                <w:rFonts w:asciiTheme="minorHAnsi" w:hAnsiTheme="minorHAnsi"/>
                <w:b w:val="0"/>
                <w:sz w:val="22"/>
                <w:szCs w:val="22"/>
              </w:rPr>
              <w:t>Üye</w:t>
            </w:r>
          </w:p>
        </w:tc>
      </w:tr>
    </w:tbl>
    <w:p w14:paraId="4F9A3152"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631" w:type="dxa"/>
        <w:tblInd w:w="150" w:type="dxa"/>
        <w:tblCellMar>
          <w:left w:w="0" w:type="dxa"/>
          <w:right w:w="0" w:type="dxa"/>
        </w:tblCellMar>
        <w:tblLook w:val="04A0" w:firstRow="1" w:lastRow="0" w:firstColumn="1" w:lastColumn="0" w:noHBand="0" w:noVBand="1"/>
      </w:tblPr>
      <w:tblGrid>
        <w:gridCol w:w="4237"/>
        <w:gridCol w:w="4394"/>
      </w:tblGrid>
      <w:tr w:rsidR="003A419B" w:rsidRPr="003A419B" w14:paraId="12549212" w14:textId="77777777" w:rsidTr="003A419B">
        <w:trPr>
          <w:trHeight w:val="20"/>
        </w:trPr>
        <w:tc>
          <w:tcPr>
            <w:tcW w:w="8631" w:type="dxa"/>
            <w:gridSpan w:val="2"/>
            <w:tcBorders>
              <w:top w:val="single" w:sz="6" w:space="0" w:color="000000"/>
              <w:left w:val="single" w:sz="6" w:space="0" w:color="000000"/>
              <w:bottom w:val="single" w:sz="6" w:space="0" w:color="000000"/>
              <w:right w:val="single" w:sz="6" w:space="0" w:color="000000"/>
            </w:tcBorders>
            <w:shd w:val="clear" w:color="auto" w:fill="EBEBEB"/>
            <w:vAlign w:val="center"/>
            <w:hideMark/>
          </w:tcPr>
          <w:p w14:paraId="6962E769" w14:textId="77777777" w:rsidR="001E67D3" w:rsidRPr="003A419B" w:rsidRDefault="001E67D3" w:rsidP="00DF2399">
            <w:pPr>
              <w:pStyle w:val="NormalWeb"/>
              <w:spacing w:before="0" w:beforeAutospacing="0" w:after="0" w:afterAutospacing="0"/>
              <w:ind w:left="17"/>
              <w:jc w:val="center"/>
              <w:rPr>
                <w:rFonts w:asciiTheme="minorHAnsi" w:hAnsiTheme="minorHAnsi"/>
                <w:b w:val="0"/>
                <w:sz w:val="22"/>
                <w:szCs w:val="22"/>
              </w:rPr>
            </w:pPr>
            <w:r w:rsidRPr="003A419B">
              <w:rPr>
                <w:rStyle w:val="Gl"/>
                <w:rFonts w:asciiTheme="minorHAnsi" w:hAnsiTheme="minorHAnsi"/>
                <w:b/>
                <w:sz w:val="22"/>
                <w:szCs w:val="22"/>
              </w:rPr>
              <w:t>ENGELSİZ ÜNİVERSİTE BİRİM KOMİSYONU</w:t>
            </w:r>
          </w:p>
        </w:tc>
      </w:tr>
      <w:tr w:rsidR="003A419B" w:rsidRPr="003A419B" w14:paraId="46440EC1" w14:textId="77777777" w:rsidTr="003A419B">
        <w:trPr>
          <w:trHeight w:val="20"/>
        </w:trPr>
        <w:tc>
          <w:tcPr>
            <w:tcW w:w="4237" w:type="dxa"/>
            <w:tcBorders>
              <w:top w:val="nil"/>
              <w:left w:val="double" w:sz="2" w:space="0" w:color="000000"/>
              <w:bottom w:val="single" w:sz="6" w:space="0" w:color="000000"/>
              <w:right w:val="single" w:sz="6" w:space="0" w:color="000000"/>
            </w:tcBorders>
            <w:vAlign w:val="center"/>
            <w:hideMark/>
          </w:tcPr>
          <w:p w14:paraId="517477BB" w14:textId="77777777" w:rsidR="001E67D3" w:rsidRPr="003A419B" w:rsidRDefault="001E67D3" w:rsidP="00DF2399">
            <w:pPr>
              <w:pStyle w:val="NormalWeb"/>
              <w:spacing w:before="0" w:beforeAutospacing="0" w:after="0" w:afterAutospacing="0"/>
              <w:ind w:left="17"/>
              <w:jc w:val="center"/>
              <w:rPr>
                <w:rFonts w:asciiTheme="minorHAnsi" w:hAnsiTheme="minorHAnsi"/>
                <w:b w:val="0"/>
                <w:sz w:val="22"/>
                <w:szCs w:val="22"/>
              </w:rPr>
            </w:pPr>
            <w:r w:rsidRPr="003A419B">
              <w:rPr>
                <w:rStyle w:val="Gl"/>
                <w:rFonts w:asciiTheme="minorHAnsi" w:hAnsiTheme="minorHAnsi"/>
                <w:b/>
                <w:sz w:val="22"/>
                <w:szCs w:val="22"/>
              </w:rPr>
              <w:t>ADI SOYADI</w:t>
            </w:r>
          </w:p>
        </w:tc>
        <w:tc>
          <w:tcPr>
            <w:tcW w:w="4394" w:type="dxa"/>
            <w:tcBorders>
              <w:top w:val="nil"/>
              <w:left w:val="nil"/>
              <w:bottom w:val="single" w:sz="6" w:space="0" w:color="000000"/>
              <w:right w:val="single" w:sz="6" w:space="0" w:color="000000"/>
            </w:tcBorders>
            <w:vAlign w:val="center"/>
            <w:hideMark/>
          </w:tcPr>
          <w:p w14:paraId="7C222DCD" w14:textId="77777777" w:rsidR="001E67D3" w:rsidRPr="003A419B" w:rsidRDefault="001E67D3" w:rsidP="00DF2399">
            <w:pPr>
              <w:pStyle w:val="NormalWeb"/>
              <w:spacing w:before="0" w:beforeAutospacing="0" w:after="0" w:afterAutospacing="0"/>
              <w:ind w:left="17"/>
              <w:jc w:val="center"/>
              <w:rPr>
                <w:rFonts w:asciiTheme="minorHAnsi" w:hAnsiTheme="minorHAnsi"/>
                <w:b w:val="0"/>
                <w:sz w:val="22"/>
                <w:szCs w:val="22"/>
              </w:rPr>
            </w:pPr>
            <w:r w:rsidRPr="003A419B">
              <w:rPr>
                <w:rStyle w:val="Gl"/>
                <w:rFonts w:asciiTheme="minorHAnsi" w:hAnsiTheme="minorHAnsi"/>
                <w:b/>
                <w:sz w:val="22"/>
                <w:szCs w:val="22"/>
              </w:rPr>
              <w:t>GÖREVİ</w:t>
            </w:r>
          </w:p>
        </w:tc>
      </w:tr>
      <w:tr w:rsidR="003A419B" w:rsidRPr="003A419B" w14:paraId="10478413" w14:textId="77777777" w:rsidTr="003A419B">
        <w:trPr>
          <w:trHeight w:val="20"/>
        </w:trPr>
        <w:tc>
          <w:tcPr>
            <w:tcW w:w="4237" w:type="dxa"/>
            <w:tcBorders>
              <w:top w:val="nil"/>
              <w:left w:val="double" w:sz="2" w:space="0" w:color="000000"/>
              <w:bottom w:val="single" w:sz="6" w:space="0" w:color="000000"/>
              <w:right w:val="single" w:sz="6" w:space="0" w:color="000000"/>
            </w:tcBorders>
            <w:vAlign w:val="center"/>
            <w:hideMark/>
          </w:tcPr>
          <w:p w14:paraId="3BF6D090" w14:textId="77777777" w:rsidR="001E67D3" w:rsidRPr="003A419B" w:rsidRDefault="001E67D3" w:rsidP="00DF2399">
            <w:pPr>
              <w:pStyle w:val="NormalWeb"/>
              <w:spacing w:before="0" w:beforeAutospacing="0" w:after="0" w:afterAutospacing="0"/>
              <w:ind w:left="17"/>
              <w:rPr>
                <w:rFonts w:asciiTheme="minorHAnsi" w:hAnsiTheme="minorHAnsi"/>
                <w:b w:val="0"/>
                <w:sz w:val="22"/>
                <w:szCs w:val="22"/>
              </w:rPr>
            </w:pPr>
            <w:r w:rsidRPr="003A419B">
              <w:rPr>
                <w:rFonts w:asciiTheme="minorHAnsi" w:hAnsiTheme="minorHAnsi"/>
                <w:b w:val="0"/>
                <w:sz w:val="22"/>
                <w:szCs w:val="22"/>
              </w:rPr>
              <w:t>Öğr. Gör. Ünalcan KUTAL</w:t>
            </w:r>
          </w:p>
        </w:tc>
        <w:tc>
          <w:tcPr>
            <w:tcW w:w="4394" w:type="dxa"/>
            <w:tcBorders>
              <w:top w:val="nil"/>
              <w:left w:val="nil"/>
              <w:bottom w:val="single" w:sz="6" w:space="0" w:color="000000"/>
              <w:right w:val="single" w:sz="6" w:space="0" w:color="000000"/>
            </w:tcBorders>
            <w:vAlign w:val="center"/>
            <w:hideMark/>
          </w:tcPr>
          <w:p w14:paraId="06AC04F9" w14:textId="77777777" w:rsidR="001E67D3" w:rsidRPr="003A419B" w:rsidRDefault="001E67D3" w:rsidP="00DF2399">
            <w:pPr>
              <w:pStyle w:val="NormalWeb"/>
              <w:spacing w:before="0" w:beforeAutospacing="0" w:after="0" w:afterAutospacing="0"/>
              <w:ind w:left="17"/>
              <w:jc w:val="center"/>
              <w:rPr>
                <w:rFonts w:asciiTheme="minorHAnsi" w:hAnsiTheme="minorHAnsi"/>
                <w:b w:val="0"/>
                <w:sz w:val="22"/>
                <w:szCs w:val="22"/>
              </w:rPr>
            </w:pPr>
            <w:r w:rsidRPr="003A419B">
              <w:rPr>
                <w:rStyle w:val="Gl"/>
                <w:rFonts w:asciiTheme="minorHAnsi" w:hAnsiTheme="minorHAnsi"/>
                <w:sz w:val="22"/>
                <w:szCs w:val="22"/>
              </w:rPr>
              <w:t>Başkan</w:t>
            </w:r>
          </w:p>
        </w:tc>
      </w:tr>
      <w:tr w:rsidR="003A419B" w:rsidRPr="003A419B" w14:paraId="218D0C1E" w14:textId="77777777" w:rsidTr="003A419B">
        <w:trPr>
          <w:trHeight w:val="20"/>
        </w:trPr>
        <w:tc>
          <w:tcPr>
            <w:tcW w:w="4237" w:type="dxa"/>
            <w:tcBorders>
              <w:top w:val="nil"/>
              <w:left w:val="double" w:sz="2" w:space="0" w:color="000000"/>
              <w:bottom w:val="single" w:sz="6" w:space="0" w:color="000000"/>
              <w:right w:val="single" w:sz="6" w:space="0" w:color="000000"/>
            </w:tcBorders>
            <w:vAlign w:val="center"/>
            <w:hideMark/>
          </w:tcPr>
          <w:p w14:paraId="22A2888C" w14:textId="77777777" w:rsidR="001E67D3" w:rsidRPr="003A419B" w:rsidRDefault="001E67D3" w:rsidP="00DF2399">
            <w:pPr>
              <w:pStyle w:val="NormalWeb"/>
              <w:spacing w:before="0" w:beforeAutospacing="0" w:after="0" w:afterAutospacing="0"/>
              <w:ind w:left="17"/>
              <w:rPr>
                <w:rFonts w:asciiTheme="minorHAnsi" w:hAnsiTheme="minorHAnsi"/>
                <w:b w:val="0"/>
                <w:sz w:val="22"/>
                <w:szCs w:val="22"/>
              </w:rPr>
            </w:pPr>
            <w:r w:rsidRPr="003A419B">
              <w:rPr>
                <w:rFonts w:asciiTheme="minorHAnsi" w:hAnsiTheme="minorHAnsi"/>
                <w:b w:val="0"/>
                <w:sz w:val="22"/>
                <w:szCs w:val="22"/>
              </w:rPr>
              <w:t>Öğr. Gör. Hüseyin DENİZ</w:t>
            </w:r>
          </w:p>
        </w:tc>
        <w:tc>
          <w:tcPr>
            <w:tcW w:w="4394" w:type="dxa"/>
            <w:tcBorders>
              <w:top w:val="nil"/>
              <w:left w:val="nil"/>
              <w:bottom w:val="single" w:sz="6" w:space="0" w:color="000000"/>
              <w:right w:val="single" w:sz="6" w:space="0" w:color="000000"/>
            </w:tcBorders>
            <w:vAlign w:val="center"/>
            <w:hideMark/>
          </w:tcPr>
          <w:p w14:paraId="505D2CD0" w14:textId="77777777" w:rsidR="001E67D3" w:rsidRPr="003A419B" w:rsidRDefault="001E67D3" w:rsidP="00DF2399">
            <w:pPr>
              <w:pStyle w:val="NormalWeb"/>
              <w:spacing w:before="0" w:beforeAutospacing="0" w:after="0" w:afterAutospacing="0"/>
              <w:ind w:left="17"/>
              <w:jc w:val="center"/>
              <w:rPr>
                <w:rFonts w:asciiTheme="minorHAnsi" w:hAnsiTheme="minorHAnsi"/>
                <w:b w:val="0"/>
                <w:sz w:val="22"/>
                <w:szCs w:val="22"/>
              </w:rPr>
            </w:pPr>
            <w:r w:rsidRPr="003A419B">
              <w:rPr>
                <w:rFonts w:asciiTheme="minorHAnsi" w:hAnsiTheme="minorHAnsi"/>
                <w:b w:val="0"/>
                <w:sz w:val="22"/>
                <w:szCs w:val="22"/>
              </w:rPr>
              <w:t>Üye</w:t>
            </w:r>
          </w:p>
        </w:tc>
      </w:tr>
      <w:tr w:rsidR="003A419B" w:rsidRPr="003A419B" w14:paraId="7A8C879B" w14:textId="77777777" w:rsidTr="003A419B">
        <w:trPr>
          <w:trHeight w:val="20"/>
        </w:trPr>
        <w:tc>
          <w:tcPr>
            <w:tcW w:w="4237" w:type="dxa"/>
            <w:tcBorders>
              <w:top w:val="nil"/>
              <w:left w:val="double" w:sz="2" w:space="0" w:color="000000"/>
              <w:bottom w:val="single" w:sz="6" w:space="0" w:color="000000"/>
              <w:right w:val="single" w:sz="6" w:space="0" w:color="000000"/>
            </w:tcBorders>
            <w:vAlign w:val="center"/>
            <w:hideMark/>
          </w:tcPr>
          <w:p w14:paraId="3B16AB99" w14:textId="77777777" w:rsidR="001E67D3" w:rsidRPr="003A419B" w:rsidRDefault="001E67D3" w:rsidP="00DF2399">
            <w:pPr>
              <w:pStyle w:val="NormalWeb"/>
              <w:spacing w:before="0" w:beforeAutospacing="0" w:after="0" w:afterAutospacing="0"/>
              <w:ind w:left="17"/>
              <w:rPr>
                <w:rFonts w:asciiTheme="minorHAnsi" w:hAnsiTheme="minorHAnsi"/>
                <w:b w:val="0"/>
                <w:sz w:val="22"/>
                <w:szCs w:val="22"/>
              </w:rPr>
            </w:pPr>
            <w:r w:rsidRPr="003A419B">
              <w:rPr>
                <w:rFonts w:asciiTheme="minorHAnsi" w:hAnsiTheme="minorHAnsi"/>
                <w:b w:val="0"/>
                <w:sz w:val="22"/>
                <w:szCs w:val="22"/>
              </w:rPr>
              <w:t>Halit SELEN</w:t>
            </w:r>
          </w:p>
        </w:tc>
        <w:tc>
          <w:tcPr>
            <w:tcW w:w="4394" w:type="dxa"/>
            <w:tcBorders>
              <w:top w:val="nil"/>
              <w:left w:val="nil"/>
              <w:bottom w:val="single" w:sz="6" w:space="0" w:color="000000"/>
              <w:right w:val="single" w:sz="6" w:space="0" w:color="000000"/>
            </w:tcBorders>
            <w:vAlign w:val="center"/>
            <w:hideMark/>
          </w:tcPr>
          <w:p w14:paraId="6FC1D81B" w14:textId="77777777" w:rsidR="001E67D3" w:rsidRPr="003A419B" w:rsidRDefault="001E67D3" w:rsidP="00DF2399">
            <w:pPr>
              <w:pStyle w:val="NormalWeb"/>
              <w:spacing w:before="0" w:beforeAutospacing="0" w:after="0" w:afterAutospacing="0"/>
              <w:ind w:left="17" w:right="15"/>
              <w:jc w:val="center"/>
              <w:rPr>
                <w:rFonts w:asciiTheme="minorHAnsi" w:hAnsiTheme="minorHAnsi"/>
                <w:b w:val="0"/>
                <w:sz w:val="22"/>
                <w:szCs w:val="22"/>
              </w:rPr>
            </w:pPr>
            <w:r w:rsidRPr="003A419B">
              <w:rPr>
                <w:rFonts w:asciiTheme="minorHAnsi" w:hAnsiTheme="minorHAnsi"/>
                <w:b w:val="0"/>
                <w:sz w:val="22"/>
                <w:szCs w:val="22"/>
              </w:rPr>
              <w:t>Üye</w:t>
            </w:r>
          </w:p>
        </w:tc>
      </w:tr>
    </w:tbl>
    <w:p w14:paraId="7C3B32A0"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631" w:type="dxa"/>
        <w:tblInd w:w="150" w:type="dxa"/>
        <w:tblCellMar>
          <w:left w:w="0" w:type="dxa"/>
          <w:right w:w="0" w:type="dxa"/>
        </w:tblCellMar>
        <w:tblLook w:val="04A0" w:firstRow="1" w:lastRow="0" w:firstColumn="1" w:lastColumn="0" w:noHBand="0" w:noVBand="1"/>
      </w:tblPr>
      <w:tblGrid>
        <w:gridCol w:w="4237"/>
        <w:gridCol w:w="4394"/>
      </w:tblGrid>
      <w:tr w:rsidR="003A419B" w:rsidRPr="003A419B" w14:paraId="011F7B3B" w14:textId="77777777" w:rsidTr="003A419B">
        <w:trPr>
          <w:trHeight w:val="20"/>
        </w:trPr>
        <w:tc>
          <w:tcPr>
            <w:tcW w:w="8631"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061224EE" w14:textId="77777777" w:rsidR="001E67D3" w:rsidRPr="003A419B" w:rsidRDefault="001E67D3" w:rsidP="00E31074">
            <w:pPr>
              <w:pStyle w:val="NormalWeb"/>
              <w:spacing w:before="0" w:beforeAutospacing="0" w:after="0" w:afterAutospacing="0"/>
              <w:ind w:left="15" w:right="15"/>
              <w:jc w:val="center"/>
              <w:rPr>
                <w:rFonts w:asciiTheme="minorHAnsi" w:hAnsiTheme="minorHAnsi"/>
                <w:b w:val="0"/>
                <w:sz w:val="22"/>
                <w:szCs w:val="22"/>
              </w:rPr>
            </w:pPr>
            <w:r w:rsidRPr="003A419B">
              <w:rPr>
                <w:rStyle w:val="Gl"/>
                <w:rFonts w:asciiTheme="minorHAnsi" w:hAnsiTheme="minorHAnsi"/>
                <w:b/>
                <w:sz w:val="22"/>
                <w:szCs w:val="22"/>
              </w:rPr>
              <w:t>FAALİYET RAPORU HAZIRLAMA KOMİSYONU</w:t>
            </w:r>
          </w:p>
        </w:tc>
      </w:tr>
      <w:tr w:rsidR="003A419B" w:rsidRPr="003A419B" w14:paraId="2E94D9EF" w14:textId="77777777" w:rsidTr="003A419B">
        <w:trPr>
          <w:trHeight w:val="20"/>
        </w:trPr>
        <w:tc>
          <w:tcPr>
            <w:tcW w:w="4237" w:type="dxa"/>
            <w:tcBorders>
              <w:top w:val="nil"/>
              <w:left w:val="double" w:sz="2" w:space="0" w:color="000000"/>
              <w:bottom w:val="single" w:sz="6" w:space="0" w:color="000000"/>
              <w:right w:val="single" w:sz="6" w:space="0" w:color="000000"/>
            </w:tcBorders>
            <w:hideMark/>
          </w:tcPr>
          <w:p w14:paraId="2FC745D3" w14:textId="77777777" w:rsidR="001E67D3" w:rsidRPr="003A419B" w:rsidRDefault="001E67D3" w:rsidP="00E31074">
            <w:pPr>
              <w:pStyle w:val="NormalWeb"/>
              <w:spacing w:before="0" w:beforeAutospacing="0" w:after="0" w:afterAutospacing="0"/>
              <w:ind w:left="15"/>
              <w:jc w:val="center"/>
              <w:rPr>
                <w:rFonts w:asciiTheme="minorHAnsi" w:hAnsiTheme="minorHAnsi"/>
                <w:b w:val="0"/>
                <w:sz w:val="22"/>
                <w:szCs w:val="22"/>
              </w:rPr>
            </w:pPr>
            <w:r w:rsidRPr="003A419B">
              <w:rPr>
                <w:rStyle w:val="Gl"/>
                <w:rFonts w:asciiTheme="minorHAnsi" w:hAnsiTheme="minorHAnsi"/>
                <w:b/>
                <w:sz w:val="22"/>
                <w:szCs w:val="22"/>
              </w:rPr>
              <w:t>ADI SOYADI</w:t>
            </w:r>
          </w:p>
        </w:tc>
        <w:tc>
          <w:tcPr>
            <w:tcW w:w="4394" w:type="dxa"/>
            <w:tcBorders>
              <w:top w:val="nil"/>
              <w:left w:val="nil"/>
              <w:bottom w:val="single" w:sz="6" w:space="0" w:color="000000"/>
              <w:right w:val="single" w:sz="6" w:space="0" w:color="000000"/>
            </w:tcBorders>
            <w:vAlign w:val="center"/>
            <w:hideMark/>
          </w:tcPr>
          <w:p w14:paraId="0ACE7CC2" w14:textId="77777777" w:rsidR="001E67D3" w:rsidRPr="003A419B" w:rsidRDefault="001E67D3" w:rsidP="00E31074">
            <w:pPr>
              <w:pStyle w:val="NormalWeb"/>
              <w:spacing w:before="0" w:beforeAutospacing="0" w:after="0" w:afterAutospacing="0"/>
              <w:jc w:val="center"/>
              <w:rPr>
                <w:rFonts w:asciiTheme="minorHAnsi" w:hAnsiTheme="minorHAnsi"/>
                <w:b w:val="0"/>
                <w:sz w:val="22"/>
                <w:szCs w:val="22"/>
              </w:rPr>
            </w:pPr>
            <w:r w:rsidRPr="003A419B">
              <w:rPr>
                <w:rStyle w:val="Gl"/>
                <w:rFonts w:asciiTheme="minorHAnsi" w:hAnsiTheme="minorHAnsi"/>
                <w:b/>
                <w:sz w:val="22"/>
                <w:szCs w:val="22"/>
              </w:rPr>
              <w:t>GÖREVİ</w:t>
            </w:r>
          </w:p>
        </w:tc>
      </w:tr>
      <w:tr w:rsidR="003A419B" w:rsidRPr="003A419B" w14:paraId="1E7752F6" w14:textId="77777777" w:rsidTr="003A419B">
        <w:trPr>
          <w:trHeight w:val="20"/>
        </w:trPr>
        <w:tc>
          <w:tcPr>
            <w:tcW w:w="4237" w:type="dxa"/>
            <w:tcBorders>
              <w:top w:val="nil"/>
              <w:left w:val="double" w:sz="2" w:space="0" w:color="000000"/>
              <w:bottom w:val="single" w:sz="6" w:space="0" w:color="000000"/>
              <w:right w:val="single" w:sz="6" w:space="0" w:color="000000"/>
            </w:tcBorders>
            <w:hideMark/>
          </w:tcPr>
          <w:p w14:paraId="1F79718B" w14:textId="77777777" w:rsidR="001E67D3" w:rsidRPr="003A419B" w:rsidRDefault="001E67D3" w:rsidP="00E31074">
            <w:pPr>
              <w:pStyle w:val="NormalWeb"/>
              <w:spacing w:before="0" w:beforeAutospacing="0" w:after="0" w:afterAutospacing="0"/>
              <w:ind w:left="15"/>
              <w:rPr>
                <w:rFonts w:asciiTheme="minorHAnsi" w:hAnsiTheme="minorHAnsi"/>
                <w:b w:val="0"/>
                <w:sz w:val="22"/>
                <w:szCs w:val="22"/>
              </w:rPr>
            </w:pPr>
            <w:r w:rsidRPr="003A419B">
              <w:rPr>
                <w:rFonts w:asciiTheme="minorHAnsi" w:hAnsiTheme="minorHAnsi"/>
                <w:b w:val="0"/>
                <w:sz w:val="22"/>
                <w:szCs w:val="22"/>
              </w:rPr>
              <w:t>Dr. Öğr. Üyesi Arif YILDIZ</w:t>
            </w:r>
          </w:p>
        </w:tc>
        <w:tc>
          <w:tcPr>
            <w:tcW w:w="4394" w:type="dxa"/>
            <w:tcBorders>
              <w:top w:val="nil"/>
              <w:left w:val="nil"/>
              <w:bottom w:val="single" w:sz="6" w:space="0" w:color="000000"/>
              <w:right w:val="single" w:sz="6" w:space="0" w:color="000000"/>
            </w:tcBorders>
            <w:vAlign w:val="center"/>
            <w:hideMark/>
          </w:tcPr>
          <w:p w14:paraId="110596D0" w14:textId="77777777" w:rsidR="001E67D3" w:rsidRPr="003A419B" w:rsidRDefault="001E67D3" w:rsidP="00E31074">
            <w:pPr>
              <w:pStyle w:val="NormalWeb"/>
              <w:spacing w:before="0" w:beforeAutospacing="0" w:after="0" w:afterAutospacing="0"/>
              <w:jc w:val="center"/>
              <w:rPr>
                <w:rFonts w:asciiTheme="minorHAnsi" w:hAnsiTheme="minorHAnsi"/>
                <w:b w:val="0"/>
                <w:sz w:val="22"/>
                <w:szCs w:val="22"/>
              </w:rPr>
            </w:pPr>
            <w:r w:rsidRPr="003A419B">
              <w:rPr>
                <w:rStyle w:val="Gl"/>
                <w:rFonts w:asciiTheme="minorHAnsi" w:hAnsiTheme="minorHAnsi"/>
                <w:sz w:val="22"/>
                <w:szCs w:val="22"/>
              </w:rPr>
              <w:t>Başkan</w:t>
            </w:r>
          </w:p>
        </w:tc>
      </w:tr>
      <w:tr w:rsidR="003A419B" w:rsidRPr="003A419B" w14:paraId="5AD7B98F" w14:textId="77777777" w:rsidTr="003A419B">
        <w:trPr>
          <w:trHeight w:val="20"/>
        </w:trPr>
        <w:tc>
          <w:tcPr>
            <w:tcW w:w="4237" w:type="dxa"/>
            <w:tcBorders>
              <w:top w:val="nil"/>
              <w:left w:val="double" w:sz="2" w:space="0" w:color="000000"/>
              <w:bottom w:val="single" w:sz="6" w:space="0" w:color="000000"/>
              <w:right w:val="single" w:sz="6" w:space="0" w:color="000000"/>
            </w:tcBorders>
            <w:hideMark/>
          </w:tcPr>
          <w:p w14:paraId="62B67BB2" w14:textId="77777777" w:rsidR="001E67D3" w:rsidRPr="003A419B" w:rsidRDefault="001E67D3" w:rsidP="00E31074">
            <w:pPr>
              <w:pStyle w:val="NormalWeb"/>
              <w:spacing w:before="0" w:beforeAutospacing="0" w:after="0" w:afterAutospacing="0"/>
              <w:ind w:left="15"/>
              <w:rPr>
                <w:rFonts w:asciiTheme="minorHAnsi" w:hAnsiTheme="minorHAnsi"/>
                <w:b w:val="0"/>
                <w:sz w:val="22"/>
                <w:szCs w:val="22"/>
              </w:rPr>
            </w:pPr>
            <w:r w:rsidRPr="003A419B">
              <w:rPr>
                <w:rFonts w:asciiTheme="minorHAnsi" w:hAnsiTheme="minorHAnsi"/>
                <w:b w:val="0"/>
                <w:sz w:val="22"/>
                <w:szCs w:val="22"/>
              </w:rPr>
              <w:t>Öğr. Gör. Taha ŞEYHANOĞULLARI</w:t>
            </w:r>
          </w:p>
        </w:tc>
        <w:tc>
          <w:tcPr>
            <w:tcW w:w="4394" w:type="dxa"/>
            <w:tcBorders>
              <w:top w:val="nil"/>
              <w:left w:val="nil"/>
              <w:bottom w:val="single" w:sz="6" w:space="0" w:color="000000"/>
              <w:right w:val="single" w:sz="6" w:space="0" w:color="000000"/>
            </w:tcBorders>
            <w:vAlign w:val="center"/>
            <w:hideMark/>
          </w:tcPr>
          <w:p w14:paraId="0DB4596F" w14:textId="77777777" w:rsidR="001E67D3" w:rsidRPr="003A419B" w:rsidRDefault="001E67D3" w:rsidP="00E31074">
            <w:pPr>
              <w:pStyle w:val="NormalWeb"/>
              <w:spacing w:before="0" w:beforeAutospacing="0" w:after="0" w:afterAutospacing="0"/>
              <w:jc w:val="center"/>
              <w:rPr>
                <w:rFonts w:asciiTheme="minorHAnsi" w:hAnsiTheme="minorHAnsi"/>
                <w:b w:val="0"/>
                <w:sz w:val="22"/>
                <w:szCs w:val="22"/>
              </w:rPr>
            </w:pPr>
            <w:r w:rsidRPr="003A419B">
              <w:rPr>
                <w:rFonts w:asciiTheme="minorHAnsi" w:hAnsiTheme="minorHAnsi"/>
                <w:b w:val="0"/>
                <w:sz w:val="22"/>
                <w:szCs w:val="22"/>
              </w:rPr>
              <w:t>Üye</w:t>
            </w:r>
          </w:p>
        </w:tc>
      </w:tr>
      <w:tr w:rsidR="003A419B" w:rsidRPr="003A419B" w14:paraId="0684718E" w14:textId="77777777" w:rsidTr="003A419B">
        <w:trPr>
          <w:trHeight w:val="20"/>
        </w:trPr>
        <w:tc>
          <w:tcPr>
            <w:tcW w:w="4237" w:type="dxa"/>
            <w:tcBorders>
              <w:top w:val="nil"/>
              <w:left w:val="double" w:sz="2" w:space="0" w:color="000000"/>
              <w:bottom w:val="single" w:sz="6" w:space="0" w:color="000000"/>
              <w:right w:val="single" w:sz="6" w:space="0" w:color="000000"/>
            </w:tcBorders>
            <w:hideMark/>
          </w:tcPr>
          <w:p w14:paraId="20F692AB" w14:textId="77777777" w:rsidR="001E67D3" w:rsidRPr="003A419B" w:rsidRDefault="001E67D3" w:rsidP="00E31074">
            <w:pPr>
              <w:pStyle w:val="NormalWeb"/>
              <w:spacing w:before="0" w:beforeAutospacing="0" w:after="0" w:afterAutospacing="0"/>
              <w:ind w:left="15"/>
              <w:rPr>
                <w:rFonts w:asciiTheme="minorHAnsi" w:hAnsiTheme="minorHAnsi"/>
                <w:b w:val="0"/>
                <w:sz w:val="22"/>
                <w:szCs w:val="22"/>
              </w:rPr>
            </w:pPr>
            <w:r w:rsidRPr="003A419B">
              <w:rPr>
                <w:rFonts w:asciiTheme="minorHAnsi" w:hAnsiTheme="minorHAnsi"/>
                <w:b w:val="0"/>
                <w:sz w:val="22"/>
                <w:szCs w:val="22"/>
              </w:rPr>
              <w:t>Öğr. Gör. Ünalcan KUTAL</w:t>
            </w:r>
          </w:p>
        </w:tc>
        <w:tc>
          <w:tcPr>
            <w:tcW w:w="4394" w:type="dxa"/>
            <w:tcBorders>
              <w:top w:val="nil"/>
              <w:left w:val="nil"/>
              <w:bottom w:val="single" w:sz="6" w:space="0" w:color="000000"/>
              <w:right w:val="single" w:sz="6" w:space="0" w:color="000000"/>
            </w:tcBorders>
            <w:vAlign w:val="center"/>
            <w:hideMark/>
          </w:tcPr>
          <w:p w14:paraId="2E657D4B" w14:textId="77777777" w:rsidR="001E67D3" w:rsidRPr="003A419B" w:rsidRDefault="001E67D3" w:rsidP="00E31074">
            <w:pPr>
              <w:pStyle w:val="NormalWeb"/>
              <w:spacing w:before="0" w:beforeAutospacing="0" w:after="0" w:afterAutospacing="0"/>
              <w:ind w:right="15"/>
              <w:jc w:val="center"/>
              <w:rPr>
                <w:rFonts w:asciiTheme="minorHAnsi" w:hAnsiTheme="minorHAnsi"/>
                <w:b w:val="0"/>
                <w:sz w:val="22"/>
                <w:szCs w:val="22"/>
              </w:rPr>
            </w:pPr>
            <w:r w:rsidRPr="003A419B">
              <w:rPr>
                <w:rFonts w:asciiTheme="minorHAnsi" w:hAnsiTheme="minorHAnsi"/>
                <w:b w:val="0"/>
                <w:sz w:val="22"/>
                <w:szCs w:val="22"/>
              </w:rPr>
              <w:t>Üye</w:t>
            </w:r>
          </w:p>
        </w:tc>
      </w:tr>
      <w:tr w:rsidR="003A419B" w:rsidRPr="003A419B" w14:paraId="152224B2" w14:textId="77777777" w:rsidTr="003A419B">
        <w:trPr>
          <w:trHeight w:val="20"/>
        </w:trPr>
        <w:tc>
          <w:tcPr>
            <w:tcW w:w="4237" w:type="dxa"/>
            <w:tcBorders>
              <w:top w:val="nil"/>
              <w:left w:val="double" w:sz="2" w:space="0" w:color="000000"/>
              <w:bottom w:val="single" w:sz="6" w:space="0" w:color="000000"/>
              <w:right w:val="single" w:sz="6" w:space="0" w:color="000000"/>
            </w:tcBorders>
            <w:hideMark/>
          </w:tcPr>
          <w:p w14:paraId="2204F6C1" w14:textId="77777777" w:rsidR="001E67D3" w:rsidRPr="003A419B" w:rsidRDefault="001E67D3" w:rsidP="00E31074">
            <w:pPr>
              <w:pStyle w:val="NormalWeb"/>
              <w:spacing w:before="0" w:beforeAutospacing="0" w:after="0" w:afterAutospacing="0"/>
              <w:ind w:left="15"/>
              <w:rPr>
                <w:rFonts w:asciiTheme="minorHAnsi" w:hAnsiTheme="minorHAnsi"/>
                <w:b w:val="0"/>
                <w:sz w:val="22"/>
                <w:szCs w:val="22"/>
              </w:rPr>
            </w:pPr>
            <w:r w:rsidRPr="003A419B">
              <w:rPr>
                <w:rFonts w:asciiTheme="minorHAnsi" w:hAnsiTheme="minorHAnsi"/>
                <w:b w:val="0"/>
                <w:sz w:val="22"/>
                <w:szCs w:val="22"/>
              </w:rPr>
              <w:t>Dr. Öğr. Üyesi Ahmet Emre DERİNKÖK</w:t>
            </w:r>
          </w:p>
        </w:tc>
        <w:tc>
          <w:tcPr>
            <w:tcW w:w="4394" w:type="dxa"/>
            <w:tcBorders>
              <w:top w:val="nil"/>
              <w:left w:val="nil"/>
              <w:bottom w:val="single" w:sz="6" w:space="0" w:color="000000"/>
              <w:right w:val="single" w:sz="6" w:space="0" w:color="000000"/>
            </w:tcBorders>
            <w:vAlign w:val="center"/>
            <w:hideMark/>
          </w:tcPr>
          <w:p w14:paraId="337B1D5C" w14:textId="77777777" w:rsidR="001E67D3" w:rsidRPr="003A419B" w:rsidRDefault="001E67D3" w:rsidP="00E31074">
            <w:pPr>
              <w:pStyle w:val="NormalWeb"/>
              <w:spacing w:before="0" w:beforeAutospacing="0" w:after="0" w:afterAutospacing="0"/>
              <w:ind w:right="15"/>
              <w:jc w:val="center"/>
              <w:rPr>
                <w:rFonts w:asciiTheme="minorHAnsi" w:hAnsiTheme="minorHAnsi"/>
                <w:b w:val="0"/>
                <w:sz w:val="22"/>
                <w:szCs w:val="22"/>
              </w:rPr>
            </w:pPr>
            <w:r w:rsidRPr="003A419B">
              <w:rPr>
                <w:rFonts w:asciiTheme="minorHAnsi" w:hAnsiTheme="minorHAnsi"/>
                <w:b w:val="0"/>
                <w:sz w:val="22"/>
                <w:szCs w:val="22"/>
              </w:rPr>
              <w:t>Üye</w:t>
            </w:r>
          </w:p>
        </w:tc>
      </w:tr>
      <w:tr w:rsidR="003A419B" w:rsidRPr="003A419B" w14:paraId="4489CC6E" w14:textId="77777777" w:rsidTr="003A419B">
        <w:trPr>
          <w:trHeight w:val="20"/>
        </w:trPr>
        <w:tc>
          <w:tcPr>
            <w:tcW w:w="4237" w:type="dxa"/>
            <w:tcBorders>
              <w:top w:val="nil"/>
              <w:left w:val="double" w:sz="2" w:space="0" w:color="000000"/>
              <w:bottom w:val="single" w:sz="6" w:space="0" w:color="000000"/>
              <w:right w:val="single" w:sz="6" w:space="0" w:color="000000"/>
            </w:tcBorders>
            <w:hideMark/>
          </w:tcPr>
          <w:p w14:paraId="59E68513" w14:textId="77777777" w:rsidR="001E67D3" w:rsidRPr="003A419B" w:rsidRDefault="001E67D3" w:rsidP="00E31074">
            <w:pPr>
              <w:pStyle w:val="NormalWeb"/>
              <w:spacing w:before="0" w:beforeAutospacing="0" w:after="0" w:afterAutospacing="0"/>
              <w:ind w:left="15"/>
              <w:rPr>
                <w:rFonts w:asciiTheme="minorHAnsi" w:hAnsiTheme="minorHAnsi"/>
                <w:b w:val="0"/>
                <w:sz w:val="22"/>
                <w:szCs w:val="22"/>
              </w:rPr>
            </w:pPr>
            <w:r w:rsidRPr="003A419B">
              <w:rPr>
                <w:rFonts w:asciiTheme="minorHAnsi" w:hAnsiTheme="minorHAnsi"/>
                <w:b w:val="0"/>
                <w:sz w:val="22"/>
                <w:szCs w:val="22"/>
              </w:rPr>
              <w:t>Dr. Öğr. Üyesi Harun Reşit GÜNDOĞAN</w:t>
            </w:r>
          </w:p>
        </w:tc>
        <w:tc>
          <w:tcPr>
            <w:tcW w:w="4394" w:type="dxa"/>
            <w:tcBorders>
              <w:top w:val="nil"/>
              <w:left w:val="nil"/>
              <w:bottom w:val="single" w:sz="6" w:space="0" w:color="000000"/>
              <w:right w:val="single" w:sz="6" w:space="0" w:color="000000"/>
            </w:tcBorders>
            <w:vAlign w:val="center"/>
            <w:hideMark/>
          </w:tcPr>
          <w:p w14:paraId="7B8BFD85" w14:textId="77777777" w:rsidR="001E67D3" w:rsidRPr="003A419B" w:rsidRDefault="001E67D3" w:rsidP="00E31074">
            <w:pPr>
              <w:pStyle w:val="NormalWeb"/>
              <w:spacing w:before="0" w:beforeAutospacing="0" w:after="0" w:afterAutospacing="0"/>
              <w:ind w:right="15"/>
              <w:jc w:val="center"/>
              <w:rPr>
                <w:rFonts w:asciiTheme="minorHAnsi" w:hAnsiTheme="minorHAnsi"/>
                <w:b w:val="0"/>
                <w:sz w:val="22"/>
                <w:szCs w:val="22"/>
              </w:rPr>
            </w:pPr>
            <w:r w:rsidRPr="003A419B">
              <w:rPr>
                <w:rFonts w:asciiTheme="minorHAnsi" w:hAnsiTheme="minorHAnsi"/>
                <w:b w:val="0"/>
                <w:sz w:val="22"/>
                <w:szCs w:val="22"/>
              </w:rPr>
              <w:t>Üye</w:t>
            </w:r>
          </w:p>
        </w:tc>
      </w:tr>
    </w:tbl>
    <w:p w14:paraId="09FBDE13" w14:textId="45FD2A1C" w:rsidR="001E67D3"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631" w:type="dxa"/>
        <w:tblInd w:w="150" w:type="dxa"/>
        <w:tblCellMar>
          <w:left w:w="0" w:type="dxa"/>
          <w:right w:w="0" w:type="dxa"/>
        </w:tblCellMar>
        <w:tblLook w:val="04A0" w:firstRow="1" w:lastRow="0" w:firstColumn="1" w:lastColumn="0" w:noHBand="0" w:noVBand="1"/>
      </w:tblPr>
      <w:tblGrid>
        <w:gridCol w:w="4237"/>
        <w:gridCol w:w="4394"/>
      </w:tblGrid>
      <w:tr w:rsidR="008329BB" w:rsidRPr="008329BB" w14:paraId="27C99DAA" w14:textId="77777777" w:rsidTr="003A419B">
        <w:trPr>
          <w:trHeight w:val="20"/>
        </w:trPr>
        <w:tc>
          <w:tcPr>
            <w:tcW w:w="8631" w:type="dxa"/>
            <w:gridSpan w:val="2"/>
            <w:tcBorders>
              <w:top w:val="single" w:sz="4" w:space="0" w:color="auto"/>
              <w:left w:val="single" w:sz="4" w:space="0" w:color="auto"/>
              <w:bottom w:val="single" w:sz="4" w:space="0" w:color="auto"/>
              <w:right w:val="single" w:sz="4" w:space="0" w:color="auto"/>
            </w:tcBorders>
            <w:shd w:val="clear" w:color="auto" w:fill="EBEBEB"/>
            <w:hideMark/>
          </w:tcPr>
          <w:p w14:paraId="37FE09C5" w14:textId="77777777" w:rsidR="00E31074" w:rsidRPr="008329BB" w:rsidRDefault="00E31074" w:rsidP="00535AF8">
            <w:pPr>
              <w:pStyle w:val="NormalWeb"/>
              <w:spacing w:before="0" w:beforeAutospacing="0" w:after="0" w:afterAutospacing="0"/>
              <w:ind w:left="15"/>
              <w:jc w:val="center"/>
              <w:rPr>
                <w:rFonts w:asciiTheme="minorHAnsi" w:hAnsiTheme="minorHAnsi"/>
                <w:b w:val="0"/>
                <w:sz w:val="22"/>
                <w:szCs w:val="22"/>
              </w:rPr>
            </w:pPr>
            <w:r w:rsidRPr="008329BB">
              <w:rPr>
                <w:rStyle w:val="Gl"/>
                <w:rFonts w:asciiTheme="minorHAnsi" w:hAnsiTheme="minorHAnsi"/>
                <w:b/>
                <w:sz w:val="22"/>
                <w:szCs w:val="22"/>
              </w:rPr>
              <w:t>KURUMSAL İLETİŞİM BİRİM SORUMLUSU</w:t>
            </w:r>
          </w:p>
        </w:tc>
      </w:tr>
      <w:tr w:rsidR="008329BB" w:rsidRPr="008329BB" w14:paraId="5E727F75" w14:textId="77777777" w:rsidTr="003A419B">
        <w:trPr>
          <w:trHeight w:val="20"/>
        </w:trPr>
        <w:tc>
          <w:tcPr>
            <w:tcW w:w="4237" w:type="dxa"/>
            <w:tcBorders>
              <w:top w:val="single" w:sz="4" w:space="0" w:color="auto"/>
              <w:left w:val="double" w:sz="2" w:space="0" w:color="000000"/>
              <w:bottom w:val="single" w:sz="6" w:space="0" w:color="000000"/>
              <w:right w:val="single" w:sz="6" w:space="0" w:color="000000"/>
            </w:tcBorders>
            <w:hideMark/>
          </w:tcPr>
          <w:p w14:paraId="7CB24717" w14:textId="77777777" w:rsidR="00E31074" w:rsidRPr="008329BB" w:rsidRDefault="00E31074" w:rsidP="00535AF8">
            <w:pPr>
              <w:pStyle w:val="NormalWeb"/>
              <w:spacing w:before="0" w:beforeAutospacing="0" w:after="0" w:afterAutospacing="0"/>
              <w:ind w:left="15"/>
              <w:jc w:val="center"/>
              <w:rPr>
                <w:rFonts w:asciiTheme="minorHAnsi" w:hAnsiTheme="minorHAnsi"/>
                <w:b w:val="0"/>
                <w:sz w:val="22"/>
                <w:szCs w:val="22"/>
              </w:rPr>
            </w:pPr>
            <w:r w:rsidRPr="008329BB">
              <w:rPr>
                <w:rStyle w:val="Gl"/>
                <w:rFonts w:asciiTheme="minorHAnsi" w:hAnsiTheme="minorHAnsi"/>
                <w:b/>
                <w:sz w:val="22"/>
                <w:szCs w:val="22"/>
              </w:rPr>
              <w:t>ADI SOYADI</w:t>
            </w:r>
          </w:p>
        </w:tc>
        <w:tc>
          <w:tcPr>
            <w:tcW w:w="4394" w:type="dxa"/>
            <w:tcBorders>
              <w:top w:val="single" w:sz="4" w:space="0" w:color="auto"/>
              <w:left w:val="nil"/>
              <w:bottom w:val="single" w:sz="6" w:space="0" w:color="000000"/>
              <w:right w:val="single" w:sz="6" w:space="0" w:color="000000"/>
            </w:tcBorders>
            <w:vAlign w:val="center"/>
            <w:hideMark/>
          </w:tcPr>
          <w:p w14:paraId="5E5E305E" w14:textId="77777777" w:rsidR="00E31074" w:rsidRPr="008329BB" w:rsidRDefault="00E31074" w:rsidP="00535AF8">
            <w:pPr>
              <w:pStyle w:val="NormalWeb"/>
              <w:spacing w:before="0" w:beforeAutospacing="0" w:after="0" w:afterAutospacing="0"/>
              <w:jc w:val="center"/>
              <w:rPr>
                <w:rFonts w:asciiTheme="minorHAnsi" w:hAnsiTheme="minorHAnsi"/>
                <w:b w:val="0"/>
                <w:sz w:val="22"/>
                <w:szCs w:val="22"/>
              </w:rPr>
            </w:pPr>
            <w:r w:rsidRPr="008329BB">
              <w:rPr>
                <w:rStyle w:val="Gl"/>
                <w:rFonts w:asciiTheme="minorHAnsi" w:hAnsiTheme="minorHAnsi"/>
                <w:b/>
                <w:sz w:val="22"/>
                <w:szCs w:val="22"/>
              </w:rPr>
              <w:t>GÖREVİ</w:t>
            </w:r>
          </w:p>
        </w:tc>
      </w:tr>
      <w:tr w:rsidR="008329BB" w:rsidRPr="008329BB" w14:paraId="6C2158B3" w14:textId="77777777" w:rsidTr="003A419B">
        <w:trPr>
          <w:trHeight w:val="20"/>
        </w:trPr>
        <w:tc>
          <w:tcPr>
            <w:tcW w:w="4237" w:type="dxa"/>
            <w:tcBorders>
              <w:top w:val="nil"/>
              <w:left w:val="double" w:sz="2" w:space="0" w:color="000000"/>
              <w:bottom w:val="single" w:sz="6" w:space="0" w:color="000000"/>
              <w:right w:val="single" w:sz="6" w:space="0" w:color="000000"/>
            </w:tcBorders>
            <w:vAlign w:val="center"/>
            <w:hideMark/>
          </w:tcPr>
          <w:p w14:paraId="69908843" w14:textId="77777777" w:rsidR="00E31074" w:rsidRPr="008329BB" w:rsidRDefault="00E31074" w:rsidP="00535AF8">
            <w:pPr>
              <w:pStyle w:val="NormalWeb"/>
              <w:spacing w:before="0" w:beforeAutospacing="0" w:after="0" w:afterAutospacing="0"/>
              <w:ind w:left="15"/>
              <w:rPr>
                <w:rFonts w:asciiTheme="minorHAnsi" w:hAnsiTheme="minorHAnsi"/>
                <w:b w:val="0"/>
                <w:sz w:val="22"/>
                <w:szCs w:val="22"/>
              </w:rPr>
            </w:pPr>
            <w:r w:rsidRPr="008329BB">
              <w:rPr>
                <w:rFonts w:asciiTheme="minorHAnsi" w:hAnsiTheme="minorHAnsi"/>
                <w:b w:val="0"/>
                <w:sz w:val="22"/>
                <w:szCs w:val="22"/>
              </w:rPr>
              <w:t>Öğr. Gör. Ezel ERSÖZ</w:t>
            </w:r>
          </w:p>
        </w:tc>
        <w:tc>
          <w:tcPr>
            <w:tcW w:w="4394" w:type="dxa"/>
            <w:tcBorders>
              <w:top w:val="nil"/>
              <w:left w:val="nil"/>
              <w:bottom w:val="single" w:sz="6" w:space="0" w:color="000000"/>
              <w:right w:val="single" w:sz="6" w:space="0" w:color="000000"/>
            </w:tcBorders>
            <w:vAlign w:val="center"/>
            <w:hideMark/>
          </w:tcPr>
          <w:p w14:paraId="68C86D98" w14:textId="77777777" w:rsidR="00E31074" w:rsidRPr="008329BB" w:rsidRDefault="00E31074" w:rsidP="00535AF8">
            <w:pPr>
              <w:pStyle w:val="NormalWeb"/>
              <w:spacing w:before="0" w:beforeAutospacing="0" w:after="0" w:afterAutospacing="0"/>
              <w:jc w:val="center"/>
              <w:rPr>
                <w:rFonts w:asciiTheme="minorHAnsi" w:hAnsiTheme="minorHAnsi"/>
                <w:b w:val="0"/>
                <w:sz w:val="22"/>
                <w:szCs w:val="22"/>
              </w:rPr>
            </w:pPr>
            <w:r w:rsidRPr="008329BB">
              <w:rPr>
                <w:rStyle w:val="Gl"/>
                <w:rFonts w:asciiTheme="minorHAnsi" w:hAnsiTheme="minorHAnsi"/>
                <w:sz w:val="22"/>
                <w:szCs w:val="22"/>
              </w:rPr>
              <w:t>Birim Sorumlusu</w:t>
            </w:r>
          </w:p>
        </w:tc>
      </w:tr>
    </w:tbl>
    <w:p w14:paraId="11CC8317" w14:textId="77777777" w:rsidR="00E31074" w:rsidRPr="008329BB" w:rsidRDefault="00E31074" w:rsidP="002F4A7E">
      <w:pPr>
        <w:pStyle w:val="NormalWeb"/>
        <w:shd w:val="clear" w:color="auto" w:fill="FFFFFF"/>
        <w:spacing w:before="120" w:beforeAutospacing="0" w:after="120" w:afterAutospacing="0"/>
        <w:rPr>
          <w:rFonts w:asciiTheme="minorHAnsi" w:hAnsiTheme="minorHAnsi"/>
          <w:sz w:val="22"/>
          <w:szCs w:val="22"/>
        </w:rPr>
      </w:pPr>
    </w:p>
    <w:tbl>
      <w:tblPr>
        <w:tblW w:w="8631" w:type="dxa"/>
        <w:tblInd w:w="150" w:type="dxa"/>
        <w:tblCellMar>
          <w:left w:w="0" w:type="dxa"/>
          <w:right w:w="0" w:type="dxa"/>
        </w:tblCellMar>
        <w:tblLook w:val="04A0" w:firstRow="1" w:lastRow="0" w:firstColumn="1" w:lastColumn="0" w:noHBand="0" w:noVBand="1"/>
      </w:tblPr>
      <w:tblGrid>
        <w:gridCol w:w="4237"/>
        <w:gridCol w:w="4394"/>
      </w:tblGrid>
      <w:tr w:rsidR="008329BB" w:rsidRPr="008329BB" w14:paraId="2A7E216C" w14:textId="77777777" w:rsidTr="003A419B">
        <w:trPr>
          <w:trHeight w:val="20"/>
        </w:trPr>
        <w:tc>
          <w:tcPr>
            <w:tcW w:w="8631"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1E833467" w14:textId="77777777" w:rsidR="001E67D3" w:rsidRPr="008329BB" w:rsidRDefault="001E67D3" w:rsidP="003A419B">
            <w:pPr>
              <w:pStyle w:val="NormalWeb"/>
              <w:spacing w:before="0" w:beforeAutospacing="0" w:after="0" w:afterAutospacing="0"/>
              <w:ind w:left="15"/>
              <w:jc w:val="center"/>
              <w:rPr>
                <w:rFonts w:asciiTheme="minorHAnsi" w:hAnsiTheme="minorHAnsi"/>
                <w:b w:val="0"/>
                <w:sz w:val="22"/>
                <w:szCs w:val="22"/>
              </w:rPr>
            </w:pPr>
            <w:r w:rsidRPr="008329BB">
              <w:rPr>
                <w:rStyle w:val="Gl"/>
                <w:rFonts w:asciiTheme="minorHAnsi" w:hAnsiTheme="minorHAnsi"/>
                <w:b/>
                <w:sz w:val="22"/>
                <w:szCs w:val="22"/>
              </w:rPr>
              <w:t>MEZUNLARLA İLETİŞİM KOMİSYONU</w:t>
            </w:r>
          </w:p>
        </w:tc>
      </w:tr>
      <w:tr w:rsidR="008329BB" w:rsidRPr="008329BB" w14:paraId="1A4C2DDB" w14:textId="77777777" w:rsidTr="003A419B">
        <w:trPr>
          <w:trHeight w:val="20"/>
        </w:trPr>
        <w:tc>
          <w:tcPr>
            <w:tcW w:w="4237" w:type="dxa"/>
            <w:tcBorders>
              <w:top w:val="nil"/>
              <w:left w:val="double" w:sz="2" w:space="0" w:color="000000"/>
              <w:bottom w:val="single" w:sz="6" w:space="0" w:color="000000"/>
              <w:right w:val="single" w:sz="6" w:space="0" w:color="000000"/>
            </w:tcBorders>
            <w:hideMark/>
          </w:tcPr>
          <w:p w14:paraId="43D4E315" w14:textId="77777777" w:rsidR="001E67D3" w:rsidRPr="008329BB" w:rsidRDefault="001E67D3" w:rsidP="003A419B">
            <w:pPr>
              <w:pStyle w:val="NormalWeb"/>
              <w:spacing w:before="0" w:beforeAutospacing="0" w:after="0" w:afterAutospacing="0"/>
              <w:ind w:left="15"/>
              <w:jc w:val="center"/>
              <w:rPr>
                <w:rFonts w:asciiTheme="minorHAnsi" w:hAnsiTheme="minorHAnsi"/>
                <w:b w:val="0"/>
                <w:sz w:val="22"/>
                <w:szCs w:val="22"/>
              </w:rPr>
            </w:pPr>
            <w:r w:rsidRPr="008329BB">
              <w:rPr>
                <w:rStyle w:val="Gl"/>
                <w:rFonts w:asciiTheme="minorHAnsi" w:hAnsiTheme="minorHAnsi"/>
                <w:b/>
                <w:sz w:val="22"/>
                <w:szCs w:val="22"/>
              </w:rPr>
              <w:t>ADI SOYADI</w:t>
            </w:r>
          </w:p>
        </w:tc>
        <w:tc>
          <w:tcPr>
            <w:tcW w:w="4394" w:type="dxa"/>
            <w:tcBorders>
              <w:top w:val="nil"/>
              <w:left w:val="nil"/>
              <w:bottom w:val="single" w:sz="6" w:space="0" w:color="000000"/>
              <w:right w:val="single" w:sz="6" w:space="0" w:color="000000"/>
            </w:tcBorders>
            <w:vAlign w:val="center"/>
            <w:hideMark/>
          </w:tcPr>
          <w:p w14:paraId="591874F8" w14:textId="77777777" w:rsidR="001E67D3" w:rsidRPr="008329BB" w:rsidRDefault="001E67D3" w:rsidP="003A419B">
            <w:pPr>
              <w:pStyle w:val="NormalWeb"/>
              <w:spacing w:before="0" w:beforeAutospacing="0" w:after="0" w:afterAutospacing="0"/>
              <w:jc w:val="center"/>
              <w:rPr>
                <w:rFonts w:asciiTheme="minorHAnsi" w:hAnsiTheme="minorHAnsi"/>
                <w:b w:val="0"/>
                <w:sz w:val="22"/>
                <w:szCs w:val="22"/>
              </w:rPr>
            </w:pPr>
            <w:r w:rsidRPr="008329BB">
              <w:rPr>
                <w:rStyle w:val="Gl"/>
                <w:rFonts w:asciiTheme="minorHAnsi" w:hAnsiTheme="minorHAnsi"/>
                <w:b/>
                <w:sz w:val="22"/>
                <w:szCs w:val="22"/>
              </w:rPr>
              <w:t>GÖREVİ</w:t>
            </w:r>
          </w:p>
        </w:tc>
      </w:tr>
      <w:tr w:rsidR="001E67D3" w:rsidRPr="00364402" w14:paraId="7B667B49" w14:textId="77777777" w:rsidTr="003A419B">
        <w:trPr>
          <w:trHeight w:val="20"/>
        </w:trPr>
        <w:tc>
          <w:tcPr>
            <w:tcW w:w="4237" w:type="dxa"/>
            <w:tcBorders>
              <w:top w:val="nil"/>
              <w:left w:val="double" w:sz="2" w:space="0" w:color="000000"/>
              <w:bottom w:val="single" w:sz="6" w:space="0" w:color="000000"/>
              <w:right w:val="single" w:sz="6" w:space="0" w:color="000000"/>
            </w:tcBorders>
            <w:vAlign w:val="center"/>
            <w:hideMark/>
          </w:tcPr>
          <w:p w14:paraId="7787E347" w14:textId="77777777" w:rsidR="001E67D3" w:rsidRPr="00364402" w:rsidRDefault="001E67D3" w:rsidP="003A419B">
            <w:pPr>
              <w:pStyle w:val="NormalWeb"/>
              <w:spacing w:before="0" w:beforeAutospacing="0" w:after="0" w:afterAutospacing="0"/>
              <w:ind w:left="15"/>
              <w:rPr>
                <w:rFonts w:asciiTheme="minorHAnsi" w:hAnsiTheme="minorHAnsi"/>
                <w:b w:val="0"/>
                <w:sz w:val="22"/>
                <w:szCs w:val="22"/>
              </w:rPr>
            </w:pPr>
            <w:r w:rsidRPr="00364402">
              <w:rPr>
                <w:rFonts w:asciiTheme="minorHAnsi" w:hAnsiTheme="minorHAnsi"/>
                <w:b w:val="0"/>
                <w:sz w:val="22"/>
                <w:szCs w:val="22"/>
              </w:rPr>
              <w:t>Öğr. Gör. Ünalcan KUTAL</w:t>
            </w:r>
          </w:p>
        </w:tc>
        <w:tc>
          <w:tcPr>
            <w:tcW w:w="4394" w:type="dxa"/>
            <w:tcBorders>
              <w:top w:val="nil"/>
              <w:left w:val="nil"/>
              <w:bottom w:val="single" w:sz="6" w:space="0" w:color="000000"/>
              <w:right w:val="single" w:sz="6" w:space="0" w:color="000000"/>
            </w:tcBorders>
            <w:vAlign w:val="center"/>
            <w:hideMark/>
          </w:tcPr>
          <w:p w14:paraId="332707E4" w14:textId="77777777" w:rsidR="001E67D3" w:rsidRPr="00364402" w:rsidRDefault="001E67D3" w:rsidP="003A419B">
            <w:pPr>
              <w:pStyle w:val="NormalWeb"/>
              <w:spacing w:before="0" w:beforeAutospacing="0" w:after="0" w:afterAutospacing="0"/>
              <w:jc w:val="center"/>
              <w:rPr>
                <w:rFonts w:asciiTheme="minorHAnsi" w:hAnsiTheme="minorHAnsi"/>
                <w:b w:val="0"/>
                <w:sz w:val="22"/>
                <w:szCs w:val="22"/>
              </w:rPr>
            </w:pPr>
            <w:r w:rsidRPr="00364402">
              <w:rPr>
                <w:rStyle w:val="Gl"/>
                <w:rFonts w:asciiTheme="minorHAnsi" w:hAnsiTheme="minorHAnsi"/>
                <w:sz w:val="22"/>
                <w:szCs w:val="22"/>
              </w:rPr>
              <w:t>Başkan</w:t>
            </w:r>
          </w:p>
        </w:tc>
      </w:tr>
      <w:tr w:rsidR="001E67D3" w:rsidRPr="00364402" w14:paraId="4C4D2A87" w14:textId="77777777" w:rsidTr="003A419B">
        <w:trPr>
          <w:trHeight w:val="20"/>
        </w:trPr>
        <w:tc>
          <w:tcPr>
            <w:tcW w:w="4237" w:type="dxa"/>
            <w:tcBorders>
              <w:top w:val="nil"/>
              <w:left w:val="double" w:sz="2" w:space="0" w:color="000000"/>
              <w:bottom w:val="single" w:sz="6" w:space="0" w:color="000000"/>
              <w:right w:val="single" w:sz="6" w:space="0" w:color="000000"/>
            </w:tcBorders>
            <w:vAlign w:val="center"/>
            <w:hideMark/>
          </w:tcPr>
          <w:p w14:paraId="259487F9" w14:textId="77777777" w:rsidR="001E67D3" w:rsidRPr="00364402" w:rsidRDefault="001E67D3" w:rsidP="003A419B">
            <w:pPr>
              <w:pStyle w:val="NormalWeb"/>
              <w:spacing w:before="0" w:beforeAutospacing="0" w:after="0" w:afterAutospacing="0"/>
              <w:ind w:left="15"/>
              <w:rPr>
                <w:rFonts w:asciiTheme="minorHAnsi" w:hAnsiTheme="minorHAnsi"/>
                <w:b w:val="0"/>
                <w:sz w:val="22"/>
                <w:szCs w:val="22"/>
              </w:rPr>
            </w:pPr>
            <w:r w:rsidRPr="00364402">
              <w:rPr>
                <w:rFonts w:asciiTheme="minorHAnsi" w:hAnsiTheme="minorHAnsi"/>
                <w:b w:val="0"/>
                <w:sz w:val="22"/>
                <w:szCs w:val="22"/>
              </w:rPr>
              <w:t>Öğr. Gör. Hüseyin DENİZ</w:t>
            </w:r>
          </w:p>
        </w:tc>
        <w:tc>
          <w:tcPr>
            <w:tcW w:w="4394" w:type="dxa"/>
            <w:tcBorders>
              <w:top w:val="nil"/>
              <w:left w:val="nil"/>
              <w:bottom w:val="single" w:sz="6" w:space="0" w:color="000000"/>
              <w:right w:val="single" w:sz="6" w:space="0" w:color="000000"/>
            </w:tcBorders>
            <w:vAlign w:val="center"/>
            <w:hideMark/>
          </w:tcPr>
          <w:p w14:paraId="4E311706" w14:textId="77777777" w:rsidR="001E67D3" w:rsidRPr="00364402" w:rsidRDefault="001E67D3" w:rsidP="003A419B">
            <w:pPr>
              <w:pStyle w:val="NormalWeb"/>
              <w:spacing w:before="0" w:beforeAutospacing="0" w:after="0" w:afterAutospacing="0"/>
              <w:jc w:val="center"/>
              <w:rPr>
                <w:rFonts w:asciiTheme="minorHAnsi" w:hAnsiTheme="minorHAnsi"/>
                <w:b w:val="0"/>
                <w:sz w:val="22"/>
                <w:szCs w:val="22"/>
              </w:rPr>
            </w:pPr>
            <w:r w:rsidRPr="00364402">
              <w:rPr>
                <w:rFonts w:asciiTheme="minorHAnsi" w:hAnsiTheme="minorHAnsi"/>
                <w:b w:val="0"/>
                <w:sz w:val="22"/>
                <w:szCs w:val="22"/>
              </w:rPr>
              <w:t>Üye</w:t>
            </w:r>
          </w:p>
        </w:tc>
      </w:tr>
      <w:tr w:rsidR="001E67D3" w:rsidRPr="00364402" w14:paraId="3C9E84AC" w14:textId="77777777" w:rsidTr="003A419B">
        <w:trPr>
          <w:trHeight w:val="20"/>
        </w:trPr>
        <w:tc>
          <w:tcPr>
            <w:tcW w:w="4237" w:type="dxa"/>
            <w:tcBorders>
              <w:top w:val="nil"/>
              <w:left w:val="double" w:sz="2" w:space="0" w:color="000000"/>
              <w:bottom w:val="single" w:sz="6" w:space="0" w:color="000000"/>
              <w:right w:val="single" w:sz="6" w:space="0" w:color="000000"/>
            </w:tcBorders>
            <w:vAlign w:val="center"/>
            <w:hideMark/>
          </w:tcPr>
          <w:p w14:paraId="476565B8" w14:textId="77777777" w:rsidR="001E67D3" w:rsidRPr="00364402" w:rsidRDefault="001E67D3" w:rsidP="003A419B">
            <w:pPr>
              <w:pStyle w:val="NormalWeb"/>
              <w:spacing w:before="0" w:beforeAutospacing="0" w:after="0" w:afterAutospacing="0"/>
              <w:ind w:left="15"/>
              <w:rPr>
                <w:rFonts w:asciiTheme="minorHAnsi" w:hAnsiTheme="minorHAnsi"/>
                <w:b w:val="0"/>
                <w:sz w:val="22"/>
                <w:szCs w:val="22"/>
              </w:rPr>
            </w:pPr>
            <w:r w:rsidRPr="00364402">
              <w:rPr>
                <w:rFonts w:asciiTheme="minorHAnsi" w:hAnsiTheme="minorHAnsi"/>
                <w:b w:val="0"/>
                <w:sz w:val="22"/>
                <w:szCs w:val="22"/>
              </w:rPr>
              <w:t>Öğr. Gör. Ezel ERSÖZ</w:t>
            </w:r>
          </w:p>
        </w:tc>
        <w:tc>
          <w:tcPr>
            <w:tcW w:w="4394" w:type="dxa"/>
            <w:tcBorders>
              <w:top w:val="nil"/>
              <w:left w:val="nil"/>
              <w:bottom w:val="single" w:sz="6" w:space="0" w:color="000000"/>
              <w:right w:val="single" w:sz="6" w:space="0" w:color="000000"/>
            </w:tcBorders>
            <w:vAlign w:val="center"/>
            <w:hideMark/>
          </w:tcPr>
          <w:p w14:paraId="17FC142B" w14:textId="77777777" w:rsidR="001E67D3" w:rsidRPr="00364402" w:rsidRDefault="001E67D3" w:rsidP="003A419B">
            <w:pPr>
              <w:pStyle w:val="NormalWeb"/>
              <w:spacing w:before="0" w:beforeAutospacing="0" w:after="0" w:afterAutospacing="0"/>
              <w:ind w:right="15"/>
              <w:jc w:val="center"/>
              <w:rPr>
                <w:rFonts w:asciiTheme="minorHAnsi" w:hAnsiTheme="minorHAnsi"/>
                <w:b w:val="0"/>
                <w:sz w:val="22"/>
                <w:szCs w:val="22"/>
              </w:rPr>
            </w:pPr>
            <w:r w:rsidRPr="00364402">
              <w:rPr>
                <w:rFonts w:asciiTheme="minorHAnsi" w:hAnsiTheme="minorHAnsi"/>
                <w:b w:val="0"/>
                <w:sz w:val="22"/>
                <w:szCs w:val="22"/>
              </w:rPr>
              <w:t>Üye</w:t>
            </w:r>
          </w:p>
        </w:tc>
      </w:tr>
      <w:tr w:rsidR="001E67D3" w:rsidRPr="00364402" w14:paraId="50AF1BB5" w14:textId="77777777" w:rsidTr="003A419B">
        <w:trPr>
          <w:trHeight w:val="20"/>
        </w:trPr>
        <w:tc>
          <w:tcPr>
            <w:tcW w:w="4237" w:type="dxa"/>
            <w:tcBorders>
              <w:top w:val="nil"/>
              <w:left w:val="double" w:sz="2" w:space="0" w:color="000000"/>
              <w:bottom w:val="single" w:sz="6" w:space="0" w:color="000000"/>
              <w:right w:val="single" w:sz="6" w:space="0" w:color="000000"/>
            </w:tcBorders>
            <w:vAlign w:val="center"/>
            <w:hideMark/>
          </w:tcPr>
          <w:p w14:paraId="2854862A" w14:textId="77777777" w:rsidR="001E67D3" w:rsidRPr="00364402" w:rsidRDefault="001E67D3" w:rsidP="003A419B">
            <w:pPr>
              <w:pStyle w:val="NormalWeb"/>
              <w:spacing w:before="0" w:beforeAutospacing="0" w:after="0" w:afterAutospacing="0"/>
              <w:ind w:left="15"/>
              <w:rPr>
                <w:rFonts w:asciiTheme="minorHAnsi" w:hAnsiTheme="minorHAnsi"/>
                <w:b w:val="0"/>
                <w:sz w:val="22"/>
                <w:szCs w:val="22"/>
              </w:rPr>
            </w:pPr>
            <w:r w:rsidRPr="00364402">
              <w:rPr>
                <w:rFonts w:asciiTheme="minorHAnsi" w:hAnsiTheme="minorHAnsi"/>
                <w:b w:val="0"/>
                <w:sz w:val="22"/>
                <w:szCs w:val="22"/>
              </w:rPr>
              <w:t>Naim SAYGAN</w:t>
            </w:r>
          </w:p>
        </w:tc>
        <w:tc>
          <w:tcPr>
            <w:tcW w:w="4394" w:type="dxa"/>
            <w:tcBorders>
              <w:top w:val="nil"/>
              <w:left w:val="nil"/>
              <w:bottom w:val="single" w:sz="6" w:space="0" w:color="000000"/>
              <w:right w:val="single" w:sz="6" w:space="0" w:color="000000"/>
            </w:tcBorders>
            <w:vAlign w:val="center"/>
            <w:hideMark/>
          </w:tcPr>
          <w:p w14:paraId="4DABBE44" w14:textId="77777777" w:rsidR="001E67D3" w:rsidRPr="00364402" w:rsidRDefault="001E67D3" w:rsidP="003A419B">
            <w:pPr>
              <w:pStyle w:val="NormalWeb"/>
              <w:spacing w:before="0" w:beforeAutospacing="0" w:after="0" w:afterAutospacing="0"/>
              <w:ind w:right="15"/>
              <w:jc w:val="center"/>
              <w:rPr>
                <w:rFonts w:asciiTheme="minorHAnsi" w:hAnsiTheme="minorHAnsi"/>
                <w:b w:val="0"/>
                <w:sz w:val="22"/>
                <w:szCs w:val="22"/>
              </w:rPr>
            </w:pPr>
            <w:r w:rsidRPr="00364402">
              <w:rPr>
                <w:rFonts w:asciiTheme="minorHAnsi" w:hAnsiTheme="minorHAnsi"/>
                <w:b w:val="0"/>
                <w:sz w:val="22"/>
                <w:szCs w:val="22"/>
              </w:rPr>
              <w:t>Üye</w:t>
            </w:r>
          </w:p>
        </w:tc>
      </w:tr>
    </w:tbl>
    <w:p w14:paraId="68C6C2E5"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lastRenderedPageBreak/>
        <w:t> </w:t>
      </w:r>
    </w:p>
    <w:tbl>
      <w:tblPr>
        <w:tblW w:w="8517" w:type="dxa"/>
        <w:tblInd w:w="150" w:type="dxa"/>
        <w:tblCellMar>
          <w:left w:w="0" w:type="dxa"/>
          <w:right w:w="0" w:type="dxa"/>
        </w:tblCellMar>
        <w:tblLook w:val="04A0" w:firstRow="1" w:lastRow="0" w:firstColumn="1" w:lastColumn="0" w:noHBand="0" w:noVBand="1"/>
      </w:tblPr>
      <w:tblGrid>
        <w:gridCol w:w="2961"/>
        <w:gridCol w:w="4082"/>
        <w:gridCol w:w="1474"/>
      </w:tblGrid>
      <w:tr w:rsidR="001E67D3" w:rsidRPr="002F4A7E" w14:paraId="4080D487" w14:textId="77777777" w:rsidTr="00FB4CD9">
        <w:trPr>
          <w:trHeight w:val="20"/>
        </w:trPr>
        <w:tc>
          <w:tcPr>
            <w:tcW w:w="8517" w:type="dxa"/>
            <w:gridSpan w:val="3"/>
            <w:tcBorders>
              <w:top w:val="single" w:sz="6" w:space="0" w:color="000000"/>
              <w:left w:val="single" w:sz="6" w:space="0" w:color="000000"/>
              <w:bottom w:val="single" w:sz="6" w:space="0" w:color="000000"/>
              <w:right w:val="single" w:sz="6" w:space="0" w:color="000000"/>
            </w:tcBorders>
            <w:shd w:val="clear" w:color="auto" w:fill="EBEBEB"/>
            <w:vAlign w:val="center"/>
            <w:hideMark/>
          </w:tcPr>
          <w:p w14:paraId="2C2FCAB9" w14:textId="77777777" w:rsidR="001E67D3" w:rsidRPr="00F62DAA" w:rsidRDefault="001E67D3" w:rsidP="00FB4CD9">
            <w:pPr>
              <w:pStyle w:val="NormalWeb"/>
              <w:spacing w:before="0" w:beforeAutospacing="0" w:after="0" w:afterAutospacing="0"/>
              <w:ind w:left="15"/>
              <w:jc w:val="center"/>
              <w:rPr>
                <w:rFonts w:asciiTheme="minorHAnsi" w:hAnsiTheme="minorHAnsi"/>
                <w:b w:val="0"/>
                <w:sz w:val="22"/>
                <w:szCs w:val="22"/>
              </w:rPr>
            </w:pPr>
            <w:r w:rsidRPr="00F62DAA">
              <w:rPr>
                <w:rStyle w:val="Gl"/>
                <w:rFonts w:asciiTheme="minorHAnsi" w:hAnsiTheme="minorHAnsi"/>
                <w:b/>
                <w:sz w:val="22"/>
                <w:szCs w:val="22"/>
              </w:rPr>
              <w:t>MUAFİYET VE İNTİBAK KOMİSYONU</w:t>
            </w:r>
          </w:p>
        </w:tc>
      </w:tr>
      <w:tr w:rsidR="001E67D3" w:rsidRPr="002F4A7E" w14:paraId="3707135A" w14:textId="77777777" w:rsidTr="00FB4CD9">
        <w:trPr>
          <w:trHeight w:val="20"/>
        </w:trPr>
        <w:tc>
          <w:tcPr>
            <w:tcW w:w="2961" w:type="dxa"/>
            <w:tcBorders>
              <w:top w:val="nil"/>
              <w:left w:val="double" w:sz="2" w:space="0" w:color="000000"/>
              <w:bottom w:val="single" w:sz="6" w:space="0" w:color="000000"/>
              <w:right w:val="single" w:sz="6" w:space="0" w:color="000000"/>
            </w:tcBorders>
            <w:vAlign w:val="center"/>
            <w:hideMark/>
          </w:tcPr>
          <w:p w14:paraId="29661729" w14:textId="77777777" w:rsidR="001E67D3" w:rsidRPr="00F62DAA" w:rsidRDefault="001E67D3" w:rsidP="00FB4CD9">
            <w:pPr>
              <w:pStyle w:val="NormalWeb"/>
              <w:spacing w:before="0" w:beforeAutospacing="0" w:after="0" w:afterAutospacing="0"/>
              <w:ind w:left="15"/>
              <w:jc w:val="center"/>
              <w:rPr>
                <w:rFonts w:asciiTheme="minorHAnsi" w:hAnsiTheme="minorHAnsi"/>
                <w:b w:val="0"/>
                <w:sz w:val="22"/>
                <w:szCs w:val="22"/>
              </w:rPr>
            </w:pPr>
            <w:r w:rsidRPr="00F62DAA">
              <w:rPr>
                <w:rStyle w:val="Gl"/>
                <w:rFonts w:asciiTheme="minorHAnsi" w:hAnsiTheme="minorHAnsi"/>
                <w:b/>
                <w:sz w:val="22"/>
                <w:szCs w:val="22"/>
              </w:rPr>
              <w:t>Bölüm Adı</w:t>
            </w:r>
          </w:p>
        </w:tc>
        <w:tc>
          <w:tcPr>
            <w:tcW w:w="4082" w:type="dxa"/>
            <w:tcBorders>
              <w:top w:val="nil"/>
              <w:left w:val="nil"/>
              <w:bottom w:val="single" w:sz="6" w:space="0" w:color="000000"/>
              <w:right w:val="single" w:sz="6" w:space="0" w:color="000000"/>
            </w:tcBorders>
            <w:vAlign w:val="center"/>
            <w:hideMark/>
          </w:tcPr>
          <w:p w14:paraId="4C934ABF" w14:textId="77777777" w:rsidR="001E67D3" w:rsidRPr="00F62DAA" w:rsidRDefault="001E67D3" w:rsidP="00FB4CD9">
            <w:pPr>
              <w:pStyle w:val="NormalWeb"/>
              <w:spacing w:before="0" w:beforeAutospacing="0" w:after="0" w:afterAutospacing="0"/>
              <w:ind w:left="15"/>
              <w:jc w:val="center"/>
              <w:rPr>
                <w:rFonts w:asciiTheme="minorHAnsi" w:hAnsiTheme="minorHAnsi"/>
                <w:b w:val="0"/>
                <w:sz w:val="22"/>
                <w:szCs w:val="22"/>
              </w:rPr>
            </w:pPr>
            <w:r w:rsidRPr="00F62DAA">
              <w:rPr>
                <w:rStyle w:val="Gl"/>
                <w:rFonts w:asciiTheme="minorHAnsi" w:hAnsiTheme="minorHAnsi"/>
                <w:b/>
                <w:sz w:val="22"/>
                <w:szCs w:val="22"/>
              </w:rPr>
              <w:t>ADI SOYADI</w:t>
            </w:r>
          </w:p>
        </w:tc>
        <w:tc>
          <w:tcPr>
            <w:tcW w:w="1469" w:type="dxa"/>
            <w:tcBorders>
              <w:top w:val="nil"/>
              <w:left w:val="nil"/>
              <w:bottom w:val="single" w:sz="6" w:space="0" w:color="000000"/>
              <w:right w:val="single" w:sz="6" w:space="0" w:color="000000"/>
            </w:tcBorders>
            <w:vAlign w:val="center"/>
            <w:hideMark/>
          </w:tcPr>
          <w:p w14:paraId="49A76CD5" w14:textId="77777777" w:rsidR="001E67D3" w:rsidRPr="00F62DAA" w:rsidRDefault="001E67D3" w:rsidP="00FB4CD9">
            <w:pPr>
              <w:pStyle w:val="NormalWeb"/>
              <w:spacing w:before="0" w:beforeAutospacing="0" w:after="0" w:afterAutospacing="0"/>
              <w:ind w:left="0"/>
              <w:jc w:val="center"/>
              <w:rPr>
                <w:rFonts w:asciiTheme="minorHAnsi" w:hAnsiTheme="minorHAnsi"/>
                <w:b w:val="0"/>
                <w:sz w:val="22"/>
                <w:szCs w:val="22"/>
              </w:rPr>
            </w:pPr>
            <w:r w:rsidRPr="00F62DAA">
              <w:rPr>
                <w:rStyle w:val="Gl"/>
                <w:rFonts w:asciiTheme="minorHAnsi" w:hAnsiTheme="minorHAnsi"/>
                <w:b/>
                <w:sz w:val="22"/>
                <w:szCs w:val="22"/>
              </w:rPr>
              <w:t>GÖREVİ</w:t>
            </w:r>
          </w:p>
        </w:tc>
      </w:tr>
      <w:tr w:rsidR="001E67D3" w:rsidRPr="002F4A7E" w14:paraId="25956CDE" w14:textId="77777777" w:rsidTr="00FB4CD9">
        <w:trPr>
          <w:trHeight w:val="20"/>
        </w:trPr>
        <w:tc>
          <w:tcPr>
            <w:tcW w:w="2961" w:type="dxa"/>
            <w:vMerge w:val="restart"/>
            <w:tcBorders>
              <w:top w:val="nil"/>
              <w:left w:val="double" w:sz="2" w:space="0" w:color="000000"/>
              <w:bottom w:val="single" w:sz="6" w:space="0" w:color="000000"/>
              <w:right w:val="single" w:sz="6" w:space="0" w:color="000000"/>
            </w:tcBorders>
            <w:vAlign w:val="center"/>
            <w:hideMark/>
          </w:tcPr>
          <w:p w14:paraId="257E33B8" w14:textId="77777777" w:rsidR="001E67D3" w:rsidRPr="00FB4CD9" w:rsidRDefault="001E67D3" w:rsidP="00FB4CD9">
            <w:pPr>
              <w:pStyle w:val="NormalWeb"/>
              <w:spacing w:before="0" w:beforeAutospacing="0" w:after="0" w:afterAutospacing="0"/>
              <w:ind w:left="15"/>
              <w:rPr>
                <w:rFonts w:asciiTheme="minorHAnsi" w:hAnsiTheme="minorHAnsi"/>
                <w:b w:val="0"/>
                <w:sz w:val="22"/>
                <w:szCs w:val="22"/>
              </w:rPr>
            </w:pPr>
            <w:r w:rsidRPr="00FB4CD9">
              <w:rPr>
                <w:rFonts w:asciiTheme="minorHAnsi" w:hAnsiTheme="minorHAnsi"/>
                <w:b w:val="0"/>
                <w:sz w:val="22"/>
                <w:szCs w:val="22"/>
              </w:rPr>
              <w:t>Otel, Lokanta ve İkram Hizmetleri Bölümü</w:t>
            </w:r>
          </w:p>
        </w:tc>
        <w:tc>
          <w:tcPr>
            <w:tcW w:w="4082" w:type="dxa"/>
            <w:tcBorders>
              <w:top w:val="nil"/>
              <w:left w:val="nil"/>
              <w:bottom w:val="single" w:sz="6" w:space="0" w:color="000000"/>
              <w:right w:val="single" w:sz="6" w:space="0" w:color="000000"/>
            </w:tcBorders>
            <w:vAlign w:val="center"/>
            <w:hideMark/>
          </w:tcPr>
          <w:p w14:paraId="7592F361" w14:textId="77777777" w:rsidR="001E67D3" w:rsidRPr="00FB4CD9" w:rsidRDefault="001E67D3" w:rsidP="00FB4CD9">
            <w:pPr>
              <w:pStyle w:val="NormalWeb"/>
              <w:spacing w:before="0" w:beforeAutospacing="0" w:after="0" w:afterAutospacing="0"/>
              <w:ind w:left="15"/>
              <w:rPr>
                <w:rFonts w:asciiTheme="minorHAnsi" w:hAnsiTheme="minorHAnsi"/>
                <w:b w:val="0"/>
                <w:sz w:val="22"/>
                <w:szCs w:val="22"/>
              </w:rPr>
            </w:pPr>
            <w:r w:rsidRPr="00FB4CD9">
              <w:rPr>
                <w:rFonts w:asciiTheme="minorHAnsi" w:hAnsiTheme="minorHAnsi"/>
                <w:b w:val="0"/>
                <w:sz w:val="22"/>
                <w:szCs w:val="22"/>
              </w:rPr>
              <w:t>Dr. Öğr. Üyesi Harun Reşit GÜNDOĞAN</w:t>
            </w:r>
          </w:p>
        </w:tc>
        <w:tc>
          <w:tcPr>
            <w:tcW w:w="1469" w:type="dxa"/>
            <w:tcBorders>
              <w:top w:val="nil"/>
              <w:left w:val="nil"/>
              <w:bottom w:val="single" w:sz="6" w:space="0" w:color="000000"/>
              <w:right w:val="single" w:sz="6" w:space="0" w:color="000000"/>
            </w:tcBorders>
            <w:vAlign w:val="center"/>
            <w:hideMark/>
          </w:tcPr>
          <w:p w14:paraId="218FD2C4" w14:textId="77777777" w:rsidR="001E67D3" w:rsidRPr="00FB4CD9" w:rsidRDefault="001E67D3" w:rsidP="00FB4CD9">
            <w:pPr>
              <w:pStyle w:val="NormalWeb"/>
              <w:spacing w:before="0" w:beforeAutospacing="0" w:after="0" w:afterAutospacing="0"/>
              <w:ind w:left="0"/>
              <w:jc w:val="center"/>
              <w:rPr>
                <w:rFonts w:asciiTheme="minorHAnsi" w:hAnsiTheme="minorHAnsi"/>
                <w:sz w:val="22"/>
                <w:szCs w:val="22"/>
              </w:rPr>
            </w:pPr>
            <w:r w:rsidRPr="00FB4CD9">
              <w:rPr>
                <w:rStyle w:val="Gl"/>
                <w:rFonts w:asciiTheme="minorHAnsi" w:hAnsiTheme="minorHAnsi"/>
                <w:sz w:val="22"/>
                <w:szCs w:val="22"/>
              </w:rPr>
              <w:t>Başkan</w:t>
            </w:r>
          </w:p>
        </w:tc>
      </w:tr>
      <w:tr w:rsidR="001E67D3" w:rsidRPr="002F4A7E" w14:paraId="3C079254" w14:textId="77777777" w:rsidTr="00FB4CD9">
        <w:trPr>
          <w:trHeight w:val="20"/>
        </w:trPr>
        <w:tc>
          <w:tcPr>
            <w:tcW w:w="2961" w:type="dxa"/>
            <w:vMerge/>
            <w:tcBorders>
              <w:top w:val="nil"/>
              <w:left w:val="double" w:sz="2" w:space="0" w:color="000000"/>
              <w:bottom w:val="single" w:sz="6" w:space="0" w:color="000000"/>
              <w:right w:val="single" w:sz="6" w:space="0" w:color="000000"/>
            </w:tcBorders>
            <w:vAlign w:val="center"/>
            <w:hideMark/>
          </w:tcPr>
          <w:p w14:paraId="707E34F2" w14:textId="77777777" w:rsidR="001E67D3" w:rsidRPr="00FB4CD9" w:rsidRDefault="001E67D3" w:rsidP="00FB4CD9">
            <w:pPr>
              <w:spacing w:after="0" w:line="240" w:lineRule="auto"/>
            </w:pPr>
          </w:p>
        </w:tc>
        <w:tc>
          <w:tcPr>
            <w:tcW w:w="4082" w:type="dxa"/>
            <w:tcBorders>
              <w:top w:val="nil"/>
              <w:left w:val="nil"/>
              <w:bottom w:val="single" w:sz="6" w:space="0" w:color="000000"/>
              <w:right w:val="single" w:sz="6" w:space="0" w:color="000000"/>
            </w:tcBorders>
            <w:vAlign w:val="center"/>
            <w:hideMark/>
          </w:tcPr>
          <w:p w14:paraId="34C21FE0" w14:textId="77777777" w:rsidR="001E67D3" w:rsidRPr="00FB4CD9" w:rsidRDefault="001E67D3" w:rsidP="00FB4CD9">
            <w:pPr>
              <w:pStyle w:val="NormalWeb"/>
              <w:spacing w:before="0" w:beforeAutospacing="0" w:after="0" w:afterAutospacing="0"/>
              <w:ind w:left="15"/>
              <w:rPr>
                <w:rFonts w:asciiTheme="minorHAnsi" w:hAnsiTheme="minorHAnsi"/>
                <w:b w:val="0"/>
                <w:sz w:val="22"/>
                <w:szCs w:val="22"/>
              </w:rPr>
            </w:pPr>
            <w:r w:rsidRPr="00FB4CD9">
              <w:rPr>
                <w:rFonts w:asciiTheme="minorHAnsi" w:hAnsiTheme="minorHAnsi"/>
                <w:b w:val="0"/>
                <w:sz w:val="22"/>
                <w:szCs w:val="22"/>
              </w:rPr>
              <w:t>Öğr. Gör. Yaşar Can ATAŞ</w:t>
            </w:r>
          </w:p>
        </w:tc>
        <w:tc>
          <w:tcPr>
            <w:tcW w:w="1469" w:type="dxa"/>
            <w:tcBorders>
              <w:top w:val="nil"/>
              <w:left w:val="nil"/>
              <w:bottom w:val="single" w:sz="6" w:space="0" w:color="000000"/>
              <w:right w:val="single" w:sz="6" w:space="0" w:color="000000"/>
            </w:tcBorders>
            <w:vAlign w:val="center"/>
            <w:hideMark/>
          </w:tcPr>
          <w:p w14:paraId="164DA6E0" w14:textId="77777777" w:rsidR="001E67D3" w:rsidRPr="00FB4CD9" w:rsidRDefault="001E67D3" w:rsidP="00FB4CD9">
            <w:pPr>
              <w:pStyle w:val="NormalWeb"/>
              <w:spacing w:before="0" w:beforeAutospacing="0" w:after="0" w:afterAutospacing="0"/>
              <w:ind w:left="0"/>
              <w:jc w:val="center"/>
              <w:rPr>
                <w:rFonts w:asciiTheme="minorHAnsi" w:hAnsiTheme="minorHAnsi"/>
                <w:b w:val="0"/>
                <w:sz w:val="22"/>
                <w:szCs w:val="22"/>
              </w:rPr>
            </w:pPr>
            <w:r w:rsidRPr="00FB4CD9">
              <w:rPr>
                <w:rFonts w:asciiTheme="minorHAnsi" w:hAnsiTheme="minorHAnsi"/>
                <w:b w:val="0"/>
                <w:sz w:val="22"/>
                <w:szCs w:val="22"/>
              </w:rPr>
              <w:t>Üye</w:t>
            </w:r>
          </w:p>
        </w:tc>
      </w:tr>
      <w:tr w:rsidR="001E67D3" w:rsidRPr="002F4A7E" w14:paraId="38730518" w14:textId="77777777" w:rsidTr="00FB4CD9">
        <w:trPr>
          <w:trHeight w:val="20"/>
        </w:trPr>
        <w:tc>
          <w:tcPr>
            <w:tcW w:w="2961" w:type="dxa"/>
            <w:vMerge/>
            <w:tcBorders>
              <w:top w:val="nil"/>
              <w:left w:val="double" w:sz="2" w:space="0" w:color="000000"/>
              <w:bottom w:val="single" w:sz="6" w:space="0" w:color="000000"/>
              <w:right w:val="single" w:sz="6" w:space="0" w:color="000000"/>
            </w:tcBorders>
            <w:vAlign w:val="center"/>
            <w:hideMark/>
          </w:tcPr>
          <w:p w14:paraId="098567C7" w14:textId="77777777" w:rsidR="001E67D3" w:rsidRPr="00FB4CD9" w:rsidRDefault="001E67D3" w:rsidP="00FB4CD9">
            <w:pPr>
              <w:spacing w:after="0" w:line="240" w:lineRule="auto"/>
            </w:pPr>
          </w:p>
        </w:tc>
        <w:tc>
          <w:tcPr>
            <w:tcW w:w="4082" w:type="dxa"/>
            <w:tcBorders>
              <w:top w:val="nil"/>
              <w:left w:val="nil"/>
              <w:bottom w:val="single" w:sz="6" w:space="0" w:color="000000"/>
              <w:right w:val="single" w:sz="6" w:space="0" w:color="000000"/>
            </w:tcBorders>
            <w:vAlign w:val="center"/>
            <w:hideMark/>
          </w:tcPr>
          <w:p w14:paraId="5DEAE6CD" w14:textId="77777777" w:rsidR="001E67D3" w:rsidRPr="00FB4CD9" w:rsidRDefault="001E67D3" w:rsidP="00FB4CD9">
            <w:pPr>
              <w:pStyle w:val="NormalWeb"/>
              <w:spacing w:before="0" w:beforeAutospacing="0" w:after="0" w:afterAutospacing="0"/>
              <w:ind w:left="15"/>
              <w:rPr>
                <w:rFonts w:asciiTheme="minorHAnsi" w:hAnsiTheme="minorHAnsi"/>
                <w:b w:val="0"/>
                <w:sz w:val="22"/>
                <w:szCs w:val="22"/>
              </w:rPr>
            </w:pPr>
            <w:r w:rsidRPr="00FB4CD9">
              <w:rPr>
                <w:rFonts w:asciiTheme="minorHAnsi" w:hAnsiTheme="minorHAnsi"/>
                <w:b w:val="0"/>
                <w:sz w:val="22"/>
                <w:szCs w:val="22"/>
              </w:rPr>
              <w:t>Öğr. Gör. Hüseyin DENİZ</w:t>
            </w:r>
          </w:p>
        </w:tc>
        <w:tc>
          <w:tcPr>
            <w:tcW w:w="1469" w:type="dxa"/>
            <w:tcBorders>
              <w:top w:val="nil"/>
              <w:left w:val="nil"/>
              <w:bottom w:val="single" w:sz="6" w:space="0" w:color="000000"/>
              <w:right w:val="single" w:sz="6" w:space="0" w:color="000000"/>
            </w:tcBorders>
            <w:vAlign w:val="center"/>
            <w:hideMark/>
          </w:tcPr>
          <w:p w14:paraId="17A53871" w14:textId="77777777" w:rsidR="001E67D3" w:rsidRPr="00FB4CD9" w:rsidRDefault="001E67D3" w:rsidP="00FB4CD9">
            <w:pPr>
              <w:pStyle w:val="NormalWeb"/>
              <w:spacing w:before="0" w:beforeAutospacing="0" w:after="0" w:afterAutospacing="0"/>
              <w:ind w:left="0" w:right="15"/>
              <w:jc w:val="center"/>
              <w:rPr>
                <w:rFonts w:asciiTheme="minorHAnsi" w:hAnsiTheme="minorHAnsi"/>
                <w:b w:val="0"/>
                <w:sz w:val="22"/>
                <w:szCs w:val="22"/>
              </w:rPr>
            </w:pPr>
            <w:r w:rsidRPr="00FB4CD9">
              <w:rPr>
                <w:rFonts w:asciiTheme="minorHAnsi" w:hAnsiTheme="minorHAnsi"/>
                <w:b w:val="0"/>
                <w:sz w:val="22"/>
                <w:szCs w:val="22"/>
              </w:rPr>
              <w:t>Üye</w:t>
            </w:r>
          </w:p>
        </w:tc>
      </w:tr>
      <w:tr w:rsidR="001E67D3" w:rsidRPr="002F4A7E" w14:paraId="5BF5C6F1" w14:textId="77777777" w:rsidTr="00FB4CD9">
        <w:trPr>
          <w:trHeight w:val="20"/>
        </w:trPr>
        <w:tc>
          <w:tcPr>
            <w:tcW w:w="2961" w:type="dxa"/>
            <w:vMerge w:val="restart"/>
            <w:tcBorders>
              <w:top w:val="nil"/>
              <w:left w:val="double" w:sz="2" w:space="0" w:color="000000"/>
              <w:bottom w:val="single" w:sz="6" w:space="0" w:color="000000"/>
              <w:right w:val="single" w:sz="6" w:space="0" w:color="000000"/>
            </w:tcBorders>
            <w:vAlign w:val="center"/>
            <w:hideMark/>
          </w:tcPr>
          <w:p w14:paraId="2F972C7B" w14:textId="77777777" w:rsidR="001E67D3" w:rsidRPr="00FB4CD9" w:rsidRDefault="001E67D3" w:rsidP="00FB4CD9">
            <w:pPr>
              <w:pStyle w:val="NormalWeb"/>
              <w:spacing w:before="0" w:beforeAutospacing="0" w:after="0" w:afterAutospacing="0"/>
              <w:ind w:left="15"/>
              <w:rPr>
                <w:rFonts w:asciiTheme="minorHAnsi" w:hAnsiTheme="minorHAnsi"/>
                <w:b w:val="0"/>
                <w:sz w:val="22"/>
                <w:szCs w:val="22"/>
              </w:rPr>
            </w:pPr>
            <w:r w:rsidRPr="00FB4CD9">
              <w:rPr>
                <w:rFonts w:asciiTheme="minorHAnsi" w:hAnsiTheme="minorHAnsi"/>
                <w:b w:val="0"/>
                <w:sz w:val="22"/>
                <w:szCs w:val="22"/>
              </w:rPr>
              <w:t>Seyahat, Turizm ve Eğlence Hizmetleri Bölümü</w:t>
            </w:r>
          </w:p>
        </w:tc>
        <w:tc>
          <w:tcPr>
            <w:tcW w:w="4082" w:type="dxa"/>
            <w:tcBorders>
              <w:top w:val="nil"/>
              <w:left w:val="nil"/>
              <w:bottom w:val="single" w:sz="6" w:space="0" w:color="000000"/>
              <w:right w:val="single" w:sz="6" w:space="0" w:color="000000"/>
            </w:tcBorders>
            <w:vAlign w:val="center"/>
            <w:hideMark/>
          </w:tcPr>
          <w:p w14:paraId="55923E74" w14:textId="77777777" w:rsidR="001E67D3" w:rsidRPr="00FB4CD9" w:rsidRDefault="001E67D3" w:rsidP="00FB4CD9">
            <w:pPr>
              <w:pStyle w:val="NormalWeb"/>
              <w:spacing w:before="0" w:beforeAutospacing="0" w:after="0" w:afterAutospacing="0"/>
              <w:ind w:left="15"/>
              <w:rPr>
                <w:rFonts w:asciiTheme="minorHAnsi" w:hAnsiTheme="minorHAnsi"/>
                <w:b w:val="0"/>
                <w:sz w:val="22"/>
                <w:szCs w:val="22"/>
              </w:rPr>
            </w:pPr>
            <w:r w:rsidRPr="00FB4CD9">
              <w:rPr>
                <w:rFonts w:asciiTheme="minorHAnsi" w:hAnsiTheme="minorHAnsi"/>
                <w:b w:val="0"/>
                <w:sz w:val="22"/>
                <w:szCs w:val="22"/>
              </w:rPr>
              <w:t>Dr. Öğr. Üyesi Ahmet Emre DERİNKÖK</w:t>
            </w:r>
          </w:p>
        </w:tc>
        <w:tc>
          <w:tcPr>
            <w:tcW w:w="1469" w:type="dxa"/>
            <w:tcBorders>
              <w:top w:val="nil"/>
              <w:left w:val="nil"/>
              <w:bottom w:val="single" w:sz="6" w:space="0" w:color="000000"/>
              <w:right w:val="single" w:sz="6" w:space="0" w:color="000000"/>
            </w:tcBorders>
            <w:vAlign w:val="center"/>
            <w:hideMark/>
          </w:tcPr>
          <w:p w14:paraId="6672C4D3" w14:textId="77777777" w:rsidR="001E67D3" w:rsidRPr="00FB4CD9" w:rsidRDefault="001E67D3" w:rsidP="00FB4CD9">
            <w:pPr>
              <w:pStyle w:val="NormalWeb"/>
              <w:spacing w:before="0" w:beforeAutospacing="0" w:after="0" w:afterAutospacing="0"/>
              <w:ind w:left="0" w:right="15"/>
              <w:jc w:val="center"/>
              <w:rPr>
                <w:rFonts w:asciiTheme="minorHAnsi" w:hAnsiTheme="minorHAnsi"/>
                <w:sz w:val="22"/>
                <w:szCs w:val="22"/>
              </w:rPr>
            </w:pPr>
            <w:r w:rsidRPr="00FB4CD9">
              <w:rPr>
                <w:rStyle w:val="Gl"/>
                <w:rFonts w:asciiTheme="minorHAnsi" w:hAnsiTheme="minorHAnsi"/>
                <w:sz w:val="22"/>
                <w:szCs w:val="22"/>
              </w:rPr>
              <w:t>Başkan</w:t>
            </w:r>
          </w:p>
        </w:tc>
      </w:tr>
      <w:tr w:rsidR="001E67D3" w:rsidRPr="002F4A7E" w14:paraId="4EDB8C90" w14:textId="77777777" w:rsidTr="00FB4CD9">
        <w:trPr>
          <w:trHeight w:val="20"/>
        </w:trPr>
        <w:tc>
          <w:tcPr>
            <w:tcW w:w="2961" w:type="dxa"/>
            <w:vMerge/>
            <w:tcBorders>
              <w:top w:val="nil"/>
              <w:left w:val="double" w:sz="2" w:space="0" w:color="000000"/>
              <w:bottom w:val="single" w:sz="6" w:space="0" w:color="000000"/>
              <w:right w:val="single" w:sz="6" w:space="0" w:color="000000"/>
            </w:tcBorders>
            <w:vAlign w:val="center"/>
            <w:hideMark/>
          </w:tcPr>
          <w:p w14:paraId="7EDDE1CA" w14:textId="77777777" w:rsidR="001E67D3" w:rsidRPr="00FB4CD9" w:rsidRDefault="001E67D3" w:rsidP="00FB4CD9">
            <w:pPr>
              <w:spacing w:after="0" w:line="240" w:lineRule="auto"/>
            </w:pPr>
          </w:p>
        </w:tc>
        <w:tc>
          <w:tcPr>
            <w:tcW w:w="4082" w:type="dxa"/>
            <w:tcBorders>
              <w:top w:val="nil"/>
              <w:left w:val="nil"/>
              <w:bottom w:val="single" w:sz="6" w:space="0" w:color="000000"/>
              <w:right w:val="single" w:sz="6" w:space="0" w:color="000000"/>
            </w:tcBorders>
            <w:vAlign w:val="center"/>
            <w:hideMark/>
          </w:tcPr>
          <w:p w14:paraId="212C0536" w14:textId="77777777" w:rsidR="001E67D3" w:rsidRPr="00FB4CD9" w:rsidRDefault="001E67D3" w:rsidP="00FB4CD9">
            <w:pPr>
              <w:pStyle w:val="NormalWeb"/>
              <w:spacing w:before="0" w:beforeAutospacing="0" w:after="0" w:afterAutospacing="0"/>
              <w:ind w:left="15"/>
              <w:rPr>
                <w:rFonts w:asciiTheme="minorHAnsi" w:hAnsiTheme="minorHAnsi"/>
                <w:b w:val="0"/>
                <w:sz w:val="22"/>
                <w:szCs w:val="22"/>
              </w:rPr>
            </w:pPr>
            <w:r w:rsidRPr="00FB4CD9">
              <w:rPr>
                <w:rFonts w:asciiTheme="minorHAnsi" w:hAnsiTheme="minorHAnsi"/>
                <w:b w:val="0"/>
                <w:sz w:val="22"/>
                <w:szCs w:val="22"/>
              </w:rPr>
              <w:t>Öğr. Gör. Ezel ERSÖZ</w:t>
            </w:r>
          </w:p>
        </w:tc>
        <w:tc>
          <w:tcPr>
            <w:tcW w:w="1469" w:type="dxa"/>
            <w:tcBorders>
              <w:top w:val="nil"/>
              <w:left w:val="nil"/>
              <w:bottom w:val="single" w:sz="6" w:space="0" w:color="000000"/>
              <w:right w:val="single" w:sz="6" w:space="0" w:color="000000"/>
            </w:tcBorders>
            <w:vAlign w:val="center"/>
            <w:hideMark/>
          </w:tcPr>
          <w:p w14:paraId="30D0A1CA" w14:textId="77777777" w:rsidR="001E67D3" w:rsidRPr="00FB4CD9" w:rsidRDefault="001E67D3" w:rsidP="00FB4CD9">
            <w:pPr>
              <w:pStyle w:val="NormalWeb"/>
              <w:spacing w:before="0" w:beforeAutospacing="0" w:after="0" w:afterAutospacing="0"/>
              <w:ind w:left="0" w:right="15"/>
              <w:jc w:val="center"/>
              <w:rPr>
                <w:rFonts w:asciiTheme="minorHAnsi" w:hAnsiTheme="minorHAnsi"/>
                <w:b w:val="0"/>
                <w:sz w:val="22"/>
                <w:szCs w:val="22"/>
              </w:rPr>
            </w:pPr>
            <w:r w:rsidRPr="00FB4CD9">
              <w:rPr>
                <w:rFonts w:asciiTheme="minorHAnsi" w:hAnsiTheme="minorHAnsi"/>
                <w:b w:val="0"/>
                <w:sz w:val="22"/>
                <w:szCs w:val="22"/>
              </w:rPr>
              <w:t>Üye</w:t>
            </w:r>
          </w:p>
        </w:tc>
      </w:tr>
      <w:tr w:rsidR="001E67D3" w:rsidRPr="002F4A7E" w14:paraId="6FC9F41C" w14:textId="77777777" w:rsidTr="00FB4CD9">
        <w:trPr>
          <w:trHeight w:val="20"/>
        </w:trPr>
        <w:tc>
          <w:tcPr>
            <w:tcW w:w="2961" w:type="dxa"/>
            <w:vMerge/>
            <w:tcBorders>
              <w:top w:val="nil"/>
              <w:left w:val="double" w:sz="2" w:space="0" w:color="000000"/>
              <w:bottom w:val="single" w:sz="6" w:space="0" w:color="000000"/>
              <w:right w:val="single" w:sz="6" w:space="0" w:color="000000"/>
            </w:tcBorders>
            <w:vAlign w:val="center"/>
            <w:hideMark/>
          </w:tcPr>
          <w:p w14:paraId="57AC4368" w14:textId="77777777" w:rsidR="001E67D3" w:rsidRPr="00FB4CD9" w:rsidRDefault="001E67D3" w:rsidP="00FB4CD9">
            <w:pPr>
              <w:spacing w:after="0" w:line="240" w:lineRule="auto"/>
            </w:pPr>
          </w:p>
        </w:tc>
        <w:tc>
          <w:tcPr>
            <w:tcW w:w="4082" w:type="dxa"/>
            <w:tcBorders>
              <w:top w:val="nil"/>
              <w:left w:val="nil"/>
              <w:bottom w:val="single" w:sz="6" w:space="0" w:color="000000"/>
              <w:right w:val="single" w:sz="6" w:space="0" w:color="000000"/>
            </w:tcBorders>
            <w:vAlign w:val="center"/>
            <w:hideMark/>
          </w:tcPr>
          <w:p w14:paraId="06A2D77C" w14:textId="77777777" w:rsidR="001E67D3" w:rsidRPr="00FB4CD9" w:rsidRDefault="001E67D3" w:rsidP="00FB4CD9">
            <w:pPr>
              <w:pStyle w:val="NormalWeb"/>
              <w:spacing w:before="0" w:beforeAutospacing="0" w:after="0" w:afterAutospacing="0"/>
              <w:ind w:left="15"/>
              <w:rPr>
                <w:rFonts w:asciiTheme="minorHAnsi" w:hAnsiTheme="minorHAnsi"/>
                <w:b w:val="0"/>
                <w:sz w:val="22"/>
                <w:szCs w:val="22"/>
              </w:rPr>
            </w:pPr>
            <w:r w:rsidRPr="00FB4CD9">
              <w:rPr>
                <w:rFonts w:asciiTheme="minorHAnsi" w:hAnsiTheme="minorHAnsi"/>
                <w:b w:val="0"/>
                <w:sz w:val="22"/>
                <w:szCs w:val="22"/>
              </w:rPr>
              <w:t>Öğr. Gör. Bahadır GÜLTEKİN</w:t>
            </w:r>
          </w:p>
        </w:tc>
        <w:tc>
          <w:tcPr>
            <w:tcW w:w="1469" w:type="dxa"/>
            <w:tcBorders>
              <w:top w:val="nil"/>
              <w:left w:val="nil"/>
              <w:bottom w:val="single" w:sz="6" w:space="0" w:color="000000"/>
              <w:right w:val="single" w:sz="6" w:space="0" w:color="000000"/>
            </w:tcBorders>
            <w:vAlign w:val="center"/>
            <w:hideMark/>
          </w:tcPr>
          <w:p w14:paraId="30315656" w14:textId="77777777" w:rsidR="001E67D3" w:rsidRPr="00FB4CD9" w:rsidRDefault="001E67D3" w:rsidP="00FB4CD9">
            <w:pPr>
              <w:pStyle w:val="NormalWeb"/>
              <w:spacing w:before="0" w:beforeAutospacing="0" w:after="0" w:afterAutospacing="0"/>
              <w:ind w:left="0" w:right="15"/>
              <w:jc w:val="center"/>
              <w:rPr>
                <w:rFonts w:asciiTheme="minorHAnsi" w:hAnsiTheme="minorHAnsi"/>
                <w:b w:val="0"/>
                <w:sz w:val="22"/>
                <w:szCs w:val="22"/>
              </w:rPr>
            </w:pPr>
            <w:r w:rsidRPr="00FB4CD9">
              <w:rPr>
                <w:rFonts w:asciiTheme="minorHAnsi" w:hAnsiTheme="minorHAnsi"/>
                <w:b w:val="0"/>
                <w:sz w:val="22"/>
                <w:szCs w:val="22"/>
              </w:rPr>
              <w:t>Üye</w:t>
            </w:r>
          </w:p>
        </w:tc>
      </w:tr>
    </w:tbl>
    <w:p w14:paraId="31A6D254"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489" w:type="dxa"/>
        <w:tblInd w:w="150" w:type="dxa"/>
        <w:tblCellMar>
          <w:left w:w="0" w:type="dxa"/>
          <w:right w:w="0" w:type="dxa"/>
        </w:tblCellMar>
        <w:tblLook w:val="04A0" w:firstRow="1" w:lastRow="0" w:firstColumn="1" w:lastColumn="0" w:noHBand="0" w:noVBand="1"/>
      </w:tblPr>
      <w:tblGrid>
        <w:gridCol w:w="2961"/>
        <w:gridCol w:w="5528"/>
      </w:tblGrid>
      <w:tr w:rsidR="001E67D3" w:rsidRPr="002F4A7E" w14:paraId="0CE04807" w14:textId="77777777" w:rsidTr="00F62DAA">
        <w:trPr>
          <w:trHeight w:val="20"/>
        </w:trPr>
        <w:tc>
          <w:tcPr>
            <w:tcW w:w="8489"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67DFB99A" w14:textId="77777777" w:rsidR="001E67D3" w:rsidRPr="006778CE" w:rsidRDefault="001E67D3" w:rsidP="00F62DAA">
            <w:pPr>
              <w:pStyle w:val="NormalWeb"/>
              <w:spacing w:before="0" w:beforeAutospacing="0" w:after="0" w:afterAutospacing="0"/>
              <w:ind w:left="17" w:right="15"/>
              <w:jc w:val="center"/>
              <w:rPr>
                <w:rFonts w:asciiTheme="minorHAnsi" w:hAnsiTheme="minorHAnsi"/>
                <w:b w:val="0"/>
                <w:sz w:val="22"/>
                <w:szCs w:val="22"/>
              </w:rPr>
            </w:pPr>
            <w:r w:rsidRPr="006778CE">
              <w:rPr>
                <w:rStyle w:val="Gl"/>
                <w:rFonts w:asciiTheme="minorHAnsi" w:hAnsiTheme="minorHAnsi"/>
                <w:b/>
                <w:sz w:val="22"/>
                <w:szCs w:val="22"/>
              </w:rPr>
              <w:t>MUAYENE VE KABUL KOMİSYONU</w:t>
            </w:r>
          </w:p>
        </w:tc>
      </w:tr>
      <w:tr w:rsidR="001E67D3" w:rsidRPr="002F4A7E" w14:paraId="308DA64D" w14:textId="77777777" w:rsidTr="00F62DAA">
        <w:trPr>
          <w:trHeight w:val="20"/>
        </w:trPr>
        <w:tc>
          <w:tcPr>
            <w:tcW w:w="2961" w:type="dxa"/>
            <w:tcBorders>
              <w:top w:val="nil"/>
              <w:left w:val="double" w:sz="2" w:space="0" w:color="000000"/>
              <w:bottom w:val="single" w:sz="6" w:space="0" w:color="000000"/>
              <w:right w:val="single" w:sz="6" w:space="0" w:color="000000"/>
            </w:tcBorders>
            <w:hideMark/>
          </w:tcPr>
          <w:p w14:paraId="1337EA6B" w14:textId="77777777" w:rsidR="001E67D3" w:rsidRPr="006778CE" w:rsidRDefault="001E67D3" w:rsidP="00F62DAA">
            <w:pPr>
              <w:pStyle w:val="NormalWeb"/>
              <w:spacing w:before="0" w:beforeAutospacing="0" w:after="0" w:afterAutospacing="0"/>
              <w:ind w:left="17"/>
              <w:jc w:val="center"/>
              <w:rPr>
                <w:rFonts w:asciiTheme="minorHAnsi" w:hAnsiTheme="minorHAnsi"/>
                <w:b w:val="0"/>
                <w:sz w:val="22"/>
                <w:szCs w:val="22"/>
              </w:rPr>
            </w:pPr>
            <w:r w:rsidRPr="006778CE">
              <w:rPr>
                <w:rStyle w:val="Gl"/>
                <w:rFonts w:asciiTheme="minorHAnsi" w:hAnsiTheme="minorHAnsi"/>
                <w:b/>
                <w:sz w:val="22"/>
                <w:szCs w:val="22"/>
              </w:rPr>
              <w:t>ADI SOYADI</w:t>
            </w:r>
          </w:p>
        </w:tc>
        <w:tc>
          <w:tcPr>
            <w:tcW w:w="5528" w:type="dxa"/>
            <w:tcBorders>
              <w:top w:val="nil"/>
              <w:left w:val="nil"/>
              <w:bottom w:val="single" w:sz="6" w:space="0" w:color="000000"/>
              <w:right w:val="single" w:sz="6" w:space="0" w:color="000000"/>
            </w:tcBorders>
            <w:vAlign w:val="center"/>
            <w:hideMark/>
          </w:tcPr>
          <w:p w14:paraId="6328D559" w14:textId="77777777" w:rsidR="001E67D3" w:rsidRPr="006778CE" w:rsidRDefault="001E67D3" w:rsidP="00F62DAA">
            <w:pPr>
              <w:pStyle w:val="NormalWeb"/>
              <w:spacing w:before="0" w:beforeAutospacing="0" w:after="0" w:afterAutospacing="0"/>
              <w:ind w:left="17"/>
              <w:jc w:val="center"/>
              <w:rPr>
                <w:rFonts w:asciiTheme="minorHAnsi" w:hAnsiTheme="minorHAnsi"/>
                <w:b w:val="0"/>
                <w:sz w:val="22"/>
                <w:szCs w:val="22"/>
              </w:rPr>
            </w:pPr>
            <w:r w:rsidRPr="006778CE">
              <w:rPr>
                <w:rStyle w:val="Gl"/>
                <w:rFonts w:asciiTheme="minorHAnsi" w:hAnsiTheme="minorHAnsi"/>
                <w:b/>
                <w:sz w:val="22"/>
                <w:szCs w:val="22"/>
              </w:rPr>
              <w:t>GÖREVİ</w:t>
            </w:r>
          </w:p>
        </w:tc>
      </w:tr>
      <w:tr w:rsidR="001E67D3" w:rsidRPr="002F4A7E" w14:paraId="3BAFCAA4" w14:textId="77777777" w:rsidTr="00F62DAA">
        <w:trPr>
          <w:trHeight w:val="20"/>
        </w:trPr>
        <w:tc>
          <w:tcPr>
            <w:tcW w:w="2961" w:type="dxa"/>
            <w:tcBorders>
              <w:top w:val="nil"/>
              <w:left w:val="double" w:sz="2" w:space="0" w:color="000000"/>
              <w:bottom w:val="single" w:sz="6" w:space="0" w:color="000000"/>
              <w:right w:val="single" w:sz="6" w:space="0" w:color="000000"/>
            </w:tcBorders>
            <w:vAlign w:val="center"/>
            <w:hideMark/>
          </w:tcPr>
          <w:p w14:paraId="4531B230" w14:textId="77777777" w:rsidR="001E67D3" w:rsidRPr="006778CE" w:rsidRDefault="001E67D3" w:rsidP="00F62DAA">
            <w:pPr>
              <w:pStyle w:val="NormalWeb"/>
              <w:spacing w:before="0" w:beforeAutospacing="0" w:after="0" w:afterAutospacing="0"/>
              <w:ind w:left="17"/>
              <w:rPr>
                <w:rFonts w:asciiTheme="minorHAnsi" w:hAnsiTheme="minorHAnsi"/>
                <w:b w:val="0"/>
                <w:sz w:val="22"/>
                <w:szCs w:val="22"/>
              </w:rPr>
            </w:pPr>
            <w:r w:rsidRPr="006778CE">
              <w:rPr>
                <w:rFonts w:asciiTheme="minorHAnsi" w:hAnsiTheme="minorHAnsi"/>
                <w:b w:val="0"/>
                <w:sz w:val="22"/>
                <w:szCs w:val="22"/>
              </w:rPr>
              <w:t>Öğr. Gör. Ünalcan KUTAL</w:t>
            </w:r>
          </w:p>
        </w:tc>
        <w:tc>
          <w:tcPr>
            <w:tcW w:w="5528" w:type="dxa"/>
            <w:tcBorders>
              <w:top w:val="nil"/>
              <w:left w:val="nil"/>
              <w:bottom w:val="single" w:sz="6" w:space="0" w:color="000000"/>
              <w:right w:val="single" w:sz="6" w:space="0" w:color="000000"/>
            </w:tcBorders>
            <w:vAlign w:val="center"/>
            <w:hideMark/>
          </w:tcPr>
          <w:p w14:paraId="1E8DA997" w14:textId="77777777" w:rsidR="001E67D3" w:rsidRPr="006778CE" w:rsidRDefault="001E67D3" w:rsidP="00F62DAA">
            <w:pPr>
              <w:pStyle w:val="NormalWeb"/>
              <w:spacing w:before="0" w:beforeAutospacing="0" w:after="0" w:afterAutospacing="0"/>
              <w:ind w:left="17"/>
              <w:jc w:val="center"/>
              <w:rPr>
                <w:rFonts w:asciiTheme="minorHAnsi" w:hAnsiTheme="minorHAnsi"/>
                <w:b w:val="0"/>
                <w:sz w:val="22"/>
                <w:szCs w:val="22"/>
              </w:rPr>
            </w:pPr>
            <w:r w:rsidRPr="006778CE">
              <w:rPr>
                <w:rStyle w:val="Gl"/>
                <w:rFonts w:asciiTheme="minorHAnsi" w:hAnsiTheme="minorHAnsi"/>
                <w:sz w:val="22"/>
                <w:szCs w:val="22"/>
              </w:rPr>
              <w:t>Başkan</w:t>
            </w:r>
          </w:p>
        </w:tc>
      </w:tr>
      <w:tr w:rsidR="001E67D3" w:rsidRPr="002F4A7E" w14:paraId="0051A11B" w14:textId="77777777" w:rsidTr="00F62DAA">
        <w:trPr>
          <w:trHeight w:val="20"/>
        </w:trPr>
        <w:tc>
          <w:tcPr>
            <w:tcW w:w="2961" w:type="dxa"/>
            <w:tcBorders>
              <w:top w:val="nil"/>
              <w:left w:val="double" w:sz="2" w:space="0" w:color="000000"/>
              <w:bottom w:val="single" w:sz="6" w:space="0" w:color="000000"/>
              <w:right w:val="single" w:sz="6" w:space="0" w:color="000000"/>
            </w:tcBorders>
            <w:vAlign w:val="center"/>
            <w:hideMark/>
          </w:tcPr>
          <w:p w14:paraId="61FDC5AD" w14:textId="77777777" w:rsidR="001E67D3" w:rsidRPr="006778CE" w:rsidRDefault="001E67D3" w:rsidP="00F62DAA">
            <w:pPr>
              <w:pStyle w:val="NormalWeb"/>
              <w:spacing w:before="0" w:beforeAutospacing="0" w:after="0" w:afterAutospacing="0"/>
              <w:ind w:left="17"/>
              <w:rPr>
                <w:rFonts w:asciiTheme="minorHAnsi" w:hAnsiTheme="minorHAnsi"/>
                <w:b w:val="0"/>
                <w:sz w:val="22"/>
                <w:szCs w:val="22"/>
              </w:rPr>
            </w:pPr>
            <w:r w:rsidRPr="006778CE">
              <w:rPr>
                <w:rFonts w:asciiTheme="minorHAnsi" w:hAnsiTheme="minorHAnsi"/>
                <w:b w:val="0"/>
                <w:sz w:val="22"/>
                <w:szCs w:val="22"/>
              </w:rPr>
              <w:t>Halit SELEN</w:t>
            </w:r>
          </w:p>
        </w:tc>
        <w:tc>
          <w:tcPr>
            <w:tcW w:w="5528" w:type="dxa"/>
            <w:tcBorders>
              <w:top w:val="nil"/>
              <w:left w:val="nil"/>
              <w:bottom w:val="single" w:sz="6" w:space="0" w:color="000000"/>
              <w:right w:val="single" w:sz="6" w:space="0" w:color="000000"/>
            </w:tcBorders>
            <w:vAlign w:val="center"/>
            <w:hideMark/>
          </w:tcPr>
          <w:p w14:paraId="5F955E5B" w14:textId="77777777" w:rsidR="001E67D3" w:rsidRPr="006778CE" w:rsidRDefault="001E67D3" w:rsidP="00F62DAA">
            <w:pPr>
              <w:pStyle w:val="NormalWeb"/>
              <w:spacing w:before="0" w:beforeAutospacing="0" w:after="0" w:afterAutospacing="0"/>
              <w:ind w:left="17"/>
              <w:jc w:val="center"/>
              <w:rPr>
                <w:rFonts w:asciiTheme="minorHAnsi" w:hAnsiTheme="minorHAnsi"/>
                <w:b w:val="0"/>
                <w:sz w:val="22"/>
                <w:szCs w:val="22"/>
              </w:rPr>
            </w:pPr>
            <w:r w:rsidRPr="006778CE">
              <w:rPr>
                <w:rFonts w:asciiTheme="minorHAnsi" w:hAnsiTheme="minorHAnsi"/>
                <w:b w:val="0"/>
                <w:sz w:val="22"/>
                <w:szCs w:val="22"/>
              </w:rPr>
              <w:t>Üye</w:t>
            </w:r>
          </w:p>
        </w:tc>
      </w:tr>
      <w:tr w:rsidR="001E67D3" w:rsidRPr="002F4A7E" w14:paraId="5B73A39C" w14:textId="77777777" w:rsidTr="00F62DAA">
        <w:trPr>
          <w:trHeight w:val="20"/>
        </w:trPr>
        <w:tc>
          <w:tcPr>
            <w:tcW w:w="2961" w:type="dxa"/>
            <w:tcBorders>
              <w:top w:val="nil"/>
              <w:left w:val="double" w:sz="2" w:space="0" w:color="000000"/>
              <w:bottom w:val="single" w:sz="6" w:space="0" w:color="000000"/>
              <w:right w:val="single" w:sz="6" w:space="0" w:color="000000"/>
            </w:tcBorders>
            <w:vAlign w:val="center"/>
            <w:hideMark/>
          </w:tcPr>
          <w:p w14:paraId="569E2654" w14:textId="77777777" w:rsidR="001E67D3" w:rsidRPr="006778CE" w:rsidRDefault="001E67D3" w:rsidP="00F62DAA">
            <w:pPr>
              <w:pStyle w:val="NormalWeb"/>
              <w:spacing w:before="0" w:beforeAutospacing="0" w:after="0" w:afterAutospacing="0"/>
              <w:ind w:left="17"/>
              <w:rPr>
                <w:rFonts w:asciiTheme="minorHAnsi" w:hAnsiTheme="minorHAnsi"/>
                <w:b w:val="0"/>
                <w:sz w:val="22"/>
                <w:szCs w:val="22"/>
              </w:rPr>
            </w:pPr>
            <w:r w:rsidRPr="006778CE">
              <w:rPr>
                <w:rFonts w:asciiTheme="minorHAnsi" w:hAnsiTheme="minorHAnsi"/>
                <w:b w:val="0"/>
                <w:sz w:val="22"/>
                <w:szCs w:val="22"/>
              </w:rPr>
              <w:t>Hüseyin ERSEVER</w:t>
            </w:r>
          </w:p>
        </w:tc>
        <w:tc>
          <w:tcPr>
            <w:tcW w:w="5528" w:type="dxa"/>
            <w:tcBorders>
              <w:top w:val="nil"/>
              <w:left w:val="nil"/>
              <w:bottom w:val="single" w:sz="6" w:space="0" w:color="000000"/>
              <w:right w:val="single" w:sz="6" w:space="0" w:color="000000"/>
            </w:tcBorders>
            <w:vAlign w:val="center"/>
            <w:hideMark/>
          </w:tcPr>
          <w:p w14:paraId="0C315417" w14:textId="77777777" w:rsidR="001E67D3" w:rsidRPr="006778CE" w:rsidRDefault="001E67D3" w:rsidP="00F62DAA">
            <w:pPr>
              <w:pStyle w:val="NormalWeb"/>
              <w:spacing w:before="0" w:beforeAutospacing="0" w:after="0" w:afterAutospacing="0"/>
              <w:ind w:left="17" w:right="15"/>
              <w:jc w:val="center"/>
              <w:rPr>
                <w:rFonts w:asciiTheme="minorHAnsi" w:hAnsiTheme="minorHAnsi"/>
                <w:b w:val="0"/>
                <w:sz w:val="22"/>
                <w:szCs w:val="22"/>
              </w:rPr>
            </w:pPr>
            <w:r w:rsidRPr="006778CE">
              <w:rPr>
                <w:rFonts w:asciiTheme="minorHAnsi" w:hAnsiTheme="minorHAnsi"/>
                <w:b w:val="0"/>
                <w:sz w:val="22"/>
                <w:szCs w:val="22"/>
              </w:rPr>
              <w:t>Üye</w:t>
            </w:r>
          </w:p>
        </w:tc>
      </w:tr>
    </w:tbl>
    <w:p w14:paraId="7E588CC8"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489" w:type="dxa"/>
        <w:tblInd w:w="150" w:type="dxa"/>
        <w:tblCellMar>
          <w:left w:w="0" w:type="dxa"/>
          <w:right w:w="0" w:type="dxa"/>
        </w:tblCellMar>
        <w:tblLook w:val="04A0" w:firstRow="1" w:lastRow="0" w:firstColumn="1" w:lastColumn="0" w:noHBand="0" w:noVBand="1"/>
      </w:tblPr>
      <w:tblGrid>
        <w:gridCol w:w="4095"/>
        <w:gridCol w:w="4394"/>
      </w:tblGrid>
      <w:tr w:rsidR="001E67D3" w:rsidRPr="006778CE" w14:paraId="60EEF414" w14:textId="77777777" w:rsidTr="006778CE">
        <w:trPr>
          <w:trHeight w:val="20"/>
        </w:trPr>
        <w:tc>
          <w:tcPr>
            <w:tcW w:w="8489"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261DD130" w14:textId="77777777" w:rsidR="001E67D3" w:rsidRPr="006778CE" w:rsidRDefault="001E67D3" w:rsidP="006778CE">
            <w:pPr>
              <w:pStyle w:val="NormalWeb"/>
              <w:spacing w:before="0" w:beforeAutospacing="0" w:after="0" w:afterAutospacing="0"/>
              <w:ind w:left="17"/>
              <w:jc w:val="center"/>
              <w:rPr>
                <w:rFonts w:asciiTheme="minorHAnsi" w:hAnsiTheme="minorHAnsi"/>
                <w:b w:val="0"/>
                <w:sz w:val="22"/>
                <w:szCs w:val="22"/>
              </w:rPr>
            </w:pPr>
            <w:r w:rsidRPr="006778CE">
              <w:rPr>
                <w:rStyle w:val="Gl"/>
                <w:rFonts w:asciiTheme="minorHAnsi" w:hAnsiTheme="minorHAnsi"/>
                <w:b/>
                <w:sz w:val="22"/>
                <w:szCs w:val="22"/>
              </w:rPr>
              <w:t>ÖĞRENCİ DEĞİŞİM PROGRAMLARI KOMİSYONU</w:t>
            </w:r>
          </w:p>
        </w:tc>
      </w:tr>
      <w:tr w:rsidR="001E67D3" w:rsidRPr="006778CE" w14:paraId="2AA301A2" w14:textId="77777777" w:rsidTr="006778CE">
        <w:trPr>
          <w:trHeight w:val="20"/>
        </w:trPr>
        <w:tc>
          <w:tcPr>
            <w:tcW w:w="4095" w:type="dxa"/>
            <w:tcBorders>
              <w:top w:val="nil"/>
              <w:left w:val="double" w:sz="2" w:space="0" w:color="000000"/>
              <w:bottom w:val="single" w:sz="6" w:space="0" w:color="000000"/>
              <w:right w:val="single" w:sz="6" w:space="0" w:color="000000"/>
            </w:tcBorders>
            <w:hideMark/>
          </w:tcPr>
          <w:p w14:paraId="4A1694B5" w14:textId="77777777" w:rsidR="001E67D3" w:rsidRPr="006778CE" w:rsidRDefault="001E67D3" w:rsidP="006778CE">
            <w:pPr>
              <w:pStyle w:val="NormalWeb"/>
              <w:spacing w:before="0" w:beforeAutospacing="0" w:after="0" w:afterAutospacing="0"/>
              <w:ind w:left="17"/>
              <w:jc w:val="center"/>
              <w:rPr>
                <w:rFonts w:asciiTheme="minorHAnsi" w:hAnsiTheme="minorHAnsi"/>
                <w:b w:val="0"/>
                <w:sz w:val="22"/>
                <w:szCs w:val="22"/>
              </w:rPr>
            </w:pPr>
            <w:r w:rsidRPr="006778CE">
              <w:rPr>
                <w:rStyle w:val="Gl"/>
                <w:rFonts w:asciiTheme="minorHAnsi" w:hAnsiTheme="minorHAnsi"/>
                <w:b/>
                <w:sz w:val="22"/>
                <w:szCs w:val="22"/>
              </w:rPr>
              <w:t>ADI SOYADI</w:t>
            </w:r>
          </w:p>
        </w:tc>
        <w:tc>
          <w:tcPr>
            <w:tcW w:w="4394" w:type="dxa"/>
            <w:tcBorders>
              <w:top w:val="nil"/>
              <w:left w:val="nil"/>
              <w:bottom w:val="single" w:sz="6" w:space="0" w:color="000000"/>
              <w:right w:val="single" w:sz="6" w:space="0" w:color="000000"/>
            </w:tcBorders>
            <w:hideMark/>
          </w:tcPr>
          <w:p w14:paraId="5F53BDBE" w14:textId="77777777" w:rsidR="001E67D3" w:rsidRPr="006778CE" w:rsidRDefault="001E67D3" w:rsidP="006778CE">
            <w:pPr>
              <w:pStyle w:val="NormalWeb"/>
              <w:spacing w:before="0" w:beforeAutospacing="0" w:after="0" w:afterAutospacing="0"/>
              <w:ind w:left="17"/>
              <w:jc w:val="center"/>
              <w:rPr>
                <w:rFonts w:asciiTheme="minorHAnsi" w:hAnsiTheme="minorHAnsi"/>
                <w:b w:val="0"/>
                <w:sz w:val="22"/>
                <w:szCs w:val="22"/>
              </w:rPr>
            </w:pPr>
            <w:r w:rsidRPr="006778CE">
              <w:rPr>
                <w:rStyle w:val="Gl"/>
                <w:rFonts w:asciiTheme="minorHAnsi" w:hAnsiTheme="minorHAnsi"/>
                <w:b/>
                <w:sz w:val="22"/>
                <w:szCs w:val="22"/>
              </w:rPr>
              <w:t>GÖREVİ</w:t>
            </w:r>
          </w:p>
        </w:tc>
      </w:tr>
      <w:tr w:rsidR="001E67D3" w:rsidRPr="006778CE" w14:paraId="713BEE87" w14:textId="77777777" w:rsidTr="006778CE">
        <w:trPr>
          <w:trHeight w:val="20"/>
        </w:trPr>
        <w:tc>
          <w:tcPr>
            <w:tcW w:w="4095" w:type="dxa"/>
            <w:tcBorders>
              <w:top w:val="nil"/>
              <w:left w:val="double" w:sz="2" w:space="0" w:color="000000"/>
              <w:bottom w:val="single" w:sz="6" w:space="0" w:color="000000"/>
              <w:right w:val="single" w:sz="6" w:space="0" w:color="000000"/>
            </w:tcBorders>
            <w:hideMark/>
          </w:tcPr>
          <w:p w14:paraId="4A827500" w14:textId="77777777" w:rsidR="001E67D3" w:rsidRPr="006778CE" w:rsidRDefault="001E67D3" w:rsidP="006778CE">
            <w:pPr>
              <w:pStyle w:val="NormalWeb"/>
              <w:spacing w:before="0" w:beforeAutospacing="0" w:after="0" w:afterAutospacing="0"/>
              <w:ind w:left="17"/>
              <w:rPr>
                <w:rFonts w:asciiTheme="minorHAnsi" w:hAnsiTheme="minorHAnsi"/>
                <w:b w:val="0"/>
                <w:sz w:val="22"/>
                <w:szCs w:val="22"/>
              </w:rPr>
            </w:pPr>
            <w:r w:rsidRPr="006778CE">
              <w:rPr>
                <w:rFonts w:asciiTheme="minorHAnsi" w:hAnsiTheme="minorHAnsi"/>
                <w:b w:val="0"/>
                <w:sz w:val="22"/>
                <w:szCs w:val="22"/>
              </w:rPr>
              <w:t>Öğr. Gör. Taha ŞEYHANOĞULLARI</w:t>
            </w:r>
          </w:p>
        </w:tc>
        <w:tc>
          <w:tcPr>
            <w:tcW w:w="4394" w:type="dxa"/>
            <w:tcBorders>
              <w:top w:val="nil"/>
              <w:left w:val="nil"/>
              <w:bottom w:val="single" w:sz="6" w:space="0" w:color="000000"/>
              <w:right w:val="single" w:sz="6" w:space="0" w:color="000000"/>
            </w:tcBorders>
            <w:hideMark/>
          </w:tcPr>
          <w:p w14:paraId="09CF4FFA" w14:textId="77777777" w:rsidR="001E67D3" w:rsidRPr="006778CE" w:rsidRDefault="001E67D3" w:rsidP="006778CE">
            <w:pPr>
              <w:pStyle w:val="NormalWeb"/>
              <w:spacing w:before="0" w:beforeAutospacing="0" w:after="0" w:afterAutospacing="0"/>
              <w:ind w:left="17"/>
              <w:jc w:val="center"/>
              <w:rPr>
                <w:rFonts w:asciiTheme="minorHAnsi" w:hAnsiTheme="minorHAnsi"/>
                <w:b w:val="0"/>
                <w:sz w:val="22"/>
                <w:szCs w:val="22"/>
              </w:rPr>
            </w:pPr>
            <w:r w:rsidRPr="006778CE">
              <w:rPr>
                <w:rStyle w:val="Gl"/>
                <w:rFonts w:asciiTheme="minorHAnsi" w:hAnsiTheme="minorHAnsi"/>
                <w:sz w:val="22"/>
                <w:szCs w:val="22"/>
              </w:rPr>
              <w:t>Başkan</w:t>
            </w:r>
          </w:p>
        </w:tc>
      </w:tr>
      <w:tr w:rsidR="001E67D3" w:rsidRPr="006778CE" w14:paraId="3D6FFCB9" w14:textId="77777777" w:rsidTr="006778CE">
        <w:trPr>
          <w:trHeight w:val="20"/>
        </w:trPr>
        <w:tc>
          <w:tcPr>
            <w:tcW w:w="4095" w:type="dxa"/>
            <w:tcBorders>
              <w:top w:val="nil"/>
              <w:left w:val="double" w:sz="2" w:space="0" w:color="000000"/>
              <w:bottom w:val="single" w:sz="6" w:space="0" w:color="000000"/>
              <w:right w:val="single" w:sz="6" w:space="0" w:color="000000"/>
            </w:tcBorders>
            <w:hideMark/>
          </w:tcPr>
          <w:p w14:paraId="233AA08A" w14:textId="77777777" w:rsidR="001E67D3" w:rsidRPr="006778CE" w:rsidRDefault="001E67D3" w:rsidP="006778CE">
            <w:pPr>
              <w:pStyle w:val="NormalWeb"/>
              <w:spacing w:before="0" w:beforeAutospacing="0" w:after="0" w:afterAutospacing="0"/>
              <w:ind w:left="17"/>
              <w:rPr>
                <w:rFonts w:asciiTheme="minorHAnsi" w:hAnsiTheme="minorHAnsi"/>
                <w:b w:val="0"/>
                <w:sz w:val="22"/>
                <w:szCs w:val="22"/>
              </w:rPr>
            </w:pPr>
            <w:r w:rsidRPr="006778CE">
              <w:rPr>
                <w:rFonts w:asciiTheme="minorHAnsi" w:hAnsiTheme="minorHAnsi"/>
                <w:b w:val="0"/>
                <w:sz w:val="22"/>
                <w:szCs w:val="22"/>
              </w:rPr>
              <w:t>Dr. Öğr. Üyesi Ahmet Emre DERİNKÖK</w:t>
            </w:r>
          </w:p>
        </w:tc>
        <w:tc>
          <w:tcPr>
            <w:tcW w:w="4394" w:type="dxa"/>
            <w:tcBorders>
              <w:top w:val="nil"/>
              <w:left w:val="nil"/>
              <w:bottom w:val="single" w:sz="6" w:space="0" w:color="000000"/>
              <w:right w:val="single" w:sz="6" w:space="0" w:color="000000"/>
            </w:tcBorders>
            <w:hideMark/>
          </w:tcPr>
          <w:p w14:paraId="1B2D8C67" w14:textId="77777777" w:rsidR="001E67D3" w:rsidRPr="006778CE" w:rsidRDefault="001E67D3" w:rsidP="006778CE">
            <w:pPr>
              <w:pStyle w:val="NormalWeb"/>
              <w:spacing w:before="0" w:beforeAutospacing="0" w:after="0" w:afterAutospacing="0"/>
              <w:ind w:left="17"/>
              <w:jc w:val="center"/>
              <w:rPr>
                <w:rFonts w:asciiTheme="minorHAnsi" w:hAnsiTheme="minorHAnsi"/>
                <w:b w:val="0"/>
                <w:sz w:val="22"/>
                <w:szCs w:val="22"/>
              </w:rPr>
            </w:pPr>
            <w:r w:rsidRPr="006778CE">
              <w:rPr>
                <w:rFonts w:asciiTheme="minorHAnsi" w:hAnsiTheme="minorHAnsi"/>
                <w:b w:val="0"/>
                <w:sz w:val="22"/>
                <w:szCs w:val="22"/>
              </w:rPr>
              <w:t>Üye</w:t>
            </w:r>
          </w:p>
        </w:tc>
      </w:tr>
      <w:tr w:rsidR="001E67D3" w:rsidRPr="006778CE" w14:paraId="7B9A0830" w14:textId="77777777" w:rsidTr="006778CE">
        <w:trPr>
          <w:trHeight w:val="20"/>
        </w:trPr>
        <w:tc>
          <w:tcPr>
            <w:tcW w:w="4095" w:type="dxa"/>
            <w:tcBorders>
              <w:top w:val="nil"/>
              <w:left w:val="double" w:sz="2" w:space="0" w:color="000000"/>
              <w:bottom w:val="single" w:sz="6" w:space="0" w:color="000000"/>
              <w:right w:val="single" w:sz="6" w:space="0" w:color="000000"/>
            </w:tcBorders>
            <w:hideMark/>
          </w:tcPr>
          <w:p w14:paraId="0C3F0C9E" w14:textId="77777777" w:rsidR="001E67D3" w:rsidRPr="006778CE" w:rsidRDefault="001E67D3" w:rsidP="006778CE">
            <w:pPr>
              <w:pStyle w:val="NormalWeb"/>
              <w:spacing w:before="0" w:beforeAutospacing="0" w:after="0" w:afterAutospacing="0"/>
              <w:ind w:left="17"/>
              <w:rPr>
                <w:rFonts w:asciiTheme="minorHAnsi" w:hAnsiTheme="minorHAnsi"/>
                <w:b w:val="0"/>
                <w:sz w:val="22"/>
                <w:szCs w:val="22"/>
              </w:rPr>
            </w:pPr>
            <w:r w:rsidRPr="006778CE">
              <w:rPr>
                <w:rFonts w:asciiTheme="minorHAnsi" w:hAnsiTheme="minorHAnsi"/>
                <w:b w:val="0"/>
                <w:sz w:val="22"/>
                <w:szCs w:val="22"/>
              </w:rPr>
              <w:t>Öğr. Gör. Bahadır GÜLTEKİN</w:t>
            </w:r>
          </w:p>
        </w:tc>
        <w:tc>
          <w:tcPr>
            <w:tcW w:w="4394" w:type="dxa"/>
            <w:tcBorders>
              <w:top w:val="nil"/>
              <w:left w:val="nil"/>
              <w:bottom w:val="single" w:sz="6" w:space="0" w:color="000000"/>
              <w:right w:val="single" w:sz="6" w:space="0" w:color="000000"/>
            </w:tcBorders>
            <w:hideMark/>
          </w:tcPr>
          <w:p w14:paraId="69D3C0D8" w14:textId="77777777" w:rsidR="001E67D3" w:rsidRPr="006778CE" w:rsidRDefault="001E67D3" w:rsidP="006778CE">
            <w:pPr>
              <w:pStyle w:val="NormalWeb"/>
              <w:spacing w:before="0" w:beforeAutospacing="0" w:after="0" w:afterAutospacing="0"/>
              <w:ind w:left="17" w:right="15"/>
              <w:jc w:val="center"/>
              <w:rPr>
                <w:rFonts w:asciiTheme="minorHAnsi" w:hAnsiTheme="minorHAnsi"/>
                <w:b w:val="0"/>
                <w:sz w:val="22"/>
                <w:szCs w:val="22"/>
              </w:rPr>
            </w:pPr>
            <w:r w:rsidRPr="006778CE">
              <w:rPr>
                <w:rFonts w:asciiTheme="minorHAnsi" w:hAnsiTheme="minorHAnsi"/>
                <w:b w:val="0"/>
                <w:sz w:val="22"/>
                <w:szCs w:val="22"/>
              </w:rPr>
              <w:t>Üye</w:t>
            </w:r>
          </w:p>
        </w:tc>
      </w:tr>
      <w:tr w:rsidR="001E67D3" w:rsidRPr="006778CE" w14:paraId="2281F7E0" w14:textId="77777777" w:rsidTr="006778CE">
        <w:trPr>
          <w:trHeight w:val="20"/>
        </w:trPr>
        <w:tc>
          <w:tcPr>
            <w:tcW w:w="4095" w:type="dxa"/>
            <w:tcBorders>
              <w:top w:val="nil"/>
              <w:left w:val="double" w:sz="2" w:space="0" w:color="000000"/>
              <w:bottom w:val="single" w:sz="6" w:space="0" w:color="000000"/>
              <w:right w:val="single" w:sz="6" w:space="0" w:color="000000"/>
            </w:tcBorders>
            <w:hideMark/>
          </w:tcPr>
          <w:p w14:paraId="5F3924F4" w14:textId="77777777" w:rsidR="001E67D3" w:rsidRPr="006778CE" w:rsidRDefault="001E67D3" w:rsidP="006778CE">
            <w:pPr>
              <w:pStyle w:val="NormalWeb"/>
              <w:spacing w:before="0" w:beforeAutospacing="0" w:after="0" w:afterAutospacing="0"/>
              <w:ind w:left="17"/>
              <w:rPr>
                <w:rFonts w:asciiTheme="minorHAnsi" w:hAnsiTheme="minorHAnsi"/>
                <w:b w:val="0"/>
                <w:sz w:val="22"/>
                <w:szCs w:val="22"/>
              </w:rPr>
            </w:pPr>
            <w:r w:rsidRPr="006778CE">
              <w:rPr>
                <w:rFonts w:asciiTheme="minorHAnsi" w:hAnsiTheme="minorHAnsi"/>
                <w:b w:val="0"/>
                <w:sz w:val="22"/>
                <w:szCs w:val="22"/>
              </w:rPr>
              <w:t>Öğr. Gör. Hüseyin DENİZ</w:t>
            </w:r>
          </w:p>
        </w:tc>
        <w:tc>
          <w:tcPr>
            <w:tcW w:w="4394" w:type="dxa"/>
            <w:tcBorders>
              <w:top w:val="nil"/>
              <w:left w:val="nil"/>
              <w:bottom w:val="single" w:sz="6" w:space="0" w:color="000000"/>
              <w:right w:val="single" w:sz="6" w:space="0" w:color="000000"/>
            </w:tcBorders>
            <w:hideMark/>
          </w:tcPr>
          <w:p w14:paraId="2E4B86DF" w14:textId="77777777" w:rsidR="001E67D3" w:rsidRPr="006778CE" w:rsidRDefault="001E67D3" w:rsidP="006778CE">
            <w:pPr>
              <w:pStyle w:val="NormalWeb"/>
              <w:spacing w:before="0" w:beforeAutospacing="0" w:after="0" w:afterAutospacing="0"/>
              <w:ind w:left="17" w:right="15"/>
              <w:jc w:val="center"/>
              <w:rPr>
                <w:rFonts w:asciiTheme="minorHAnsi" w:hAnsiTheme="minorHAnsi"/>
                <w:b w:val="0"/>
                <w:sz w:val="22"/>
                <w:szCs w:val="22"/>
              </w:rPr>
            </w:pPr>
            <w:r w:rsidRPr="006778CE">
              <w:rPr>
                <w:rFonts w:asciiTheme="minorHAnsi" w:hAnsiTheme="minorHAnsi"/>
                <w:b w:val="0"/>
                <w:sz w:val="22"/>
                <w:szCs w:val="22"/>
              </w:rPr>
              <w:t>Üye</w:t>
            </w:r>
          </w:p>
        </w:tc>
      </w:tr>
      <w:tr w:rsidR="001E67D3" w:rsidRPr="006778CE" w14:paraId="47184771" w14:textId="77777777" w:rsidTr="006778CE">
        <w:trPr>
          <w:trHeight w:val="20"/>
        </w:trPr>
        <w:tc>
          <w:tcPr>
            <w:tcW w:w="4095" w:type="dxa"/>
            <w:tcBorders>
              <w:top w:val="nil"/>
              <w:left w:val="double" w:sz="2" w:space="0" w:color="000000"/>
              <w:bottom w:val="single" w:sz="6" w:space="0" w:color="000000"/>
              <w:right w:val="single" w:sz="6" w:space="0" w:color="000000"/>
            </w:tcBorders>
            <w:hideMark/>
          </w:tcPr>
          <w:p w14:paraId="6F0EFE33" w14:textId="77777777" w:rsidR="001E67D3" w:rsidRPr="006778CE" w:rsidRDefault="001E67D3" w:rsidP="006778CE">
            <w:pPr>
              <w:pStyle w:val="NormalWeb"/>
              <w:spacing w:before="0" w:beforeAutospacing="0" w:after="0" w:afterAutospacing="0"/>
              <w:ind w:left="17"/>
              <w:rPr>
                <w:rFonts w:asciiTheme="minorHAnsi" w:hAnsiTheme="minorHAnsi"/>
                <w:b w:val="0"/>
                <w:sz w:val="22"/>
                <w:szCs w:val="22"/>
              </w:rPr>
            </w:pPr>
            <w:r w:rsidRPr="006778CE">
              <w:rPr>
                <w:rFonts w:asciiTheme="minorHAnsi" w:hAnsiTheme="minorHAnsi"/>
                <w:b w:val="0"/>
                <w:sz w:val="22"/>
                <w:szCs w:val="22"/>
              </w:rPr>
              <w:t>Öğr. Gör. Yaşar Can ATAŞ</w:t>
            </w:r>
          </w:p>
        </w:tc>
        <w:tc>
          <w:tcPr>
            <w:tcW w:w="4394" w:type="dxa"/>
            <w:tcBorders>
              <w:top w:val="nil"/>
              <w:left w:val="nil"/>
              <w:bottom w:val="single" w:sz="6" w:space="0" w:color="000000"/>
              <w:right w:val="single" w:sz="6" w:space="0" w:color="000000"/>
            </w:tcBorders>
            <w:hideMark/>
          </w:tcPr>
          <w:p w14:paraId="2D3AE2B7" w14:textId="77777777" w:rsidR="001E67D3" w:rsidRPr="006778CE" w:rsidRDefault="001E67D3" w:rsidP="006778CE">
            <w:pPr>
              <w:pStyle w:val="NormalWeb"/>
              <w:spacing w:before="0" w:beforeAutospacing="0" w:after="0" w:afterAutospacing="0"/>
              <w:ind w:left="17" w:right="15"/>
              <w:jc w:val="center"/>
              <w:rPr>
                <w:rFonts w:asciiTheme="minorHAnsi" w:hAnsiTheme="minorHAnsi"/>
                <w:b w:val="0"/>
                <w:sz w:val="22"/>
                <w:szCs w:val="22"/>
              </w:rPr>
            </w:pPr>
            <w:r w:rsidRPr="006778CE">
              <w:rPr>
                <w:rFonts w:asciiTheme="minorHAnsi" w:hAnsiTheme="minorHAnsi"/>
                <w:b w:val="0"/>
                <w:sz w:val="22"/>
                <w:szCs w:val="22"/>
              </w:rPr>
              <w:t>Üye</w:t>
            </w:r>
          </w:p>
        </w:tc>
      </w:tr>
    </w:tbl>
    <w:p w14:paraId="0979A667"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489" w:type="dxa"/>
        <w:tblInd w:w="150" w:type="dxa"/>
        <w:tblCellMar>
          <w:left w:w="0" w:type="dxa"/>
          <w:right w:w="0" w:type="dxa"/>
        </w:tblCellMar>
        <w:tblLook w:val="04A0" w:firstRow="1" w:lastRow="0" w:firstColumn="1" w:lastColumn="0" w:noHBand="0" w:noVBand="1"/>
      </w:tblPr>
      <w:tblGrid>
        <w:gridCol w:w="4095"/>
        <w:gridCol w:w="4394"/>
      </w:tblGrid>
      <w:tr w:rsidR="001E67D3" w:rsidRPr="002F4A7E" w14:paraId="398529E2" w14:textId="77777777" w:rsidTr="007024EB">
        <w:trPr>
          <w:trHeight w:val="20"/>
        </w:trPr>
        <w:tc>
          <w:tcPr>
            <w:tcW w:w="8489"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1AF1638F" w14:textId="77777777" w:rsidR="001E67D3" w:rsidRPr="007024EB" w:rsidRDefault="001E67D3" w:rsidP="007024EB">
            <w:pPr>
              <w:pStyle w:val="NormalWeb"/>
              <w:spacing w:before="0" w:beforeAutospacing="0" w:after="0" w:afterAutospacing="0"/>
              <w:ind w:left="15"/>
              <w:jc w:val="center"/>
              <w:rPr>
                <w:rFonts w:asciiTheme="minorHAnsi" w:hAnsiTheme="minorHAnsi"/>
                <w:b w:val="0"/>
                <w:sz w:val="22"/>
                <w:szCs w:val="22"/>
              </w:rPr>
            </w:pPr>
            <w:r w:rsidRPr="007024EB">
              <w:rPr>
                <w:rStyle w:val="Gl"/>
                <w:rFonts w:asciiTheme="minorHAnsi" w:hAnsiTheme="minorHAnsi"/>
                <w:b/>
                <w:sz w:val="22"/>
                <w:szCs w:val="22"/>
              </w:rPr>
              <w:t>SIFIR ATIK BİRİM KURULU</w:t>
            </w:r>
          </w:p>
        </w:tc>
      </w:tr>
      <w:tr w:rsidR="001E67D3" w:rsidRPr="002F4A7E" w14:paraId="2F27DCFA" w14:textId="77777777" w:rsidTr="007024EB">
        <w:trPr>
          <w:trHeight w:val="20"/>
        </w:trPr>
        <w:tc>
          <w:tcPr>
            <w:tcW w:w="4095" w:type="dxa"/>
            <w:tcBorders>
              <w:top w:val="nil"/>
              <w:left w:val="double" w:sz="2" w:space="0" w:color="000000"/>
              <w:bottom w:val="single" w:sz="6" w:space="0" w:color="000000"/>
              <w:right w:val="single" w:sz="6" w:space="0" w:color="000000"/>
            </w:tcBorders>
            <w:hideMark/>
          </w:tcPr>
          <w:p w14:paraId="44A4A123" w14:textId="77777777" w:rsidR="001E67D3" w:rsidRPr="007024EB" w:rsidRDefault="001E67D3" w:rsidP="007024EB">
            <w:pPr>
              <w:pStyle w:val="NormalWeb"/>
              <w:spacing w:before="0" w:beforeAutospacing="0" w:after="0" w:afterAutospacing="0"/>
              <w:ind w:left="15"/>
              <w:jc w:val="center"/>
              <w:rPr>
                <w:rFonts w:asciiTheme="minorHAnsi" w:hAnsiTheme="minorHAnsi"/>
                <w:b w:val="0"/>
                <w:sz w:val="22"/>
                <w:szCs w:val="22"/>
              </w:rPr>
            </w:pPr>
            <w:r w:rsidRPr="007024EB">
              <w:rPr>
                <w:rStyle w:val="Gl"/>
                <w:rFonts w:asciiTheme="minorHAnsi" w:hAnsiTheme="minorHAnsi"/>
                <w:b/>
                <w:sz w:val="22"/>
                <w:szCs w:val="22"/>
              </w:rPr>
              <w:t>ADI SOYADI</w:t>
            </w:r>
          </w:p>
        </w:tc>
        <w:tc>
          <w:tcPr>
            <w:tcW w:w="4394" w:type="dxa"/>
            <w:tcBorders>
              <w:top w:val="nil"/>
              <w:left w:val="nil"/>
              <w:bottom w:val="single" w:sz="6" w:space="0" w:color="000000"/>
              <w:right w:val="single" w:sz="6" w:space="0" w:color="000000"/>
            </w:tcBorders>
            <w:vAlign w:val="center"/>
            <w:hideMark/>
          </w:tcPr>
          <w:p w14:paraId="7AC693FA" w14:textId="77777777" w:rsidR="001E67D3" w:rsidRPr="007024EB" w:rsidRDefault="001E67D3" w:rsidP="007024EB">
            <w:pPr>
              <w:pStyle w:val="NormalWeb"/>
              <w:spacing w:before="0" w:beforeAutospacing="0" w:after="0" w:afterAutospacing="0"/>
              <w:jc w:val="center"/>
              <w:rPr>
                <w:rFonts w:asciiTheme="minorHAnsi" w:hAnsiTheme="minorHAnsi"/>
                <w:b w:val="0"/>
                <w:sz w:val="22"/>
                <w:szCs w:val="22"/>
              </w:rPr>
            </w:pPr>
            <w:r w:rsidRPr="007024EB">
              <w:rPr>
                <w:rStyle w:val="Gl"/>
                <w:rFonts w:asciiTheme="minorHAnsi" w:hAnsiTheme="minorHAnsi"/>
                <w:b/>
                <w:sz w:val="22"/>
                <w:szCs w:val="22"/>
              </w:rPr>
              <w:t>GÖREVİ</w:t>
            </w:r>
          </w:p>
        </w:tc>
      </w:tr>
      <w:tr w:rsidR="001E67D3" w:rsidRPr="002F4A7E" w14:paraId="6E7548C4" w14:textId="77777777" w:rsidTr="007024EB">
        <w:trPr>
          <w:trHeight w:val="20"/>
        </w:trPr>
        <w:tc>
          <w:tcPr>
            <w:tcW w:w="4095" w:type="dxa"/>
            <w:tcBorders>
              <w:top w:val="nil"/>
              <w:left w:val="double" w:sz="2" w:space="0" w:color="000000"/>
              <w:bottom w:val="single" w:sz="6" w:space="0" w:color="000000"/>
              <w:right w:val="single" w:sz="6" w:space="0" w:color="000000"/>
            </w:tcBorders>
            <w:vAlign w:val="center"/>
            <w:hideMark/>
          </w:tcPr>
          <w:p w14:paraId="27551FBD" w14:textId="77777777" w:rsidR="001E67D3" w:rsidRPr="009B571E" w:rsidRDefault="001E67D3" w:rsidP="007024EB">
            <w:pPr>
              <w:pStyle w:val="NormalWeb"/>
              <w:spacing w:before="0" w:beforeAutospacing="0" w:after="0" w:afterAutospacing="0"/>
              <w:ind w:left="15"/>
              <w:rPr>
                <w:rFonts w:asciiTheme="minorHAnsi" w:hAnsiTheme="minorHAnsi"/>
                <w:b w:val="0"/>
                <w:sz w:val="22"/>
                <w:szCs w:val="22"/>
              </w:rPr>
            </w:pPr>
            <w:r w:rsidRPr="009B571E">
              <w:rPr>
                <w:rFonts w:asciiTheme="minorHAnsi" w:hAnsiTheme="minorHAnsi"/>
                <w:b w:val="0"/>
                <w:sz w:val="22"/>
                <w:szCs w:val="22"/>
              </w:rPr>
              <w:t>Dr. Öğr. Üyesi Harun Reşit GÜNDOĞAN</w:t>
            </w:r>
          </w:p>
        </w:tc>
        <w:tc>
          <w:tcPr>
            <w:tcW w:w="4394" w:type="dxa"/>
            <w:tcBorders>
              <w:top w:val="nil"/>
              <w:left w:val="nil"/>
              <w:bottom w:val="single" w:sz="6" w:space="0" w:color="000000"/>
              <w:right w:val="single" w:sz="6" w:space="0" w:color="000000"/>
            </w:tcBorders>
            <w:vAlign w:val="center"/>
            <w:hideMark/>
          </w:tcPr>
          <w:p w14:paraId="07AF62FD" w14:textId="77777777" w:rsidR="001E67D3" w:rsidRPr="009B571E" w:rsidRDefault="001E67D3" w:rsidP="007024EB">
            <w:pPr>
              <w:pStyle w:val="NormalWeb"/>
              <w:spacing w:before="0" w:beforeAutospacing="0" w:after="0" w:afterAutospacing="0"/>
              <w:jc w:val="center"/>
              <w:rPr>
                <w:rFonts w:asciiTheme="minorHAnsi" w:hAnsiTheme="minorHAnsi"/>
                <w:b w:val="0"/>
                <w:sz w:val="22"/>
                <w:szCs w:val="22"/>
              </w:rPr>
            </w:pPr>
            <w:r w:rsidRPr="009B571E">
              <w:rPr>
                <w:rStyle w:val="Gl"/>
                <w:rFonts w:asciiTheme="minorHAnsi" w:hAnsiTheme="minorHAnsi"/>
                <w:sz w:val="22"/>
                <w:szCs w:val="22"/>
              </w:rPr>
              <w:t>Birim Sorumlusu</w:t>
            </w:r>
          </w:p>
        </w:tc>
      </w:tr>
      <w:tr w:rsidR="001E67D3" w:rsidRPr="002F4A7E" w14:paraId="59841751" w14:textId="77777777" w:rsidTr="007024EB">
        <w:trPr>
          <w:trHeight w:val="20"/>
        </w:trPr>
        <w:tc>
          <w:tcPr>
            <w:tcW w:w="4095" w:type="dxa"/>
            <w:tcBorders>
              <w:top w:val="nil"/>
              <w:left w:val="double" w:sz="2" w:space="0" w:color="000000"/>
              <w:bottom w:val="single" w:sz="6" w:space="0" w:color="000000"/>
              <w:right w:val="single" w:sz="6" w:space="0" w:color="000000"/>
            </w:tcBorders>
            <w:vAlign w:val="center"/>
            <w:hideMark/>
          </w:tcPr>
          <w:p w14:paraId="247584A3" w14:textId="77777777" w:rsidR="001E67D3" w:rsidRPr="009B571E" w:rsidRDefault="001E67D3" w:rsidP="007024EB">
            <w:pPr>
              <w:pStyle w:val="NormalWeb"/>
              <w:spacing w:before="0" w:beforeAutospacing="0" w:after="0" w:afterAutospacing="0"/>
              <w:ind w:left="15"/>
              <w:rPr>
                <w:rFonts w:asciiTheme="minorHAnsi" w:hAnsiTheme="minorHAnsi"/>
                <w:b w:val="0"/>
                <w:sz w:val="22"/>
                <w:szCs w:val="22"/>
              </w:rPr>
            </w:pPr>
            <w:r w:rsidRPr="009B571E">
              <w:rPr>
                <w:rFonts w:asciiTheme="minorHAnsi" w:hAnsiTheme="minorHAnsi"/>
                <w:b w:val="0"/>
                <w:sz w:val="22"/>
                <w:szCs w:val="22"/>
              </w:rPr>
              <w:t>Öğr. Gör. Ezel ERSÖZ</w:t>
            </w:r>
          </w:p>
        </w:tc>
        <w:tc>
          <w:tcPr>
            <w:tcW w:w="4394" w:type="dxa"/>
            <w:tcBorders>
              <w:top w:val="nil"/>
              <w:left w:val="nil"/>
              <w:bottom w:val="single" w:sz="6" w:space="0" w:color="000000"/>
              <w:right w:val="single" w:sz="6" w:space="0" w:color="000000"/>
            </w:tcBorders>
            <w:vAlign w:val="center"/>
            <w:hideMark/>
          </w:tcPr>
          <w:p w14:paraId="4B6E1763" w14:textId="77777777" w:rsidR="001E67D3" w:rsidRPr="009B571E" w:rsidRDefault="001E67D3" w:rsidP="007024EB">
            <w:pPr>
              <w:pStyle w:val="NormalWeb"/>
              <w:spacing w:before="0" w:beforeAutospacing="0" w:after="0" w:afterAutospacing="0"/>
              <w:jc w:val="center"/>
              <w:rPr>
                <w:rFonts w:asciiTheme="minorHAnsi" w:hAnsiTheme="minorHAnsi"/>
                <w:b w:val="0"/>
                <w:sz w:val="22"/>
                <w:szCs w:val="22"/>
              </w:rPr>
            </w:pPr>
            <w:r w:rsidRPr="009B571E">
              <w:rPr>
                <w:rFonts w:asciiTheme="minorHAnsi" w:hAnsiTheme="minorHAnsi"/>
                <w:b w:val="0"/>
                <w:sz w:val="22"/>
                <w:szCs w:val="22"/>
              </w:rPr>
              <w:t>Üye</w:t>
            </w:r>
          </w:p>
        </w:tc>
      </w:tr>
      <w:tr w:rsidR="001E67D3" w:rsidRPr="002F4A7E" w14:paraId="74C4B37C" w14:textId="77777777" w:rsidTr="007024EB">
        <w:trPr>
          <w:trHeight w:val="20"/>
        </w:trPr>
        <w:tc>
          <w:tcPr>
            <w:tcW w:w="4095" w:type="dxa"/>
            <w:tcBorders>
              <w:top w:val="nil"/>
              <w:left w:val="double" w:sz="2" w:space="0" w:color="000000"/>
              <w:bottom w:val="single" w:sz="6" w:space="0" w:color="000000"/>
              <w:right w:val="single" w:sz="6" w:space="0" w:color="000000"/>
            </w:tcBorders>
            <w:vAlign w:val="center"/>
            <w:hideMark/>
          </w:tcPr>
          <w:p w14:paraId="3B7F5CE9" w14:textId="77777777" w:rsidR="001E67D3" w:rsidRPr="009B571E" w:rsidRDefault="001E67D3" w:rsidP="007024EB">
            <w:pPr>
              <w:pStyle w:val="NormalWeb"/>
              <w:spacing w:before="0" w:beforeAutospacing="0" w:after="0" w:afterAutospacing="0"/>
              <w:ind w:left="15"/>
              <w:rPr>
                <w:rFonts w:asciiTheme="minorHAnsi" w:hAnsiTheme="minorHAnsi"/>
                <w:b w:val="0"/>
                <w:sz w:val="22"/>
                <w:szCs w:val="22"/>
              </w:rPr>
            </w:pPr>
            <w:r w:rsidRPr="009B571E">
              <w:rPr>
                <w:rFonts w:asciiTheme="minorHAnsi" w:hAnsiTheme="minorHAnsi"/>
                <w:b w:val="0"/>
                <w:sz w:val="22"/>
                <w:szCs w:val="22"/>
              </w:rPr>
              <w:t>Öğr. Gör. Taha ŞEYHANOĞULLARI</w:t>
            </w:r>
          </w:p>
        </w:tc>
        <w:tc>
          <w:tcPr>
            <w:tcW w:w="4394" w:type="dxa"/>
            <w:tcBorders>
              <w:top w:val="nil"/>
              <w:left w:val="nil"/>
              <w:bottom w:val="single" w:sz="6" w:space="0" w:color="000000"/>
              <w:right w:val="single" w:sz="6" w:space="0" w:color="000000"/>
            </w:tcBorders>
            <w:vAlign w:val="center"/>
            <w:hideMark/>
          </w:tcPr>
          <w:p w14:paraId="201C325C" w14:textId="77777777" w:rsidR="001E67D3" w:rsidRPr="009B571E" w:rsidRDefault="001E67D3" w:rsidP="007024EB">
            <w:pPr>
              <w:pStyle w:val="NormalWeb"/>
              <w:spacing w:before="0" w:beforeAutospacing="0" w:after="0" w:afterAutospacing="0"/>
              <w:jc w:val="center"/>
              <w:rPr>
                <w:rFonts w:asciiTheme="minorHAnsi" w:hAnsiTheme="minorHAnsi"/>
                <w:b w:val="0"/>
                <w:sz w:val="22"/>
                <w:szCs w:val="22"/>
              </w:rPr>
            </w:pPr>
            <w:r w:rsidRPr="009B571E">
              <w:rPr>
                <w:rFonts w:asciiTheme="minorHAnsi" w:hAnsiTheme="minorHAnsi"/>
                <w:b w:val="0"/>
                <w:sz w:val="22"/>
                <w:szCs w:val="22"/>
              </w:rPr>
              <w:t>Üye</w:t>
            </w:r>
          </w:p>
        </w:tc>
      </w:tr>
      <w:tr w:rsidR="001E67D3" w:rsidRPr="002F4A7E" w14:paraId="42148FE6" w14:textId="77777777" w:rsidTr="007024EB">
        <w:trPr>
          <w:trHeight w:val="20"/>
        </w:trPr>
        <w:tc>
          <w:tcPr>
            <w:tcW w:w="4095" w:type="dxa"/>
            <w:tcBorders>
              <w:top w:val="nil"/>
              <w:left w:val="double" w:sz="2" w:space="0" w:color="000000"/>
              <w:bottom w:val="single" w:sz="6" w:space="0" w:color="000000"/>
              <w:right w:val="single" w:sz="6" w:space="0" w:color="000000"/>
            </w:tcBorders>
            <w:hideMark/>
          </w:tcPr>
          <w:p w14:paraId="39268180" w14:textId="77777777" w:rsidR="001E67D3" w:rsidRPr="009B571E" w:rsidRDefault="001E67D3" w:rsidP="007024EB">
            <w:pPr>
              <w:pStyle w:val="NormalWeb"/>
              <w:spacing w:before="0" w:beforeAutospacing="0" w:after="0" w:afterAutospacing="0"/>
              <w:ind w:left="15"/>
              <w:rPr>
                <w:rFonts w:asciiTheme="minorHAnsi" w:hAnsiTheme="minorHAnsi"/>
                <w:b w:val="0"/>
                <w:sz w:val="22"/>
                <w:szCs w:val="22"/>
              </w:rPr>
            </w:pPr>
            <w:r w:rsidRPr="009B571E">
              <w:rPr>
                <w:rFonts w:asciiTheme="minorHAnsi" w:hAnsiTheme="minorHAnsi"/>
                <w:b w:val="0"/>
                <w:sz w:val="22"/>
                <w:szCs w:val="22"/>
              </w:rPr>
              <w:t>Öğr. Gör. Suat KULUŞAKLI</w:t>
            </w:r>
          </w:p>
        </w:tc>
        <w:tc>
          <w:tcPr>
            <w:tcW w:w="4394" w:type="dxa"/>
            <w:tcBorders>
              <w:top w:val="nil"/>
              <w:left w:val="nil"/>
              <w:bottom w:val="single" w:sz="6" w:space="0" w:color="000000"/>
              <w:right w:val="single" w:sz="6" w:space="0" w:color="000000"/>
            </w:tcBorders>
            <w:vAlign w:val="center"/>
            <w:hideMark/>
          </w:tcPr>
          <w:p w14:paraId="1542E33E" w14:textId="77777777" w:rsidR="001E67D3" w:rsidRPr="009B571E" w:rsidRDefault="001E67D3" w:rsidP="007024EB">
            <w:pPr>
              <w:pStyle w:val="NormalWeb"/>
              <w:spacing w:before="0" w:beforeAutospacing="0" w:after="0" w:afterAutospacing="0"/>
              <w:jc w:val="center"/>
              <w:rPr>
                <w:rFonts w:asciiTheme="minorHAnsi" w:hAnsiTheme="minorHAnsi"/>
                <w:b w:val="0"/>
                <w:sz w:val="22"/>
                <w:szCs w:val="22"/>
              </w:rPr>
            </w:pPr>
            <w:r w:rsidRPr="009B571E">
              <w:rPr>
                <w:rFonts w:asciiTheme="minorHAnsi" w:hAnsiTheme="minorHAnsi"/>
                <w:b w:val="0"/>
                <w:sz w:val="22"/>
                <w:szCs w:val="22"/>
              </w:rPr>
              <w:t>Üye</w:t>
            </w:r>
          </w:p>
        </w:tc>
      </w:tr>
    </w:tbl>
    <w:p w14:paraId="29E1443F"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489" w:type="dxa"/>
        <w:tblInd w:w="150" w:type="dxa"/>
        <w:tblCellMar>
          <w:left w:w="0" w:type="dxa"/>
          <w:right w:w="0" w:type="dxa"/>
        </w:tblCellMar>
        <w:tblLook w:val="04A0" w:firstRow="1" w:lastRow="0" w:firstColumn="1" w:lastColumn="0" w:noHBand="0" w:noVBand="1"/>
      </w:tblPr>
      <w:tblGrid>
        <w:gridCol w:w="4095"/>
        <w:gridCol w:w="4394"/>
      </w:tblGrid>
      <w:tr w:rsidR="001E67D3" w:rsidRPr="002F4A7E" w14:paraId="2AFFFD65" w14:textId="77777777" w:rsidTr="007024EB">
        <w:trPr>
          <w:trHeight w:val="20"/>
        </w:trPr>
        <w:tc>
          <w:tcPr>
            <w:tcW w:w="8489"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4203E89F" w14:textId="77777777" w:rsidR="001E67D3" w:rsidRPr="007024EB" w:rsidRDefault="001E67D3" w:rsidP="007024EB">
            <w:pPr>
              <w:pStyle w:val="NormalWeb"/>
              <w:spacing w:before="0" w:beforeAutospacing="0" w:after="0" w:afterAutospacing="0"/>
              <w:ind w:left="17" w:right="15"/>
              <w:jc w:val="center"/>
              <w:rPr>
                <w:rFonts w:asciiTheme="minorHAnsi" w:hAnsiTheme="minorHAnsi"/>
                <w:b w:val="0"/>
                <w:sz w:val="22"/>
                <w:szCs w:val="22"/>
              </w:rPr>
            </w:pPr>
            <w:r w:rsidRPr="007024EB">
              <w:rPr>
                <w:rStyle w:val="Gl"/>
                <w:rFonts w:asciiTheme="minorHAnsi" w:hAnsiTheme="minorHAnsi"/>
                <w:b/>
                <w:sz w:val="22"/>
                <w:szCs w:val="22"/>
              </w:rPr>
              <w:t>SİVİL SAVUNMA VE İŞ GÜVENLİĞİ KOMİSYONU</w:t>
            </w:r>
          </w:p>
        </w:tc>
      </w:tr>
      <w:tr w:rsidR="001E67D3" w:rsidRPr="002F4A7E" w14:paraId="21FBECB3" w14:textId="77777777" w:rsidTr="007024EB">
        <w:trPr>
          <w:trHeight w:val="20"/>
        </w:trPr>
        <w:tc>
          <w:tcPr>
            <w:tcW w:w="4095" w:type="dxa"/>
            <w:tcBorders>
              <w:top w:val="nil"/>
              <w:left w:val="double" w:sz="2" w:space="0" w:color="000000"/>
              <w:bottom w:val="single" w:sz="6" w:space="0" w:color="000000"/>
              <w:right w:val="single" w:sz="6" w:space="0" w:color="000000"/>
            </w:tcBorders>
            <w:hideMark/>
          </w:tcPr>
          <w:p w14:paraId="39A8D92B" w14:textId="77777777" w:rsidR="001E67D3" w:rsidRPr="007024EB" w:rsidRDefault="001E67D3" w:rsidP="007024EB">
            <w:pPr>
              <w:pStyle w:val="NormalWeb"/>
              <w:spacing w:before="0" w:beforeAutospacing="0" w:after="0" w:afterAutospacing="0"/>
              <w:ind w:left="17"/>
              <w:jc w:val="center"/>
              <w:rPr>
                <w:rFonts w:asciiTheme="minorHAnsi" w:hAnsiTheme="minorHAnsi"/>
                <w:b w:val="0"/>
                <w:sz w:val="22"/>
                <w:szCs w:val="22"/>
              </w:rPr>
            </w:pPr>
            <w:r w:rsidRPr="007024EB">
              <w:rPr>
                <w:rStyle w:val="Gl"/>
                <w:rFonts w:asciiTheme="minorHAnsi" w:hAnsiTheme="minorHAnsi"/>
                <w:b/>
                <w:sz w:val="22"/>
                <w:szCs w:val="22"/>
              </w:rPr>
              <w:t>ADI SOYADI</w:t>
            </w:r>
          </w:p>
        </w:tc>
        <w:tc>
          <w:tcPr>
            <w:tcW w:w="4394" w:type="dxa"/>
            <w:tcBorders>
              <w:top w:val="nil"/>
              <w:left w:val="nil"/>
              <w:bottom w:val="single" w:sz="6" w:space="0" w:color="000000"/>
              <w:right w:val="single" w:sz="6" w:space="0" w:color="000000"/>
            </w:tcBorders>
            <w:vAlign w:val="center"/>
            <w:hideMark/>
          </w:tcPr>
          <w:p w14:paraId="1DA0196B" w14:textId="77777777" w:rsidR="001E67D3" w:rsidRPr="007024EB" w:rsidRDefault="001E67D3" w:rsidP="007024EB">
            <w:pPr>
              <w:pStyle w:val="NormalWeb"/>
              <w:spacing w:before="0" w:beforeAutospacing="0" w:after="0" w:afterAutospacing="0"/>
              <w:ind w:left="17"/>
              <w:jc w:val="center"/>
              <w:rPr>
                <w:rFonts w:asciiTheme="minorHAnsi" w:hAnsiTheme="minorHAnsi"/>
                <w:b w:val="0"/>
                <w:sz w:val="22"/>
                <w:szCs w:val="22"/>
              </w:rPr>
            </w:pPr>
            <w:r w:rsidRPr="007024EB">
              <w:rPr>
                <w:rStyle w:val="Gl"/>
                <w:rFonts w:asciiTheme="minorHAnsi" w:hAnsiTheme="minorHAnsi"/>
                <w:b/>
                <w:sz w:val="22"/>
                <w:szCs w:val="22"/>
              </w:rPr>
              <w:t>GÖREVİ</w:t>
            </w:r>
          </w:p>
        </w:tc>
      </w:tr>
      <w:tr w:rsidR="001E67D3" w:rsidRPr="002F4A7E" w14:paraId="27CF345A" w14:textId="77777777" w:rsidTr="007024EB">
        <w:trPr>
          <w:trHeight w:val="20"/>
        </w:trPr>
        <w:tc>
          <w:tcPr>
            <w:tcW w:w="4095" w:type="dxa"/>
            <w:tcBorders>
              <w:top w:val="nil"/>
              <w:left w:val="double" w:sz="2" w:space="0" w:color="000000"/>
              <w:bottom w:val="single" w:sz="6" w:space="0" w:color="000000"/>
              <w:right w:val="single" w:sz="6" w:space="0" w:color="000000"/>
            </w:tcBorders>
            <w:vAlign w:val="center"/>
            <w:hideMark/>
          </w:tcPr>
          <w:p w14:paraId="58B445CC" w14:textId="77777777" w:rsidR="001E67D3" w:rsidRPr="007024EB" w:rsidRDefault="001E67D3" w:rsidP="007024EB">
            <w:pPr>
              <w:pStyle w:val="NormalWeb"/>
              <w:spacing w:before="0" w:beforeAutospacing="0" w:after="0" w:afterAutospacing="0"/>
              <w:ind w:left="17"/>
              <w:rPr>
                <w:rFonts w:asciiTheme="minorHAnsi" w:hAnsiTheme="minorHAnsi"/>
                <w:b w:val="0"/>
                <w:sz w:val="22"/>
                <w:szCs w:val="22"/>
              </w:rPr>
            </w:pPr>
            <w:r w:rsidRPr="007024EB">
              <w:rPr>
                <w:rFonts w:asciiTheme="minorHAnsi" w:hAnsiTheme="minorHAnsi"/>
                <w:b w:val="0"/>
                <w:sz w:val="22"/>
                <w:szCs w:val="22"/>
              </w:rPr>
              <w:t>Dr. Öğr. Üyesi Arif YILDIZ</w:t>
            </w:r>
          </w:p>
        </w:tc>
        <w:tc>
          <w:tcPr>
            <w:tcW w:w="4394" w:type="dxa"/>
            <w:tcBorders>
              <w:top w:val="nil"/>
              <w:left w:val="nil"/>
              <w:bottom w:val="single" w:sz="6" w:space="0" w:color="000000"/>
              <w:right w:val="single" w:sz="6" w:space="0" w:color="000000"/>
            </w:tcBorders>
            <w:vAlign w:val="center"/>
            <w:hideMark/>
          </w:tcPr>
          <w:p w14:paraId="16E69AD9" w14:textId="77777777" w:rsidR="001E67D3" w:rsidRPr="007024EB" w:rsidRDefault="001E67D3" w:rsidP="007024EB">
            <w:pPr>
              <w:pStyle w:val="NormalWeb"/>
              <w:spacing w:before="0" w:beforeAutospacing="0" w:after="0" w:afterAutospacing="0"/>
              <w:ind w:left="17"/>
              <w:jc w:val="center"/>
              <w:rPr>
                <w:rFonts w:asciiTheme="minorHAnsi" w:hAnsiTheme="minorHAnsi"/>
                <w:b w:val="0"/>
                <w:sz w:val="22"/>
                <w:szCs w:val="22"/>
              </w:rPr>
            </w:pPr>
            <w:r w:rsidRPr="007024EB">
              <w:rPr>
                <w:rStyle w:val="Gl"/>
                <w:rFonts w:asciiTheme="minorHAnsi" w:hAnsiTheme="minorHAnsi"/>
                <w:sz w:val="22"/>
                <w:szCs w:val="22"/>
              </w:rPr>
              <w:t>Başkan</w:t>
            </w:r>
          </w:p>
        </w:tc>
      </w:tr>
      <w:tr w:rsidR="001E67D3" w:rsidRPr="002F4A7E" w14:paraId="4355C250" w14:textId="77777777" w:rsidTr="007024EB">
        <w:trPr>
          <w:trHeight w:val="20"/>
        </w:trPr>
        <w:tc>
          <w:tcPr>
            <w:tcW w:w="4095" w:type="dxa"/>
            <w:tcBorders>
              <w:top w:val="nil"/>
              <w:left w:val="double" w:sz="2" w:space="0" w:color="000000"/>
              <w:bottom w:val="single" w:sz="6" w:space="0" w:color="000000"/>
              <w:right w:val="single" w:sz="6" w:space="0" w:color="000000"/>
            </w:tcBorders>
            <w:vAlign w:val="center"/>
            <w:hideMark/>
          </w:tcPr>
          <w:p w14:paraId="5318190A" w14:textId="77777777" w:rsidR="001E67D3" w:rsidRPr="007024EB" w:rsidRDefault="001E67D3" w:rsidP="007024EB">
            <w:pPr>
              <w:pStyle w:val="NormalWeb"/>
              <w:spacing w:before="0" w:beforeAutospacing="0" w:after="0" w:afterAutospacing="0"/>
              <w:ind w:left="17"/>
              <w:rPr>
                <w:rFonts w:asciiTheme="minorHAnsi" w:hAnsiTheme="minorHAnsi"/>
                <w:b w:val="0"/>
                <w:sz w:val="22"/>
                <w:szCs w:val="22"/>
              </w:rPr>
            </w:pPr>
            <w:r w:rsidRPr="007024EB">
              <w:rPr>
                <w:rFonts w:asciiTheme="minorHAnsi" w:hAnsiTheme="minorHAnsi"/>
                <w:b w:val="0"/>
                <w:sz w:val="22"/>
                <w:szCs w:val="22"/>
              </w:rPr>
              <w:t>Dr. Öğr. Üyesi Harun Reşit GÜNDOĞAN</w:t>
            </w:r>
          </w:p>
        </w:tc>
        <w:tc>
          <w:tcPr>
            <w:tcW w:w="4394" w:type="dxa"/>
            <w:tcBorders>
              <w:top w:val="nil"/>
              <w:left w:val="nil"/>
              <w:bottom w:val="single" w:sz="6" w:space="0" w:color="000000"/>
              <w:right w:val="single" w:sz="6" w:space="0" w:color="000000"/>
            </w:tcBorders>
            <w:vAlign w:val="center"/>
            <w:hideMark/>
          </w:tcPr>
          <w:p w14:paraId="5E858540" w14:textId="77777777" w:rsidR="001E67D3" w:rsidRPr="007024EB" w:rsidRDefault="001E67D3" w:rsidP="007024EB">
            <w:pPr>
              <w:pStyle w:val="NormalWeb"/>
              <w:spacing w:before="0" w:beforeAutospacing="0" w:after="0" w:afterAutospacing="0"/>
              <w:ind w:left="17"/>
              <w:jc w:val="center"/>
              <w:rPr>
                <w:rFonts w:asciiTheme="minorHAnsi" w:hAnsiTheme="minorHAnsi"/>
                <w:b w:val="0"/>
                <w:sz w:val="22"/>
                <w:szCs w:val="22"/>
              </w:rPr>
            </w:pPr>
            <w:r w:rsidRPr="007024EB">
              <w:rPr>
                <w:rFonts w:asciiTheme="minorHAnsi" w:hAnsiTheme="minorHAnsi"/>
                <w:b w:val="0"/>
                <w:sz w:val="22"/>
                <w:szCs w:val="22"/>
              </w:rPr>
              <w:t>Üye</w:t>
            </w:r>
          </w:p>
        </w:tc>
      </w:tr>
      <w:tr w:rsidR="001E67D3" w:rsidRPr="002F4A7E" w14:paraId="3D55EEA8" w14:textId="77777777" w:rsidTr="007024EB">
        <w:trPr>
          <w:trHeight w:val="20"/>
        </w:trPr>
        <w:tc>
          <w:tcPr>
            <w:tcW w:w="4095" w:type="dxa"/>
            <w:tcBorders>
              <w:top w:val="nil"/>
              <w:left w:val="double" w:sz="2" w:space="0" w:color="000000"/>
              <w:bottom w:val="single" w:sz="6" w:space="0" w:color="000000"/>
              <w:right w:val="single" w:sz="6" w:space="0" w:color="000000"/>
            </w:tcBorders>
            <w:vAlign w:val="center"/>
            <w:hideMark/>
          </w:tcPr>
          <w:p w14:paraId="4C0C5DA4" w14:textId="77777777" w:rsidR="001E67D3" w:rsidRPr="007024EB" w:rsidRDefault="001E67D3" w:rsidP="007024EB">
            <w:pPr>
              <w:pStyle w:val="NormalWeb"/>
              <w:spacing w:before="0" w:beforeAutospacing="0" w:after="0" w:afterAutospacing="0"/>
              <w:ind w:left="17"/>
              <w:rPr>
                <w:rFonts w:asciiTheme="minorHAnsi" w:hAnsiTheme="minorHAnsi"/>
                <w:b w:val="0"/>
                <w:sz w:val="22"/>
                <w:szCs w:val="22"/>
              </w:rPr>
            </w:pPr>
            <w:r w:rsidRPr="007024EB">
              <w:rPr>
                <w:rFonts w:asciiTheme="minorHAnsi" w:hAnsiTheme="minorHAnsi"/>
                <w:b w:val="0"/>
                <w:sz w:val="22"/>
                <w:szCs w:val="22"/>
              </w:rPr>
              <w:t>Dr. Öğr. Üyesi Burak ÖZDEMİR</w:t>
            </w:r>
          </w:p>
        </w:tc>
        <w:tc>
          <w:tcPr>
            <w:tcW w:w="4394" w:type="dxa"/>
            <w:tcBorders>
              <w:top w:val="nil"/>
              <w:left w:val="nil"/>
              <w:bottom w:val="single" w:sz="6" w:space="0" w:color="000000"/>
              <w:right w:val="single" w:sz="6" w:space="0" w:color="000000"/>
            </w:tcBorders>
            <w:vAlign w:val="center"/>
            <w:hideMark/>
          </w:tcPr>
          <w:p w14:paraId="1171299C" w14:textId="77777777" w:rsidR="001E67D3" w:rsidRPr="007024EB" w:rsidRDefault="001E67D3" w:rsidP="007024EB">
            <w:pPr>
              <w:pStyle w:val="NormalWeb"/>
              <w:spacing w:before="0" w:beforeAutospacing="0" w:after="0" w:afterAutospacing="0"/>
              <w:ind w:left="17" w:right="15"/>
              <w:jc w:val="center"/>
              <w:rPr>
                <w:rFonts w:asciiTheme="minorHAnsi" w:hAnsiTheme="minorHAnsi"/>
                <w:b w:val="0"/>
                <w:sz w:val="22"/>
                <w:szCs w:val="22"/>
              </w:rPr>
            </w:pPr>
            <w:r w:rsidRPr="007024EB">
              <w:rPr>
                <w:rFonts w:asciiTheme="minorHAnsi" w:hAnsiTheme="minorHAnsi"/>
                <w:b w:val="0"/>
                <w:sz w:val="22"/>
                <w:szCs w:val="22"/>
              </w:rPr>
              <w:t>Üye</w:t>
            </w:r>
          </w:p>
        </w:tc>
      </w:tr>
      <w:tr w:rsidR="001E67D3" w:rsidRPr="002F4A7E" w14:paraId="0816ECF5" w14:textId="77777777" w:rsidTr="007024EB">
        <w:trPr>
          <w:trHeight w:val="20"/>
        </w:trPr>
        <w:tc>
          <w:tcPr>
            <w:tcW w:w="4095" w:type="dxa"/>
            <w:tcBorders>
              <w:top w:val="nil"/>
              <w:left w:val="double" w:sz="2" w:space="0" w:color="000000"/>
              <w:bottom w:val="single" w:sz="6" w:space="0" w:color="000000"/>
              <w:right w:val="single" w:sz="6" w:space="0" w:color="000000"/>
            </w:tcBorders>
            <w:vAlign w:val="center"/>
            <w:hideMark/>
          </w:tcPr>
          <w:p w14:paraId="24B18A96" w14:textId="77777777" w:rsidR="001E67D3" w:rsidRPr="007024EB" w:rsidRDefault="001E67D3" w:rsidP="007024EB">
            <w:pPr>
              <w:pStyle w:val="NormalWeb"/>
              <w:spacing w:before="0" w:beforeAutospacing="0" w:after="0" w:afterAutospacing="0"/>
              <w:ind w:left="17"/>
              <w:rPr>
                <w:rFonts w:asciiTheme="minorHAnsi" w:hAnsiTheme="minorHAnsi"/>
                <w:b w:val="0"/>
                <w:sz w:val="22"/>
                <w:szCs w:val="22"/>
              </w:rPr>
            </w:pPr>
            <w:r w:rsidRPr="007024EB">
              <w:rPr>
                <w:rFonts w:asciiTheme="minorHAnsi" w:hAnsiTheme="minorHAnsi"/>
                <w:b w:val="0"/>
                <w:sz w:val="22"/>
                <w:szCs w:val="22"/>
              </w:rPr>
              <w:t>Dr. Öğr. Üyesi Yahya AKALIN</w:t>
            </w:r>
          </w:p>
        </w:tc>
        <w:tc>
          <w:tcPr>
            <w:tcW w:w="4394" w:type="dxa"/>
            <w:tcBorders>
              <w:top w:val="nil"/>
              <w:left w:val="nil"/>
              <w:bottom w:val="single" w:sz="6" w:space="0" w:color="000000"/>
              <w:right w:val="single" w:sz="6" w:space="0" w:color="000000"/>
            </w:tcBorders>
            <w:vAlign w:val="center"/>
            <w:hideMark/>
          </w:tcPr>
          <w:p w14:paraId="4A1E5104" w14:textId="77777777" w:rsidR="001E67D3" w:rsidRPr="007024EB" w:rsidRDefault="001E67D3" w:rsidP="007024EB">
            <w:pPr>
              <w:pStyle w:val="NormalWeb"/>
              <w:spacing w:before="0" w:beforeAutospacing="0" w:after="0" w:afterAutospacing="0"/>
              <w:ind w:left="17" w:right="15"/>
              <w:jc w:val="center"/>
              <w:rPr>
                <w:rFonts w:asciiTheme="minorHAnsi" w:hAnsiTheme="minorHAnsi"/>
                <w:b w:val="0"/>
                <w:sz w:val="22"/>
                <w:szCs w:val="22"/>
              </w:rPr>
            </w:pPr>
            <w:r w:rsidRPr="007024EB">
              <w:rPr>
                <w:rFonts w:asciiTheme="minorHAnsi" w:hAnsiTheme="minorHAnsi"/>
                <w:b w:val="0"/>
                <w:sz w:val="22"/>
                <w:szCs w:val="22"/>
              </w:rPr>
              <w:t>Üye</w:t>
            </w:r>
          </w:p>
        </w:tc>
      </w:tr>
      <w:tr w:rsidR="001E67D3" w:rsidRPr="002F4A7E" w14:paraId="6D0C277B" w14:textId="77777777" w:rsidTr="007024EB">
        <w:trPr>
          <w:trHeight w:val="20"/>
        </w:trPr>
        <w:tc>
          <w:tcPr>
            <w:tcW w:w="4095" w:type="dxa"/>
            <w:tcBorders>
              <w:top w:val="nil"/>
              <w:left w:val="double" w:sz="2" w:space="0" w:color="000000"/>
              <w:bottom w:val="single" w:sz="6" w:space="0" w:color="000000"/>
              <w:right w:val="single" w:sz="6" w:space="0" w:color="000000"/>
            </w:tcBorders>
            <w:vAlign w:val="center"/>
            <w:hideMark/>
          </w:tcPr>
          <w:p w14:paraId="728D390F" w14:textId="77777777" w:rsidR="001E67D3" w:rsidRPr="007024EB" w:rsidRDefault="001E67D3" w:rsidP="007024EB">
            <w:pPr>
              <w:pStyle w:val="NormalWeb"/>
              <w:spacing w:before="0" w:beforeAutospacing="0" w:after="0" w:afterAutospacing="0"/>
              <w:ind w:left="17"/>
              <w:rPr>
                <w:rFonts w:asciiTheme="minorHAnsi" w:hAnsiTheme="minorHAnsi"/>
                <w:b w:val="0"/>
                <w:sz w:val="22"/>
                <w:szCs w:val="22"/>
              </w:rPr>
            </w:pPr>
            <w:r w:rsidRPr="007024EB">
              <w:rPr>
                <w:rFonts w:asciiTheme="minorHAnsi" w:hAnsiTheme="minorHAnsi"/>
                <w:b w:val="0"/>
                <w:sz w:val="22"/>
                <w:szCs w:val="22"/>
              </w:rPr>
              <w:t>Halit SELEN</w:t>
            </w:r>
          </w:p>
        </w:tc>
        <w:tc>
          <w:tcPr>
            <w:tcW w:w="4394" w:type="dxa"/>
            <w:tcBorders>
              <w:top w:val="nil"/>
              <w:left w:val="nil"/>
              <w:bottom w:val="single" w:sz="6" w:space="0" w:color="000000"/>
              <w:right w:val="single" w:sz="6" w:space="0" w:color="000000"/>
            </w:tcBorders>
            <w:vAlign w:val="center"/>
            <w:hideMark/>
          </w:tcPr>
          <w:p w14:paraId="2ED2EE49" w14:textId="77777777" w:rsidR="001E67D3" w:rsidRPr="007024EB" w:rsidRDefault="001E67D3" w:rsidP="007024EB">
            <w:pPr>
              <w:pStyle w:val="NormalWeb"/>
              <w:spacing w:before="0" w:beforeAutospacing="0" w:after="0" w:afterAutospacing="0"/>
              <w:ind w:left="17" w:right="15"/>
              <w:jc w:val="center"/>
              <w:rPr>
                <w:rFonts w:asciiTheme="minorHAnsi" w:hAnsiTheme="minorHAnsi"/>
                <w:b w:val="0"/>
                <w:sz w:val="22"/>
                <w:szCs w:val="22"/>
              </w:rPr>
            </w:pPr>
            <w:r w:rsidRPr="007024EB">
              <w:rPr>
                <w:rFonts w:asciiTheme="minorHAnsi" w:hAnsiTheme="minorHAnsi"/>
                <w:b w:val="0"/>
                <w:sz w:val="22"/>
                <w:szCs w:val="22"/>
              </w:rPr>
              <w:t>Üye</w:t>
            </w:r>
          </w:p>
        </w:tc>
      </w:tr>
    </w:tbl>
    <w:p w14:paraId="06538609"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489" w:type="dxa"/>
        <w:tblInd w:w="150" w:type="dxa"/>
        <w:tblCellMar>
          <w:left w:w="0" w:type="dxa"/>
          <w:right w:w="0" w:type="dxa"/>
        </w:tblCellMar>
        <w:tblLook w:val="04A0" w:firstRow="1" w:lastRow="0" w:firstColumn="1" w:lastColumn="0" w:noHBand="0" w:noVBand="1"/>
      </w:tblPr>
      <w:tblGrid>
        <w:gridCol w:w="4095"/>
        <w:gridCol w:w="4394"/>
      </w:tblGrid>
      <w:tr w:rsidR="00D8234D" w:rsidRPr="00D8234D" w14:paraId="1E9419D3" w14:textId="77777777" w:rsidTr="00D8234D">
        <w:trPr>
          <w:trHeight w:val="20"/>
        </w:trPr>
        <w:tc>
          <w:tcPr>
            <w:tcW w:w="8489"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4D49AD8F" w14:textId="77777777" w:rsidR="001E67D3" w:rsidRPr="00D8234D" w:rsidRDefault="001E67D3" w:rsidP="007024EB">
            <w:pPr>
              <w:pStyle w:val="NormalWeb"/>
              <w:spacing w:before="0" w:beforeAutospacing="0" w:after="0" w:afterAutospacing="0"/>
              <w:ind w:left="17"/>
              <w:jc w:val="center"/>
              <w:rPr>
                <w:rFonts w:asciiTheme="minorHAnsi" w:hAnsiTheme="minorHAnsi"/>
                <w:sz w:val="22"/>
                <w:szCs w:val="22"/>
              </w:rPr>
            </w:pPr>
            <w:r w:rsidRPr="00D8234D">
              <w:rPr>
                <w:rStyle w:val="Gl"/>
                <w:rFonts w:asciiTheme="minorHAnsi" w:hAnsiTheme="minorHAnsi"/>
                <w:b/>
                <w:sz w:val="22"/>
                <w:szCs w:val="22"/>
              </w:rPr>
              <w:t>SOSYAL SORUMLULUK, ETKİNLİK VE PROJE KOMİSYONU</w:t>
            </w:r>
          </w:p>
        </w:tc>
      </w:tr>
      <w:tr w:rsidR="00D8234D" w:rsidRPr="00D8234D" w14:paraId="74748CAF" w14:textId="77777777" w:rsidTr="00D8234D">
        <w:trPr>
          <w:trHeight w:val="20"/>
        </w:trPr>
        <w:tc>
          <w:tcPr>
            <w:tcW w:w="4095" w:type="dxa"/>
            <w:tcBorders>
              <w:top w:val="nil"/>
              <w:left w:val="double" w:sz="2" w:space="0" w:color="000000"/>
              <w:bottom w:val="single" w:sz="6" w:space="0" w:color="000000"/>
              <w:right w:val="single" w:sz="6" w:space="0" w:color="000000"/>
            </w:tcBorders>
            <w:hideMark/>
          </w:tcPr>
          <w:p w14:paraId="32AF6315" w14:textId="77777777" w:rsidR="001E67D3" w:rsidRPr="00D8234D" w:rsidRDefault="001E67D3" w:rsidP="007024EB">
            <w:pPr>
              <w:pStyle w:val="NormalWeb"/>
              <w:spacing w:before="0" w:beforeAutospacing="0" w:after="0" w:afterAutospacing="0"/>
              <w:ind w:left="17"/>
              <w:jc w:val="center"/>
              <w:rPr>
                <w:rFonts w:asciiTheme="minorHAnsi" w:hAnsiTheme="minorHAnsi"/>
                <w:sz w:val="22"/>
                <w:szCs w:val="22"/>
              </w:rPr>
            </w:pPr>
            <w:r w:rsidRPr="00D8234D">
              <w:rPr>
                <w:rStyle w:val="Gl"/>
                <w:rFonts w:asciiTheme="minorHAnsi" w:hAnsiTheme="minorHAnsi"/>
                <w:b/>
                <w:sz w:val="22"/>
                <w:szCs w:val="22"/>
              </w:rPr>
              <w:t>ADI SOYADI</w:t>
            </w:r>
          </w:p>
        </w:tc>
        <w:tc>
          <w:tcPr>
            <w:tcW w:w="4394" w:type="dxa"/>
            <w:tcBorders>
              <w:top w:val="nil"/>
              <w:left w:val="nil"/>
              <w:bottom w:val="single" w:sz="6" w:space="0" w:color="000000"/>
              <w:right w:val="single" w:sz="6" w:space="0" w:color="000000"/>
            </w:tcBorders>
            <w:hideMark/>
          </w:tcPr>
          <w:p w14:paraId="0D78F5A6" w14:textId="77777777" w:rsidR="001E67D3" w:rsidRPr="00D8234D" w:rsidRDefault="001E67D3" w:rsidP="007024EB">
            <w:pPr>
              <w:pStyle w:val="NormalWeb"/>
              <w:spacing w:before="0" w:beforeAutospacing="0" w:after="0" w:afterAutospacing="0"/>
              <w:ind w:left="17"/>
              <w:jc w:val="center"/>
              <w:rPr>
                <w:rFonts w:asciiTheme="minorHAnsi" w:hAnsiTheme="minorHAnsi"/>
                <w:sz w:val="22"/>
                <w:szCs w:val="22"/>
              </w:rPr>
            </w:pPr>
            <w:r w:rsidRPr="00D8234D">
              <w:rPr>
                <w:rStyle w:val="Gl"/>
                <w:rFonts w:asciiTheme="minorHAnsi" w:hAnsiTheme="minorHAnsi"/>
                <w:b/>
                <w:sz w:val="22"/>
                <w:szCs w:val="22"/>
              </w:rPr>
              <w:t>GÖREVİ</w:t>
            </w:r>
          </w:p>
        </w:tc>
      </w:tr>
      <w:tr w:rsidR="00D8234D" w:rsidRPr="00D8234D" w14:paraId="4D5C4D59" w14:textId="77777777" w:rsidTr="00D8234D">
        <w:trPr>
          <w:trHeight w:val="20"/>
        </w:trPr>
        <w:tc>
          <w:tcPr>
            <w:tcW w:w="4095" w:type="dxa"/>
            <w:tcBorders>
              <w:top w:val="nil"/>
              <w:left w:val="double" w:sz="2" w:space="0" w:color="000000"/>
              <w:bottom w:val="single" w:sz="6" w:space="0" w:color="000000"/>
              <w:right w:val="single" w:sz="6" w:space="0" w:color="000000"/>
            </w:tcBorders>
            <w:hideMark/>
          </w:tcPr>
          <w:p w14:paraId="36461C4C" w14:textId="77777777" w:rsidR="001E67D3" w:rsidRPr="00D8234D" w:rsidRDefault="001E67D3" w:rsidP="007024EB">
            <w:pPr>
              <w:pStyle w:val="NormalWeb"/>
              <w:spacing w:before="0" w:beforeAutospacing="0" w:after="0" w:afterAutospacing="0"/>
              <w:ind w:left="17"/>
              <w:rPr>
                <w:rFonts w:asciiTheme="minorHAnsi" w:hAnsiTheme="minorHAnsi"/>
                <w:b w:val="0"/>
                <w:sz w:val="22"/>
                <w:szCs w:val="22"/>
              </w:rPr>
            </w:pPr>
            <w:r w:rsidRPr="00D8234D">
              <w:rPr>
                <w:rFonts w:asciiTheme="minorHAnsi" w:hAnsiTheme="minorHAnsi"/>
                <w:b w:val="0"/>
                <w:sz w:val="22"/>
                <w:szCs w:val="22"/>
              </w:rPr>
              <w:t>Dr. Öğr. Üyesi Harun Reşit GÜNDOĞAN</w:t>
            </w:r>
          </w:p>
        </w:tc>
        <w:tc>
          <w:tcPr>
            <w:tcW w:w="4394" w:type="dxa"/>
            <w:tcBorders>
              <w:top w:val="nil"/>
              <w:left w:val="nil"/>
              <w:bottom w:val="single" w:sz="6" w:space="0" w:color="000000"/>
              <w:right w:val="single" w:sz="6" w:space="0" w:color="000000"/>
            </w:tcBorders>
            <w:hideMark/>
          </w:tcPr>
          <w:p w14:paraId="3AB859DD" w14:textId="77777777" w:rsidR="001E67D3" w:rsidRPr="00D8234D" w:rsidRDefault="001E67D3" w:rsidP="007024EB">
            <w:pPr>
              <w:pStyle w:val="NormalWeb"/>
              <w:spacing w:before="0" w:beforeAutospacing="0" w:after="0" w:afterAutospacing="0"/>
              <w:ind w:left="17"/>
              <w:jc w:val="center"/>
              <w:rPr>
                <w:rFonts w:asciiTheme="minorHAnsi" w:hAnsiTheme="minorHAnsi"/>
                <w:b w:val="0"/>
                <w:sz w:val="22"/>
                <w:szCs w:val="22"/>
              </w:rPr>
            </w:pPr>
            <w:r w:rsidRPr="00D8234D">
              <w:rPr>
                <w:rStyle w:val="Gl"/>
                <w:rFonts w:asciiTheme="minorHAnsi" w:hAnsiTheme="minorHAnsi"/>
                <w:sz w:val="22"/>
                <w:szCs w:val="22"/>
              </w:rPr>
              <w:t>Başkan</w:t>
            </w:r>
          </w:p>
        </w:tc>
      </w:tr>
      <w:tr w:rsidR="00D8234D" w:rsidRPr="00D8234D" w14:paraId="1080ADD6" w14:textId="77777777" w:rsidTr="00D8234D">
        <w:trPr>
          <w:trHeight w:val="20"/>
        </w:trPr>
        <w:tc>
          <w:tcPr>
            <w:tcW w:w="4095" w:type="dxa"/>
            <w:tcBorders>
              <w:top w:val="nil"/>
              <w:left w:val="double" w:sz="2" w:space="0" w:color="000000"/>
              <w:bottom w:val="single" w:sz="6" w:space="0" w:color="000000"/>
              <w:right w:val="single" w:sz="6" w:space="0" w:color="000000"/>
            </w:tcBorders>
            <w:hideMark/>
          </w:tcPr>
          <w:p w14:paraId="691035E8" w14:textId="77777777" w:rsidR="001E67D3" w:rsidRPr="00D8234D" w:rsidRDefault="001E67D3" w:rsidP="007024EB">
            <w:pPr>
              <w:pStyle w:val="NormalWeb"/>
              <w:spacing w:before="0" w:beforeAutospacing="0" w:after="0" w:afterAutospacing="0"/>
              <w:ind w:left="17"/>
              <w:rPr>
                <w:rFonts w:asciiTheme="minorHAnsi" w:hAnsiTheme="minorHAnsi"/>
                <w:b w:val="0"/>
                <w:sz w:val="22"/>
                <w:szCs w:val="22"/>
              </w:rPr>
            </w:pPr>
            <w:r w:rsidRPr="00D8234D">
              <w:rPr>
                <w:rFonts w:asciiTheme="minorHAnsi" w:hAnsiTheme="minorHAnsi"/>
                <w:b w:val="0"/>
                <w:sz w:val="22"/>
                <w:szCs w:val="22"/>
              </w:rPr>
              <w:t>Öğr. Gör. Suat KULUŞAKLI</w:t>
            </w:r>
          </w:p>
        </w:tc>
        <w:tc>
          <w:tcPr>
            <w:tcW w:w="4394" w:type="dxa"/>
            <w:tcBorders>
              <w:top w:val="nil"/>
              <w:left w:val="nil"/>
              <w:bottom w:val="single" w:sz="6" w:space="0" w:color="000000"/>
              <w:right w:val="single" w:sz="6" w:space="0" w:color="000000"/>
            </w:tcBorders>
            <w:hideMark/>
          </w:tcPr>
          <w:p w14:paraId="2DF0F8AC" w14:textId="77777777" w:rsidR="001E67D3" w:rsidRPr="00D8234D" w:rsidRDefault="001E67D3" w:rsidP="007024EB">
            <w:pPr>
              <w:pStyle w:val="NormalWeb"/>
              <w:spacing w:before="0" w:beforeAutospacing="0" w:after="0" w:afterAutospacing="0"/>
              <w:ind w:left="17"/>
              <w:jc w:val="center"/>
              <w:rPr>
                <w:rFonts w:asciiTheme="minorHAnsi" w:hAnsiTheme="minorHAnsi"/>
                <w:b w:val="0"/>
                <w:sz w:val="22"/>
                <w:szCs w:val="22"/>
              </w:rPr>
            </w:pPr>
            <w:r w:rsidRPr="00D8234D">
              <w:rPr>
                <w:rFonts w:asciiTheme="minorHAnsi" w:hAnsiTheme="minorHAnsi"/>
                <w:b w:val="0"/>
                <w:sz w:val="22"/>
                <w:szCs w:val="22"/>
              </w:rPr>
              <w:t>Üye</w:t>
            </w:r>
          </w:p>
        </w:tc>
      </w:tr>
      <w:tr w:rsidR="00D8234D" w:rsidRPr="00D8234D" w14:paraId="3B5ED0D6" w14:textId="77777777" w:rsidTr="00D8234D">
        <w:trPr>
          <w:trHeight w:val="20"/>
        </w:trPr>
        <w:tc>
          <w:tcPr>
            <w:tcW w:w="4095" w:type="dxa"/>
            <w:tcBorders>
              <w:top w:val="nil"/>
              <w:left w:val="double" w:sz="2" w:space="0" w:color="000000"/>
              <w:bottom w:val="single" w:sz="6" w:space="0" w:color="000000"/>
              <w:right w:val="single" w:sz="6" w:space="0" w:color="000000"/>
            </w:tcBorders>
            <w:hideMark/>
          </w:tcPr>
          <w:p w14:paraId="3399ABEE" w14:textId="77777777" w:rsidR="001E67D3" w:rsidRPr="00D8234D" w:rsidRDefault="001E67D3" w:rsidP="007024EB">
            <w:pPr>
              <w:pStyle w:val="NormalWeb"/>
              <w:spacing w:before="0" w:beforeAutospacing="0" w:after="0" w:afterAutospacing="0"/>
              <w:ind w:left="17"/>
              <w:rPr>
                <w:rFonts w:asciiTheme="minorHAnsi" w:hAnsiTheme="minorHAnsi"/>
                <w:b w:val="0"/>
                <w:sz w:val="22"/>
                <w:szCs w:val="22"/>
              </w:rPr>
            </w:pPr>
            <w:r w:rsidRPr="00D8234D">
              <w:rPr>
                <w:rFonts w:asciiTheme="minorHAnsi" w:hAnsiTheme="minorHAnsi"/>
                <w:b w:val="0"/>
                <w:sz w:val="22"/>
                <w:szCs w:val="22"/>
              </w:rPr>
              <w:t>Öğr. Gör. Bahadır GÜLTEKİN</w:t>
            </w:r>
          </w:p>
        </w:tc>
        <w:tc>
          <w:tcPr>
            <w:tcW w:w="4394" w:type="dxa"/>
            <w:tcBorders>
              <w:top w:val="nil"/>
              <w:left w:val="nil"/>
              <w:bottom w:val="single" w:sz="6" w:space="0" w:color="000000"/>
              <w:right w:val="single" w:sz="6" w:space="0" w:color="000000"/>
            </w:tcBorders>
            <w:hideMark/>
          </w:tcPr>
          <w:p w14:paraId="2965A45A" w14:textId="77777777" w:rsidR="001E67D3" w:rsidRPr="00D8234D" w:rsidRDefault="001E67D3" w:rsidP="007024EB">
            <w:pPr>
              <w:pStyle w:val="NormalWeb"/>
              <w:spacing w:before="0" w:beforeAutospacing="0" w:after="0" w:afterAutospacing="0"/>
              <w:ind w:left="17" w:right="15"/>
              <w:jc w:val="center"/>
              <w:rPr>
                <w:rFonts w:asciiTheme="minorHAnsi" w:hAnsiTheme="minorHAnsi"/>
                <w:b w:val="0"/>
                <w:sz w:val="22"/>
                <w:szCs w:val="22"/>
              </w:rPr>
            </w:pPr>
            <w:r w:rsidRPr="00D8234D">
              <w:rPr>
                <w:rFonts w:asciiTheme="minorHAnsi" w:hAnsiTheme="minorHAnsi"/>
                <w:b w:val="0"/>
                <w:sz w:val="22"/>
                <w:szCs w:val="22"/>
              </w:rPr>
              <w:t>Üye</w:t>
            </w:r>
          </w:p>
        </w:tc>
      </w:tr>
      <w:tr w:rsidR="00D8234D" w:rsidRPr="00D8234D" w14:paraId="75EE62B9" w14:textId="77777777" w:rsidTr="00D8234D">
        <w:trPr>
          <w:trHeight w:val="20"/>
        </w:trPr>
        <w:tc>
          <w:tcPr>
            <w:tcW w:w="4095" w:type="dxa"/>
            <w:tcBorders>
              <w:top w:val="nil"/>
              <w:left w:val="double" w:sz="2" w:space="0" w:color="000000"/>
              <w:bottom w:val="single" w:sz="6" w:space="0" w:color="000000"/>
              <w:right w:val="single" w:sz="6" w:space="0" w:color="000000"/>
            </w:tcBorders>
            <w:hideMark/>
          </w:tcPr>
          <w:p w14:paraId="3F7E67CD" w14:textId="77777777" w:rsidR="001E67D3" w:rsidRPr="00D8234D" w:rsidRDefault="001E67D3" w:rsidP="007024EB">
            <w:pPr>
              <w:pStyle w:val="NormalWeb"/>
              <w:spacing w:before="0" w:beforeAutospacing="0" w:after="0" w:afterAutospacing="0"/>
              <w:ind w:left="17"/>
              <w:rPr>
                <w:rFonts w:asciiTheme="minorHAnsi" w:hAnsiTheme="minorHAnsi"/>
                <w:b w:val="0"/>
                <w:sz w:val="22"/>
                <w:szCs w:val="22"/>
              </w:rPr>
            </w:pPr>
            <w:r w:rsidRPr="00D8234D">
              <w:rPr>
                <w:rFonts w:asciiTheme="minorHAnsi" w:hAnsiTheme="minorHAnsi"/>
                <w:b w:val="0"/>
                <w:sz w:val="22"/>
                <w:szCs w:val="22"/>
              </w:rPr>
              <w:t>Öğr. Gör. Yaşar Can ATAŞ</w:t>
            </w:r>
          </w:p>
        </w:tc>
        <w:tc>
          <w:tcPr>
            <w:tcW w:w="4394" w:type="dxa"/>
            <w:tcBorders>
              <w:top w:val="nil"/>
              <w:left w:val="nil"/>
              <w:bottom w:val="single" w:sz="6" w:space="0" w:color="000000"/>
              <w:right w:val="single" w:sz="6" w:space="0" w:color="000000"/>
            </w:tcBorders>
            <w:hideMark/>
          </w:tcPr>
          <w:p w14:paraId="6F60F6F1" w14:textId="77777777" w:rsidR="001E67D3" w:rsidRPr="00D8234D" w:rsidRDefault="001E67D3" w:rsidP="007024EB">
            <w:pPr>
              <w:pStyle w:val="NormalWeb"/>
              <w:spacing w:before="0" w:beforeAutospacing="0" w:after="0" w:afterAutospacing="0"/>
              <w:ind w:left="17" w:right="15"/>
              <w:jc w:val="center"/>
              <w:rPr>
                <w:rFonts w:asciiTheme="minorHAnsi" w:hAnsiTheme="minorHAnsi"/>
                <w:b w:val="0"/>
                <w:sz w:val="22"/>
                <w:szCs w:val="22"/>
              </w:rPr>
            </w:pPr>
            <w:r w:rsidRPr="00D8234D">
              <w:rPr>
                <w:rFonts w:asciiTheme="minorHAnsi" w:hAnsiTheme="minorHAnsi"/>
                <w:b w:val="0"/>
                <w:sz w:val="22"/>
                <w:szCs w:val="22"/>
              </w:rPr>
              <w:t>Üye</w:t>
            </w:r>
          </w:p>
        </w:tc>
      </w:tr>
    </w:tbl>
    <w:p w14:paraId="554E580E"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489" w:type="dxa"/>
        <w:tblInd w:w="150" w:type="dxa"/>
        <w:tblCellMar>
          <w:left w:w="0" w:type="dxa"/>
          <w:right w:w="0" w:type="dxa"/>
        </w:tblCellMar>
        <w:tblLook w:val="04A0" w:firstRow="1" w:lastRow="0" w:firstColumn="1" w:lastColumn="0" w:noHBand="0" w:noVBand="1"/>
      </w:tblPr>
      <w:tblGrid>
        <w:gridCol w:w="2536"/>
        <w:gridCol w:w="3827"/>
        <w:gridCol w:w="2126"/>
      </w:tblGrid>
      <w:tr w:rsidR="001E67D3" w:rsidRPr="002F4A7E" w14:paraId="21501469" w14:textId="77777777" w:rsidTr="00DD2288">
        <w:trPr>
          <w:trHeight w:val="20"/>
        </w:trPr>
        <w:tc>
          <w:tcPr>
            <w:tcW w:w="8489" w:type="dxa"/>
            <w:gridSpan w:val="3"/>
            <w:tcBorders>
              <w:top w:val="single" w:sz="6" w:space="0" w:color="000000"/>
              <w:left w:val="single" w:sz="6" w:space="0" w:color="000000"/>
              <w:bottom w:val="single" w:sz="6" w:space="0" w:color="000000"/>
              <w:right w:val="single" w:sz="6" w:space="0" w:color="000000"/>
            </w:tcBorders>
            <w:shd w:val="clear" w:color="auto" w:fill="EBEBEB"/>
            <w:hideMark/>
          </w:tcPr>
          <w:p w14:paraId="3994ECE0" w14:textId="77777777" w:rsidR="001E67D3" w:rsidRPr="00DD2288" w:rsidRDefault="001E67D3" w:rsidP="00DD2288">
            <w:pPr>
              <w:pStyle w:val="NormalWeb"/>
              <w:spacing w:before="0" w:beforeAutospacing="0" w:after="0" w:afterAutospacing="0"/>
              <w:ind w:left="15"/>
              <w:jc w:val="center"/>
              <w:rPr>
                <w:rFonts w:asciiTheme="minorHAnsi" w:hAnsiTheme="minorHAnsi"/>
                <w:b w:val="0"/>
                <w:sz w:val="22"/>
                <w:szCs w:val="22"/>
              </w:rPr>
            </w:pPr>
            <w:r w:rsidRPr="00DD2288">
              <w:rPr>
                <w:rStyle w:val="Gl"/>
                <w:rFonts w:asciiTheme="minorHAnsi" w:hAnsiTheme="minorHAnsi"/>
                <w:b/>
                <w:sz w:val="22"/>
                <w:szCs w:val="22"/>
              </w:rPr>
              <w:lastRenderedPageBreak/>
              <w:t>STAJ KOMİSYONU</w:t>
            </w:r>
          </w:p>
        </w:tc>
      </w:tr>
      <w:tr w:rsidR="001E67D3" w:rsidRPr="002F4A7E" w14:paraId="3D3849FC" w14:textId="77777777" w:rsidTr="00F90FF3">
        <w:trPr>
          <w:trHeight w:val="20"/>
        </w:trPr>
        <w:tc>
          <w:tcPr>
            <w:tcW w:w="2536" w:type="dxa"/>
            <w:tcBorders>
              <w:top w:val="nil"/>
              <w:left w:val="double" w:sz="2" w:space="0" w:color="000000"/>
              <w:bottom w:val="single" w:sz="6" w:space="0" w:color="000000"/>
              <w:right w:val="single" w:sz="6" w:space="0" w:color="000000"/>
            </w:tcBorders>
            <w:hideMark/>
          </w:tcPr>
          <w:p w14:paraId="182BBB1E" w14:textId="77777777" w:rsidR="001E67D3" w:rsidRPr="00DD2288" w:rsidRDefault="001E67D3" w:rsidP="00DD2288">
            <w:pPr>
              <w:pStyle w:val="NormalWeb"/>
              <w:spacing w:before="0" w:beforeAutospacing="0" w:after="0" w:afterAutospacing="0"/>
              <w:ind w:left="15"/>
              <w:jc w:val="center"/>
              <w:rPr>
                <w:rFonts w:asciiTheme="minorHAnsi" w:hAnsiTheme="minorHAnsi"/>
                <w:b w:val="0"/>
                <w:sz w:val="22"/>
                <w:szCs w:val="22"/>
              </w:rPr>
            </w:pPr>
            <w:r w:rsidRPr="00DD2288">
              <w:rPr>
                <w:rStyle w:val="Gl"/>
                <w:rFonts w:asciiTheme="minorHAnsi" w:hAnsiTheme="minorHAnsi"/>
                <w:b/>
                <w:sz w:val="22"/>
                <w:szCs w:val="22"/>
              </w:rPr>
              <w:t>Bölüm Adı</w:t>
            </w:r>
          </w:p>
        </w:tc>
        <w:tc>
          <w:tcPr>
            <w:tcW w:w="3827" w:type="dxa"/>
            <w:tcBorders>
              <w:top w:val="nil"/>
              <w:left w:val="nil"/>
              <w:bottom w:val="single" w:sz="6" w:space="0" w:color="000000"/>
              <w:right w:val="single" w:sz="6" w:space="0" w:color="000000"/>
            </w:tcBorders>
            <w:hideMark/>
          </w:tcPr>
          <w:p w14:paraId="60B61F80" w14:textId="77777777" w:rsidR="001E67D3" w:rsidRPr="00DD2288" w:rsidRDefault="001E67D3" w:rsidP="00DD2288">
            <w:pPr>
              <w:pStyle w:val="NormalWeb"/>
              <w:spacing w:before="0" w:beforeAutospacing="0" w:after="0" w:afterAutospacing="0"/>
              <w:ind w:left="15"/>
              <w:jc w:val="center"/>
              <w:rPr>
                <w:rFonts w:asciiTheme="minorHAnsi" w:hAnsiTheme="minorHAnsi"/>
                <w:b w:val="0"/>
                <w:sz w:val="22"/>
                <w:szCs w:val="22"/>
              </w:rPr>
            </w:pPr>
            <w:r w:rsidRPr="00DD2288">
              <w:rPr>
                <w:rStyle w:val="Gl"/>
                <w:rFonts w:asciiTheme="minorHAnsi" w:hAnsiTheme="minorHAnsi"/>
                <w:b/>
                <w:sz w:val="22"/>
                <w:szCs w:val="22"/>
              </w:rPr>
              <w:t>ADI SOYADI</w:t>
            </w:r>
          </w:p>
        </w:tc>
        <w:tc>
          <w:tcPr>
            <w:tcW w:w="2126" w:type="dxa"/>
            <w:tcBorders>
              <w:top w:val="nil"/>
              <w:left w:val="nil"/>
              <w:bottom w:val="single" w:sz="6" w:space="0" w:color="000000"/>
              <w:right w:val="single" w:sz="6" w:space="0" w:color="000000"/>
            </w:tcBorders>
            <w:vAlign w:val="center"/>
            <w:hideMark/>
          </w:tcPr>
          <w:p w14:paraId="45E354C8" w14:textId="77777777" w:rsidR="001E67D3" w:rsidRPr="00DD2288" w:rsidRDefault="001E67D3" w:rsidP="00DD2288">
            <w:pPr>
              <w:pStyle w:val="NormalWeb"/>
              <w:spacing w:before="0" w:beforeAutospacing="0" w:after="0" w:afterAutospacing="0"/>
              <w:ind w:left="0"/>
              <w:jc w:val="center"/>
              <w:rPr>
                <w:rFonts w:asciiTheme="minorHAnsi" w:hAnsiTheme="minorHAnsi"/>
                <w:b w:val="0"/>
                <w:sz w:val="22"/>
                <w:szCs w:val="22"/>
              </w:rPr>
            </w:pPr>
            <w:r w:rsidRPr="00DD2288">
              <w:rPr>
                <w:rStyle w:val="Gl"/>
                <w:rFonts w:asciiTheme="minorHAnsi" w:hAnsiTheme="minorHAnsi"/>
                <w:b/>
                <w:sz w:val="22"/>
                <w:szCs w:val="22"/>
              </w:rPr>
              <w:t>GÖREVİ</w:t>
            </w:r>
          </w:p>
        </w:tc>
      </w:tr>
      <w:tr w:rsidR="001E67D3" w:rsidRPr="002F4A7E" w14:paraId="6A9386C2" w14:textId="77777777" w:rsidTr="00F90FF3">
        <w:trPr>
          <w:trHeight w:val="20"/>
        </w:trPr>
        <w:tc>
          <w:tcPr>
            <w:tcW w:w="2536" w:type="dxa"/>
            <w:vMerge w:val="restart"/>
            <w:tcBorders>
              <w:top w:val="nil"/>
              <w:left w:val="double" w:sz="2" w:space="0" w:color="000000"/>
              <w:bottom w:val="single" w:sz="6" w:space="0" w:color="000000"/>
              <w:right w:val="single" w:sz="6" w:space="0" w:color="000000"/>
            </w:tcBorders>
            <w:vAlign w:val="center"/>
            <w:hideMark/>
          </w:tcPr>
          <w:p w14:paraId="337B0D68" w14:textId="77777777" w:rsidR="001E67D3" w:rsidRPr="002F4A7E" w:rsidRDefault="001E67D3" w:rsidP="00DD2288">
            <w:pPr>
              <w:pStyle w:val="NormalWeb"/>
              <w:spacing w:before="0" w:beforeAutospacing="0" w:after="0" w:afterAutospacing="0"/>
              <w:ind w:left="15"/>
              <w:rPr>
                <w:rFonts w:asciiTheme="minorHAnsi" w:hAnsiTheme="minorHAnsi"/>
                <w:sz w:val="22"/>
                <w:szCs w:val="22"/>
              </w:rPr>
            </w:pPr>
            <w:r w:rsidRPr="002F4A7E">
              <w:rPr>
                <w:rFonts w:asciiTheme="minorHAnsi" w:hAnsiTheme="minorHAnsi"/>
                <w:sz w:val="22"/>
                <w:szCs w:val="22"/>
              </w:rPr>
              <w:t>Otel, Lokanta ve İkram Hizmetleri Bölümü</w:t>
            </w:r>
          </w:p>
        </w:tc>
        <w:tc>
          <w:tcPr>
            <w:tcW w:w="3827" w:type="dxa"/>
            <w:tcBorders>
              <w:top w:val="nil"/>
              <w:left w:val="nil"/>
              <w:bottom w:val="single" w:sz="6" w:space="0" w:color="000000"/>
              <w:right w:val="single" w:sz="6" w:space="0" w:color="000000"/>
            </w:tcBorders>
            <w:vAlign w:val="center"/>
            <w:hideMark/>
          </w:tcPr>
          <w:p w14:paraId="12BE25DA" w14:textId="77777777" w:rsidR="001E67D3" w:rsidRPr="00DD2288" w:rsidRDefault="001E67D3" w:rsidP="00DD2288">
            <w:pPr>
              <w:pStyle w:val="NormalWeb"/>
              <w:spacing w:before="0" w:beforeAutospacing="0" w:after="0" w:afterAutospacing="0"/>
              <w:ind w:left="15"/>
              <w:rPr>
                <w:rFonts w:asciiTheme="minorHAnsi" w:hAnsiTheme="minorHAnsi"/>
                <w:b w:val="0"/>
                <w:sz w:val="22"/>
                <w:szCs w:val="22"/>
              </w:rPr>
            </w:pPr>
            <w:r w:rsidRPr="00DD2288">
              <w:rPr>
                <w:rFonts w:asciiTheme="minorHAnsi" w:hAnsiTheme="minorHAnsi"/>
                <w:b w:val="0"/>
                <w:sz w:val="22"/>
                <w:szCs w:val="22"/>
              </w:rPr>
              <w:t>Dr. Öğr. Üyesi Harun Reşit GÜNDOĞAN</w:t>
            </w:r>
          </w:p>
        </w:tc>
        <w:tc>
          <w:tcPr>
            <w:tcW w:w="2126" w:type="dxa"/>
            <w:tcBorders>
              <w:top w:val="nil"/>
              <w:left w:val="nil"/>
              <w:bottom w:val="single" w:sz="6" w:space="0" w:color="000000"/>
              <w:right w:val="single" w:sz="6" w:space="0" w:color="000000"/>
            </w:tcBorders>
            <w:vAlign w:val="center"/>
            <w:hideMark/>
          </w:tcPr>
          <w:p w14:paraId="23BED238" w14:textId="77777777" w:rsidR="001E67D3" w:rsidRPr="002F4A7E" w:rsidRDefault="001E67D3" w:rsidP="00DD2288">
            <w:pPr>
              <w:pStyle w:val="NormalWeb"/>
              <w:spacing w:before="0" w:beforeAutospacing="0" w:after="0" w:afterAutospacing="0"/>
              <w:ind w:left="0"/>
              <w:jc w:val="center"/>
              <w:rPr>
                <w:rFonts w:asciiTheme="minorHAnsi" w:hAnsiTheme="minorHAnsi"/>
                <w:sz w:val="22"/>
                <w:szCs w:val="22"/>
              </w:rPr>
            </w:pPr>
            <w:r w:rsidRPr="002F4A7E">
              <w:rPr>
                <w:rStyle w:val="Gl"/>
                <w:rFonts w:asciiTheme="minorHAnsi" w:hAnsiTheme="minorHAnsi"/>
                <w:sz w:val="22"/>
                <w:szCs w:val="22"/>
              </w:rPr>
              <w:t>Başkan</w:t>
            </w:r>
          </w:p>
        </w:tc>
      </w:tr>
      <w:tr w:rsidR="001E67D3" w:rsidRPr="002F4A7E" w14:paraId="06016A10" w14:textId="77777777" w:rsidTr="00F90FF3">
        <w:trPr>
          <w:trHeight w:val="20"/>
        </w:trPr>
        <w:tc>
          <w:tcPr>
            <w:tcW w:w="2536" w:type="dxa"/>
            <w:vMerge/>
            <w:tcBorders>
              <w:top w:val="nil"/>
              <w:left w:val="double" w:sz="2" w:space="0" w:color="000000"/>
              <w:bottom w:val="single" w:sz="6" w:space="0" w:color="000000"/>
              <w:right w:val="single" w:sz="6" w:space="0" w:color="000000"/>
            </w:tcBorders>
            <w:vAlign w:val="center"/>
            <w:hideMark/>
          </w:tcPr>
          <w:p w14:paraId="38A5A734" w14:textId="77777777" w:rsidR="001E67D3" w:rsidRPr="002F4A7E" w:rsidRDefault="001E67D3" w:rsidP="00DD2288">
            <w:pPr>
              <w:spacing w:after="0" w:line="240" w:lineRule="auto"/>
            </w:pPr>
          </w:p>
        </w:tc>
        <w:tc>
          <w:tcPr>
            <w:tcW w:w="3827" w:type="dxa"/>
            <w:tcBorders>
              <w:top w:val="nil"/>
              <w:left w:val="nil"/>
              <w:bottom w:val="single" w:sz="6" w:space="0" w:color="000000"/>
              <w:right w:val="single" w:sz="6" w:space="0" w:color="000000"/>
            </w:tcBorders>
            <w:vAlign w:val="center"/>
            <w:hideMark/>
          </w:tcPr>
          <w:p w14:paraId="460C50DB" w14:textId="77777777" w:rsidR="001E67D3" w:rsidRPr="00DD2288" w:rsidRDefault="001E67D3" w:rsidP="00DD2288">
            <w:pPr>
              <w:pStyle w:val="NormalWeb"/>
              <w:spacing w:before="0" w:beforeAutospacing="0" w:after="0" w:afterAutospacing="0"/>
              <w:ind w:left="15"/>
              <w:rPr>
                <w:rFonts w:asciiTheme="minorHAnsi" w:hAnsiTheme="minorHAnsi"/>
                <w:b w:val="0"/>
                <w:sz w:val="22"/>
                <w:szCs w:val="22"/>
              </w:rPr>
            </w:pPr>
            <w:r w:rsidRPr="00DD2288">
              <w:rPr>
                <w:rFonts w:asciiTheme="minorHAnsi" w:hAnsiTheme="minorHAnsi"/>
                <w:b w:val="0"/>
                <w:sz w:val="22"/>
                <w:szCs w:val="22"/>
              </w:rPr>
              <w:t>Öğr. Gör. Hüseyin DENİZ</w:t>
            </w:r>
          </w:p>
        </w:tc>
        <w:tc>
          <w:tcPr>
            <w:tcW w:w="2126" w:type="dxa"/>
            <w:tcBorders>
              <w:top w:val="nil"/>
              <w:left w:val="nil"/>
              <w:bottom w:val="single" w:sz="6" w:space="0" w:color="000000"/>
              <w:right w:val="single" w:sz="6" w:space="0" w:color="000000"/>
            </w:tcBorders>
            <w:vAlign w:val="center"/>
            <w:hideMark/>
          </w:tcPr>
          <w:p w14:paraId="6186A8AA" w14:textId="77777777" w:rsidR="001E67D3" w:rsidRPr="002F4A7E" w:rsidRDefault="001E67D3" w:rsidP="00DD2288">
            <w:pPr>
              <w:pStyle w:val="NormalWeb"/>
              <w:spacing w:before="0" w:beforeAutospacing="0" w:after="0" w:afterAutospacing="0"/>
              <w:ind w:left="0"/>
              <w:jc w:val="center"/>
              <w:rPr>
                <w:rFonts w:asciiTheme="minorHAnsi" w:hAnsiTheme="minorHAnsi"/>
                <w:sz w:val="22"/>
                <w:szCs w:val="22"/>
              </w:rPr>
            </w:pPr>
            <w:r w:rsidRPr="002F4A7E">
              <w:rPr>
                <w:rFonts w:asciiTheme="minorHAnsi" w:hAnsiTheme="minorHAnsi"/>
                <w:sz w:val="22"/>
                <w:szCs w:val="22"/>
              </w:rPr>
              <w:t>Üye</w:t>
            </w:r>
          </w:p>
        </w:tc>
      </w:tr>
      <w:tr w:rsidR="001E67D3" w:rsidRPr="002F4A7E" w14:paraId="2A32C391" w14:textId="77777777" w:rsidTr="00F90FF3">
        <w:trPr>
          <w:trHeight w:val="20"/>
        </w:trPr>
        <w:tc>
          <w:tcPr>
            <w:tcW w:w="2536" w:type="dxa"/>
            <w:vMerge/>
            <w:tcBorders>
              <w:top w:val="nil"/>
              <w:left w:val="double" w:sz="2" w:space="0" w:color="000000"/>
              <w:bottom w:val="single" w:sz="6" w:space="0" w:color="000000"/>
              <w:right w:val="single" w:sz="6" w:space="0" w:color="000000"/>
            </w:tcBorders>
            <w:vAlign w:val="center"/>
            <w:hideMark/>
          </w:tcPr>
          <w:p w14:paraId="7F4E954A" w14:textId="77777777" w:rsidR="001E67D3" w:rsidRPr="002F4A7E" w:rsidRDefault="001E67D3" w:rsidP="00DD2288">
            <w:pPr>
              <w:spacing w:after="0" w:line="240" w:lineRule="auto"/>
            </w:pPr>
          </w:p>
        </w:tc>
        <w:tc>
          <w:tcPr>
            <w:tcW w:w="3827" w:type="dxa"/>
            <w:tcBorders>
              <w:top w:val="nil"/>
              <w:left w:val="nil"/>
              <w:bottom w:val="single" w:sz="6" w:space="0" w:color="000000"/>
              <w:right w:val="single" w:sz="6" w:space="0" w:color="000000"/>
            </w:tcBorders>
            <w:vAlign w:val="center"/>
            <w:hideMark/>
          </w:tcPr>
          <w:p w14:paraId="04C241E8" w14:textId="77777777" w:rsidR="001E67D3" w:rsidRPr="00DD2288" w:rsidRDefault="001E67D3" w:rsidP="00DD2288">
            <w:pPr>
              <w:pStyle w:val="NormalWeb"/>
              <w:spacing w:before="0" w:beforeAutospacing="0" w:after="0" w:afterAutospacing="0"/>
              <w:ind w:left="15"/>
              <w:rPr>
                <w:rFonts w:asciiTheme="minorHAnsi" w:hAnsiTheme="minorHAnsi"/>
                <w:b w:val="0"/>
                <w:sz w:val="22"/>
                <w:szCs w:val="22"/>
              </w:rPr>
            </w:pPr>
            <w:r w:rsidRPr="00DD2288">
              <w:rPr>
                <w:rFonts w:asciiTheme="minorHAnsi" w:hAnsiTheme="minorHAnsi"/>
                <w:b w:val="0"/>
                <w:sz w:val="22"/>
                <w:szCs w:val="22"/>
              </w:rPr>
              <w:t>Öğr. Gör. Yaşar Can ATAŞ</w:t>
            </w:r>
          </w:p>
        </w:tc>
        <w:tc>
          <w:tcPr>
            <w:tcW w:w="2126" w:type="dxa"/>
            <w:tcBorders>
              <w:top w:val="nil"/>
              <w:left w:val="nil"/>
              <w:bottom w:val="single" w:sz="6" w:space="0" w:color="000000"/>
              <w:right w:val="single" w:sz="6" w:space="0" w:color="000000"/>
            </w:tcBorders>
            <w:vAlign w:val="center"/>
            <w:hideMark/>
          </w:tcPr>
          <w:p w14:paraId="2B6704E0" w14:textId="77777777" w:rsidR="001E67D3" w:rsidRPr="002F4A7E" w:rsidRDefault="001E67D3" w:rsidP="00DD2288">
            <w:pPr>
              <w:pStyle w:val="NormalWeb"/>
              <w:spacing w:before="0" w:beforeAutospacing="0" w:after="0" w:afterAutospacing="0"/>
              <w:ind w:left="0" w:right="15"/>
              <w:jc w:val="center"/>
              <w:rPr>
                <w:rFonts w:asciiTheme="minorHAnsi" w:hAnsiTheme="minorHAnsi"/>
                <w:sz w:val="22"/>
                <w:szCs w:val="22"/>
              </w:rPr>
            </w:pPr>
            <w:r w:rsidRPr="002F4A7E">
              <w:rPr>
                <w:rFonts w:asciiTheme="minorHAnsi" w:hAnsiTheme="minorHAnsi"/>
                <w:sz w:val="22"/>
                <w:szCs w:val="22"/>
              </w:rPr>
              <w:t>Üye</w:t>
            </w:r>
          </w:p>
        </w:tc>
      </w:tr>
      <w:tr w:rsidR="001E67D3" w:rsidRPr="002F4A7E" w14:paraId="28353C71" w14:textId="77777777" w:rsidTr="00F90FF3">
        <w:trPr>
          <w:trHeight w:val="20"/>
        </w:trPr>
        <w:tc>
          <w:tcPr>
            <w:tcW w:w="2536" w:type="dxa"/>
            <w:vMerge w:val="restart"/>
            <w:tcBorders>
              <w:top w:val="nil"/>
              <w:left w:val="double" w:sz="2" w:space="0" w:color="000000"/>
              <w:bottom w:val="single" w:sz="6" w:space="0" w:color="000000"/>
              <w:right w:val="single" w:sz="6" w:space="0" w:color="000000"/>
            </w:tcBorders>
            <w:vAlign w:val="center"/>
            <w:hideMark/>
          </w:tcPr>
          <w:p w14:paraId="7885625F" w14:textId="77777777" w:rsidR="001E67D3" w:rsidRPr="002F4A7E" w:rsidRDefault="001E67D3" w:rsidP="00DD2288">
            <w:pPr>
              <w:pStyle w:val="NormalWeb"/>
              <w:spacing w:before="0" w:beforeAutospacing="0" w:after="0" w:afterAutospacing="0"/>
              <w:ind w:left="15"/>
              <w:rPr>
                <w:rFonts w:asciiTheme="minorHAnsi" w:hAnsiTheme="minorHAnsi"/>
                <w:sz w:val="22"/>
                <w:szCs w:val="22"/>
              </w:rPr>
            </w:pPr>
            <w:r w:rsidRPr="002F4A7E">
              <w:rPr>
                <w:rFonts w:asciiTheme="minorHAnsi" w:hAnsiTheme="minorHAnsi"/>
                <w:sz w:val="22"/>
                <w:szCs w:val="22"/>
              </w:rPr>
              <w:t>Seyahat, Turizm ve Eğlence Hizmetleri Bölümü</w:t>
            </w:r>
          </w:p>
        </w:tc>
        <w:tc>
          <w:tcPr>
            <w:tcW w:w="3827" w:type="dxa"/>
            <w:tcBorders>
              <w:top w:val="nil"/>
              <w:left w:val="nil"/>
              <w:bottom w:val="single" w:sz="6" w:space="0" w:color="000000"/>
              <w:right w:val="single" w:sz="6" w:space="0" w:color="000000"/>
            </w:tcBorders>
            <w:vAlign w:val="center"/>
            <w:hideMark/>
          </w:tcPr>
          <w:p w14:paraId="301BC867" w14:textId="77777777" w:rsidR="001E67D3" w:rsidRPr="00DD2288" w:rsidRDefault="001E67D3" w:rsidP="00DD2288">
            <w:pPr>
              <w:pStyle w:val="NormalWeb"/>
              <w:spacing w:before="0" w:beforeAutospacing="0" w:after="0" w:afterAutospacing="0"/>
              <w:ind w:left="15"/>
              <w:rPr>
                <w:rFonts w:asciiTheme="minorHAnsi" w:hAnsiTheme="minorHAnsi"/>
                <w:b w:val="0"/>
                <w:sz w:val="22"/>
                <w:szCs w:val="22"/>
              </w:rPr>
            </w:pPr>
            <w:r w:rsidRPr="00DD2288">
              <w:rPr>
                <w:rFonts w:asciiTheme="minorHAnsi" w:hAnsiTheme="minorHAnsi"/>
                <w:b w:val="0"/>
                <w:sz w:val="22"/>
                <w:szCs w:val="22"/>
              </w:rPr>
              <w:t>Dr. Öğr. Üyesi Ahmet Emre DERİNKÖK</w:t>
            </w:r>
          </w:p>
        </w:tc>
        <w:tc>
          <w:tcPr>
            <w:tcW w:w="2126" w:type="dxa"/>
            <w:tcBorders>
              <w:top w:val="nil"/>
              <w:left w:val="nil"/>
              <w:bottom w:val="single" w:sz="6" w:space="0" w:color="000000"/>
              <w:right w:val="single" w:sz="6" w:space="0" w:color="000000"/>
            </w:tcBorders>
            <w:vAlign w:val="center"/>
            <w:hideMark/>
          </w:tcPr>
          <w:p w14:paraId="34E3F4DB" w14:textId="77777777" w:rsidR="001E67D3" w:rsidRPr="002F4A7E" w:rsidRDefault="001E67D3" w:rsidP="00DD2288">
            <w:pPr>
              <w:pStyle w:val="NormalWeb"/>
              <w:spacing w:before="0" w:beforeAutospacing="0" w:after="0" w:afterAutospacing="0"/>
              <w:ind w:left="0" w:right="15"/>
              <w:jc w:val="center"/>
              <w:rPr>
                <w:rFonts w:asciiTheme="minorHAnsi" w:hAnsiTheme="minorHAnsi"/>
                <w:sz w:val="22"/>
                <w:szCs w:val="22"/>
              </w:rPr>
            </w:pPr>
            <w:r w:rsidRPr="002F4A7E">
              <w:rPr>
                <w:rStyle w:val="Gl"/>
                <w:rFonts w:asciiTheme="minorHAnsi" w:hAnsiTheme="minorHAnsi"/>
                <w:sz w:val="22"/>
                <w:szCs w:val="22"/>
              </w:rPr>
              <w:t>Başkan</w:t>
            </w:r>
          </w:p>
        </w:tc>
      </w:tr>
      <w:tr w:rsidR="001E67D3" w:rsidRPr="002F4A7E" w14:paraId="0997529F" w14:textId="77777777" w:rsidTr="00F90FF3">
        <w:trPr>
          <w:trHeight w:val="20"/>
        </w:trPr>
        <w:tc>
          <w:tcPr>
            <w:tcW w:w="2536" w:type="dxa"/>
            <w:vMerge/>
            <w:tcBorders>
              <w:top w:val="nil"/>
              <w:left w:val="double" w:sz="2" w:space="0" w:color="000000"/>
              <w:bottom w:val="single" w:sz="6" w:space="0" w:color="000000"/>
              <w:right w:val="single" w:sz="6" w:space="0" w:color="000000"/>
            </w:tcBorders>
            <w:vAlign w:val="center"/>
            <w:hideMark/>
          </w:tcPr>
          <w:p w14:paraId="1D5C8E73" w14:textId="77777777" w:rsidR="001E67D3" w:rsidRPr="002F4A7E" w:rsidRDefault="001E67D3" w:rsidP="00DD2288">
            <w:pPr>
              <w:spacing w:after="0" w:line="240" w:lineRule="auto"/>
            </w:pPr>
          </w:p>
        </w:tc>
        <w:tc>
          <w:tcPr>
            <w:tcW w:w="3827" w:type="dxa"/>
            <w:tcBorders>
              <w:top w:val="nil"/>
              <w:left w:val="nil"/>
              <w:bottom w:val="single" w:sz="6" w:space="0" w:color="000000"/>
              <w:right w:val="single" w:sz="6" w:space="0" w:color="000000"/>
            </w:tcBorders>
            <w:vAlign w:val="center"/>
            <w:hideMark/>
          </w:tcPr>
          <w:p w14:paraId="02D18BA0" w14:textId="77777777" w:rsidR="001E67D3" w:rsidRPr="00DD2288" w:rsidRDefault="001E67D3" w:rsidP="00DD2288">
            <w:pPr>
              <w:pStyle w:val="NormalWeb"/>
              <w:spacing w:before="0" w:beforeAutospacing="0" w:after="0" w:afterAutospacing="0"/>
              <w:ind w:left="15"/>
              <w:rPr>
                <w:rFonts w:asciiTheme="minorHAnsi" w:hAnsiTheme="minorHAnsi"/>
                <w:b w:val="0"/>
                <w:sz w:val="22"/>
                <w:szCs w:val="22"/>
              </w:rPr>
            </w:pPr>
            <w:r w:rsidRPr="00DD2288">
              <w:rPr>
                <w:rFonts w:asciiTheme="minorHAnsi" w:hAnsiTheme="minorHAnsi"/>
                <w:b w:val="0"/>
                <w:sz w:val="22"/>
                <w:szCs w:val="22"/>
              </w:rPr>
              <w:t>Öğr. Gör. Bahadır GÜLTEKİN</w:t>
            </w:r>
          </w:p>
        </w:tc>
        <w:tc>
          <w:tcPr>
            <w:tcW w:w="2126" w:type="dxa"/>
            <w:tcBorders>
              <w:top w:val="nil"/>
              <w:left w:val="nil"/>
              <w:bottom w:val="single" w:sz="6" w:space="0" w:color="000000"/>
              <w:right w:val="single" w:sz="6" w:space="0" w:color="000000"/>
            </w:tcBorders>
            <w:vAlign w:val="center"/>
            <w:hideMark/>
          </w:tcPr>
          <w:p w14:paraId="3BE6354B" w14:textId="77777777" w:rsidR="001E67D3" w:rsidRPr="002F4A7E" w:rsidRDefault="001E67D3" w:rsidP="00DD2288">
            <w:pPr>
              <w:pStyle w:val="NormalWeb"/>
              <w:spacing w:before="0" w:beforeAutospacing="0" w:after="0" w:afterAutospacing="0"/>
              <w:ind w:left="0" w:right="15"/>
              <w:jc w:val="center"/>
              <w:rPr>
                <w:rFonts w:asciiTheme="minorHAnsi" w:hAnsiTheme="minorHAnsi"/>
                <w:sz w:val="22"/>
                <w:szCs w:val="22"/>
              </w:rPr>
            </w:pPr>
            <w:r w:rsidRPr="002F4A7E">
              <w:rPr>
                <w:rFonts w:asciiTheme="minorHAnsi" w:hAnsiTheme="minorHAnsi"/>
                <w:sz w:val="22"/>
                <w:szCs w:val="22"/>
              </w:rPr>
              <w:t>Üye</w:t>
            </w:r>
          </w:p>
        </w:tc>
      </w:tr>
      <w:tr w:rsidR="001E67D3" w:rsidRPr="002F4A7E" w14:paraId="07BAD6FA" w14:textId="77777777" w:rsidTr="00F90FF3">
        <w:trPr>
          <w:trHeight w:val="20"/>
        </w:trPr>
        <w:tc>
          <w:tcPr>
            <w:tcW w:w="2536" w:type="dxa"/>
            <w:vMerge/>
            <w:tcBorders>
              <w:top w:val="nil"/>
              <w:left w:val="double" w:sz="2" w:space="0" w:color="000000"/>
              <w:bottom w:val="single" w:sz="6" w:space="0" w:color="000000"/>
              <w:right w:val="single" w:sz="6" w:space="0" w:color="000000"/>
            </w:tcBorders>
            <w:vAlign w:val="center"/>
            <w:hideMark/>
          </w:tcPr>
          <w:p w14:paraId="0D49561C" w14:textId="77777777" w:rsidR="001E67D3" w:rsidRPr="002F4A7E" w:rsidRDefault="001E67D3" w:rsidP="00DD2288">
            <w:pPr>
              <w:spacing w:after="0" w:line="240" w:lineRule="auto"/>
            </w:pPr>
          </w:p>
        </w:tc>
        <w:tc>
          <w:tcPr>
            <w:tcW w:w="3827" w:type="dxa"/>
            <w:tcBorders>
              <w:top w:val="nil"/>
              <w:left w:val="nil"/>
              <w:bottom w:val="single" w:sz="6" w:space="0" w:color="000000"/>
              <w:right w:val="single" w:sz="6" w:space="0" w:color="000000"/>
            </w:tcBorders>
            <w:vAlign w:val="center"/>
            <w:hideMark/>
          </w:tcPr>
          <w:p w14:paraId="51793A6D" w14:textId="77777777" w:rsidR="001E67D3" w:rsidRPr="00DD2288" w:rsidRDefault="001E67D3" w:rsidP="00DD2288">
            <w:pPr>
              <w:pStyle w:val="NormalWeb"/>
              <w:spacing w:before="0" w:beforeAutospacing="0" w:after="0" w:afterAutospacing="0"/>
              <w:ind w:left="15"/>
              <w:rPr>
                <w:rFonts w:asciiTheme="minorHAnsi" w:hAnsiTheme="minorHAnsi"/>
                <w:b w:val="0"/>
                <w:sz w:val="22"/>
                <w:szCs w:val="22"/>
              </w:rPr>
            </w:pPr>
            <w:r w:rsidRPr="00DD2288">
              <w:rPr>
                <w:rFonts w:asciiTheme="minorHAnsi" w:hAnsiTheme="minorHAnsi"/>
                <w:b w:val="0"/>
                <w:sz w:val="22"/>
                <w:szCs w:val="22"/>
              </w:rPr>
              <w:t>Öğr. Gör. Ezel ERSÖZ</w:t>
            </w:r>
          </w:p>
        </w:tc>
        <w:tc>
          <w:tcPr>
            <w:tcW w:w="2126" w:type="dxa"/>
            <w:tcBorders>
              <w:top w:val="nil"/>
              <w:left w:val="nil"/>
              <w:bottom w:val="single" w:sz="6" w:space="0" w:color="000000"/>
              <w:right w:val="single" w:sz="6" w:space="0" w:color="000000"/>
            </w:tcBorders>
            <w:vAlign w:val="center"/>
            <w:hideMark/>
          </w:tcPr>
          <w:p w14:paraId="32C341AA" w14:textId="77777777" w:rsidR="001E67D3" w:rsidRPr="002F4A7E" w:rsidRDefault="001E67D3" w:rsidP="00DD2288">
            <w:pPr>
              <w:pStyle w:val="NormalWeb"/>
              <w:spacing w:before="0" w:beforeAutospacing="0" w:after="0" w:afterAutospacing="0"/>
              <w:ind w:left="0" w:right="15"/>
              <w:jc w:val="center"/>
              <w:rPr>
                <w:rFonts w:asciiTheme="minorHAnsi" w:hAnsiTheme="minorHAnsi"/>
                <w:sz w:val="22"/>
                <w:szCs w:val="22"/>
              </w:rPr>
            </w:pPr>
            <w:r w:rsidRPr="002F4A7E">
              <w:rPr>
                <w:rFonts w:asciiTheme="minorHAnsi" w:hAnsiTheme="minorHAnsi"/>
                <w:sz w:val="22"/>
                <w:szCs w:val="22"/>
              </w:rPr>
              <w:t>Üye</w:t>
            </w:r>
          </w:p>
        </w:tc>
      </w:tr>
    </w:tbl>
    <w:p w14:paraId="25D5DB7C"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493" w:type="dxa"/>
        <w:tblInd w:w="150" w:type="dxa"/>
        <w:tblCellMar>
          <w:left w:w="0" w:type="dxa"/>
          <w:right w:w="0" w:type="dxa"/>
        </w:tblCellMar>
        <w:tblLook w:val="04A0" w:firstRow="1" w:lastRow="0" w:firstColumn="1" w:lastColumn="0" w:noHBand="0" w:noVBand="1"/>
      </w:tblPr>
      <w:tblGrid>
        <w:gridCol w:w="4945"/>
        <w:gridCol w:w="3548"/>
      </w:tblGrid>
      <w:tr w:rsidR="00F90FF3" w:rsidRPr="00F90FF3" w14:paraId="1AF3513F" w14:textId="77777777" w:rsidTr="00F90FF3">
        <w:trPr>
          <w:trHeight w:val="20"/>
        </w:trPr>
        <w:tc>
          <w:tcPr>
            <w:tcW w:w="8493"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1851F366" w14:textId="77777777" w:rsidR="001E67D3" w:rsidRPr="00F90FF3" w:rsidRDefault="001E67D3" w:rsidP="00F90FF3">
            <w:pPr>
              <w:pStyle w:val="NormalWeb"/>
              <w:spacing w:before="0" w:beforeAutospacing="0" w:after="0" w:afterAutospacing="0"/>
              <w:ind w:left="0"/>
              <w:jc w:val="center"/>
              <w:rPr>
                <w:rFonts w:asciiTheme="minorHAnsi" w:hAnsiTheme="minorHAnsi"/>
                <w:b w:val="0"/>
                <w:sz w:val="22"/>
                <w:szCs w:val="22"/>
              </w:rPr>
            </w:pPr>
            <w:r w:rsidRPr="00F90FF3">
              <w:rPr>
                <w:rStyle w:val="Gl"/>
                <w:rFonts w:asciiTheme="minorHAnsi" w:hAnsiTheme="minorHAnsi"/>
                <w:b/>
                <w:sz w:val="22"/>
                <w:szCs w:val="22"/>
              </w:rPr>
              <w:t>WEB SAYFASI, SOSYAL MEDYA VE BİRİM TANITIM KOMİSYONU</w:t>
            </w:r>
          </w:p>
        </w:tc>
      </w:tr>
      <w:tr w:rsidR="00F90FF3" w:rsidRPr="00F90FF3" w14:paraId="4E55225D" w14:textId="77777777" w:rsidTr="00F90FF3">
        <w:trPr>
          <w:trHeight w:val="20"/>
        </w:trPr>
        <w:tc>
          <w:tcPr>
            <w:tcW w:w="4945" w:type="dxa"/>
            <w:tcBorders>
              <w:top w:val="nil"/>
              <w:left w:val="double" w:sz="2" w:space="0" w:color="000000"/>
              <w:bottom w:val="single" w:sz="6" w:space="0" w:color="000000"/>
              <w:right w:val="single" w:sz="6" w:space="0" w:color="000000"/>
            </w:tcBorders>
            <w:hideMark/>
          </w:tcPr>
          <w:p w14:paraId="0380926A" w14:textId="77777777" w:rsidR="001E67D3" w:rsidRPr="00F90FF3" w:rsidRDefault="001E67D3" w:rsidP="00F90FF3">
            <w:pPr>
              <w:pStyle w:val="NormalWeb"/>
              <w:spacing w:before="0" w:beforeAutospacing="0" w:after="0" w:afterAutospacing="0"/>
              <w:ind w:left="0"/>
              <w:jc w:val="center"/>
              <w:rPr>
                <w:rFonts w:asciiTheme="minorHAnsi" w:hAnsiTheme="minorHAnsi"/>
                <w:b w:val="0"/>
                <w:sz w:val="22"/>
                <w:szCs w:val="22"/>
              </w:rPr>
            </w:pPr>
            <w:r w:rsidRPr="00F90FF3">
              <w:rPr>
                <w:rStyle w:val="Gl"/>
                <w:rFonts w:asciiTheme="minorHAnsi" w:hAnsiTheme="minorHAnsi"/>
                <w:b/>
                <w:sz w:val="22"/>
                <w:szCs w:val="22"/>
              </w:rPr>
              <w:t>ADI SOYADI</w:t>
            </w:r>
          </w:p>
        </w:tc>
        <w:tc>
          <w:tcPr>
            <w:tcW w:w="3544" w:type="dxa"/>
            <w:tcBorders>
              <w:top w:val="nil"/>
              <w:left w:val="nil"/>
              <w:bottom w:val="single" w:sz="6" w:space="0" w:color="000000"/>
              <w:right w:val="single" w:sz="6" w:space="0" w:color="000000"/>
            </w:tcBorders>
            <w:vAlign w:val="center"/>
            <w:hideMark/>
          </w:tcPr>
          <w:p w14:paraId="767DACA5" w14:textId="77777777" w:rsidR="001E67D3" w:rsidRPr="00F90FF3" w:rsidRDefault="001E67D3" w:rsidP="00F90FF3">
            <w:pPr>
              <w:pStyle w:val="NormalWeb"/>
              <w:spacing w:before="0" w:beforeAutospacing="0" w:after="0" w:afterAutospacing="0"/>
              <w:ind w:left="0"/>
              <w:jc w:val="center"/>
              <w:rPr>
                <w:rFonts w:asciiTheme="minorHAnsi" w:hAnsiTheme="minorHAnsi"/>
                <w:b w:val="0"/>
                <w:sz w:val="22"/>
                <w:szCs w:val="22"/>
              </w:rPr>
            </w:pPr>
            <w:r w:rsidRPr="00F90FF3">
              <w:rPr>
                <w:rStyle w:val="Gl"/>
                <w:rFonts w:asciiTheme="minorHAnsi" w:hAnsiTheme="minorHAnsi"/>
                <w:b/>
                <w:sz w:val="22"/>
                <w:szCs w:val="22"/>
              </w:rPr>
              <w:t>GÖREVİ</w:t>
            </w:r>
          </w:p>
        </w:tc>
      </w:tr>
      <w:tr w:rsidR="00F90FF3" w:rsidRPr="00F90FF3" w14:paraId="5436E6AF" w14:textId="77777777" w:rsidTr="00F90FF3">
        <w:trPr>
          <w:trHeight w:val="20"/>
        </w:trPr>
        <w:tc>
          <w:tcPr>
            <w:tcW w:w="4945" w:type="dxa"/>
            <w:tcBorders>
              <w:top w:val="nil"/>
              <w:left w:val="double" w:sz="2" w:space="0" w:color="000000"/>
              <w:bottom w:val="single" w:sz="6" w:space="0" w:color="000000"/>
              <w:right w:val="single" w:sz="6" w:space="0" w:color="000000"/>
            </w:tcBorders>
            <w:vAlign w:val="center"/>
            <w:hideMark/>
          </w:tcPr>
          <w:p w14:paraId="33141D55" w14:textId="77777777" w:rsidR="001E67D3" w:rsidRPr="00F90FF3" w:rsidRDefault="001E67D3" w:rsidP="00F90FF3">
            <w:pPr>
              <w:pStyle w:val="NormalWeb"/>
              <w:spacing w:before="0" w:beforeAutospacing="0" w:after="0" w:afterAutospacing="0"/>
              <w:ind w:left="0"/>
              <w:rPr>
                <w:rFonts w:asciiTheme="minorHAnsi" w:hAnsiTheme="minorHAnsi"/>
                <w:b w:val="0"/>
                <w:sz w:val="22"/>
                <w:szCs w:val="22"/>
              </w:rPr>
            </w:pPr>
            <w:r w:rsidRPr="00F90FF3">
              <w:rPr>
                <w:rFonts w:asciiTheme="minorHAnsi" w:hAnsiTheme="minorHAnsi"/>
                <w:b w:val="0"/>
                <w:sz w:val="22"/>
                <w:szCs w:val="22"/>
              </w:rPr>
              <w:t>Öğr. Gör. Ünalcan KUTAL</w:t>
            </w:r>
          </w:p>
        </w:tc>
        <w:tc>
          <w:tcPr>
            <w:tcW w:w="3544" w:type="dxa"/>
            <w:tcBorders>
              <w:top w:val="nil"/>
              <w:left w:val="nil"/>
              <w:bottom w:val="single" w:sz="6" w:space="0" w:color="000000"/>
              <w:right w:val="single" w:sz="6" w:space="0" w:color="000000"/>
            </w:tcBorders>
            <w:vAlign w:val="center"/>
            <w:hideMark/>
          </w:tcPr>
          <w:p w14:paraId="25B60DAA" w14:textId="77777777" w:rsidR="001E67D3" w:rsidRPr="00F90FF3" w:rsidRDefault="001E67D3" w:rsidP="00F90FF3">
            <w:pPr>
              <w:pStyle w:val="NormalWeb"/>
              <w:spacing w:before="0" w:beforeAutospacing="0" w:after="0" w:afterAutospacing="0"/>
              <w:ind w:left="0"/>
              <w:jc w:val="center"/>
              <w:rPr>
                <w:rFonts w:asciiTheme="minorHAnsi" w:hAnsiTheme="minorHAnsi"/>
                <w:b w:val="0"/>
                <w:sz w:val="22"/>
                <w:szCs w:val="22"/>
              </w:rPr>
            </w:pPr>
            <w:r w:rsidRPr="00F90FF3">
              <w:rPr>
                <w:rStyle w:val="Gl"/>
                <w:rFonts w:asciiTheme="minorHAnsi" w:hAnsiTheme="minorHAnsi"/>
                <w:sz w:val="22"/>
                <w:szCs w:val="22"/>
              </w:rPr>
              <w:t>Başkan</w:t>
            </w:r>
          </w:p>
        </w:tc>
      </w:tr>
      <w:tr w:rsidR="00F90FF3" w:rsidRPr="00F90FF3" w14:paraId="065C7BFE" w14:textId="77777777" w:rsidTr="00F90FF3">
        <w:trPr>
          <w:trHeight w:val="20"/>
        </w:trPr>
        <w:tc>
          <w:tcPr>
            <w:tcW w:w="4945" w:type="dxa"/>
            <w:tcBorders>
              <w:top w:val="nil"/>
              <w:left w:val="double" w:sz="2" w:space="0" w:color="000000"/>
              <w:bottom w:val="single" w:sz="6" w:space="0" w:color="000000"/>
              <w:right w:val="single" w:sz="6" w:space="0" w:color="000000"/>
            </w:tcBorders>
            <w:vAlign w:val="center"/>
            <w:hideMark/>
          </w:tcPr>
          <w:p w14:paraId="593C9CB1" w14:textId="77777777" w:rsidR="001E67D3" w:rsidRPr="00F90FF3" w:rsidRDefault="001E67D3" w:rsidP="00F90FF3">
            <w:pPr>
              <w:pStyle w:val="NormalWeb"/>
              <w:spacing w:before="0" w:beforeAutospacing="0" w:after="0" w:afterAutospacing="0"/>
              <w:ind w:left="0"/>
              <w:rPr>
                <w:rFonts w:asciiTheme="minorHAnsi" w:hAnsiTheme="minorHAnsi"/>
                <w:b w:val="0"/>
                <w:sz w:val="22"/>
                <w:szCs w:val="22"/>
              </w:rPr>
            </w:pPr>
            <w:r w:rsidRPr="00F90FF3">
              <w:rPr>
                <w:rFonts w:asciiTheme="minorHAnsi" w:hAnsiTheme="minorHAnsi"/>
                <w:b w:val="0"/>
                <w:sz w:val="22"/>
                <w:szCs w:val="22"/>
              </w:rPr>
              <w:t>Öğr. Gör. Ezel ERSÖZ</w:t>
            </w:r>
          </w:p>
        </w:tc>
        <w:tc>
          <w:tcPr>
            <w:tcW w:w="3544" w:type="dxa"/>
            <w:tcBorders>
              <w:top w:val="nil"/>
              <w:left w:val="nil"/>
              <w:bottom w:val="single" w:sz="6" w:space="0" w:color="000000"/>
              <w:right w:val="single" w:sz="6" w:space="0" w:color="000000"/>
            </w:tcBorders>
            <w:vAlign w:val="center"/>
            <w:hideMark/>
          </w:tcPr>
          <w:p w14:paraId="05541955" w14:textId="77777777" w:rsidR="001E67D3" w:rsidRPr="00F90FF3" w:rsidRDefault="001E67D3" w:rsidP="00F90FF3">
            <w:pPr>
              <w:pStyle w:val="NormalWeb"/>
              <w:spacing w:before="0" w:beforeAutospacing="0" w:after="0" w:afterAutospacing="0"/>
              <w:ind w:left="0"/>
              <w:jc w:val="center"/>
              <w:rPr>
                <w:rFonts w:asciiTheme="minorHAnsi" w:hAnsiTheme="minorHAnsi"/>
                <w:b w:val="0"/>
                <w:sz w:val="22"/>
                <w:szCs w:val="22"/>
              </w:rPr>
            </w:pPr>
            <w:r w:rsidRPr="00F90FF3">
              <w:rPr>
                <w:rFonts w:asciiTheme="minorHAnsi" w:hAnsiTheme="minorHAnsi"/>
                <w:b w:val="0"/>
                <w:sz w:val="22"/>
                <w:szCs w:val="22"/>
              </w:rPr>
              <w:t>Üye</w:t>
            </w:r>
          </w:p>
        </w:tc>
      </w:tr>
      <w:tr w:rsidR="00F90FF3" w:rsidRPr="00F90FF3" w14:paraId="4FE8C508" w14:textId="77777777" w:rsidTr="00F90FF3">
        <w:trPr>
          <w:trHeight w:val="20"/>
        </w:trPr>
        <w:tc>
          <w:tcPr>
            <w:tcW w:w="4945" w:type="dxa"/>
            <w:tcBorders>
              <w:top w:val="nil"/>
              <w:left w:val="double" w:sz="2" w:space="0" w:color="000000"/>
              <w:bottom w:val="single" w:sz="6" w:space="0" w:color="000000"/>
              <w:right w:val="single" w:sz="6" w:space="0" w:color="000000"/>
            </w:tcBorders>
            <w:vAlign w:val="center"/>
            <w:hideMark/>
          </w:tcPr>
          <w:p w14:paraId="250D75E6" w14:textId="77777777" w:rsidR="001E67D3" w:rsidRPr="00F90FF3" w:rsidRDefault="001E67D3" w:rsidP="00F90FF3">
            <w:pPr>
              <w:pStyle w:val="NormalWeb"/>
              <w:spacing w:before="0" w:beforeAutospacing="0" w:after="0" w:afterAutospacing="0"/>
              <w:ind w:left="0"/>
              <w:rPr>
                <w:rFonts w:asciiTheme="minorHAnsi" w:hAnsiTheme="minorHAnsi"/>
                <w:b w:val="0"/>
                <w:sz w:val="22"/>
                <w:szCs w:val="22"/>
              </w:rPr>
            </w:pPr>
            <w:r w:rsidRPr="00F90FF3">
              <w:rPr>
                <w:rFonts w:asciiTheme="minorHAnsi" w:hAnsiTheme="minorHAnsi"/>
                <w:b w:val="0"/>
                <w:sz w:val="22"/>
                <w:szCs w:val="22"/>
              </w:rPr>
              <w:t>Öğr. Gör. Bahadır GÜLTEKİN</w:t>
            </w:r>
          </w:p>
        </w:tc>
        <w:tc>
          <w:tcPr>
            <w:tcW w:w="3544" w:type="dxa"/>
            <w:tcBorders>
              <w:top w:val="nil"/>
              <w:left w:val="nil"/>
              <w:bottom w:val="single" w:sz="6" w:space="0" w:color="000000"/>
              <w:right w:val="single" w:sz="6" w:space="0" w:color="000000"/>
            </w:tcBorders>
            <w:vAlign w:val="center"/>
            <w:hideMark/>
          </w:tcPr>
          <w:p w14:paraId="1070BBFE" w14:textId="77777777" w:rsidR="001E67D3" w:rsidRPr="00F90FF3" w:rsidRDefault="001E67D3" w:rsidP="00F90FF3">
            <w:pPr>
              <w:pStyle w:val="NormalWeb"/>
              <w:spacing w:before="0" w:beforeAutospacing="0" w:after="0" w:afterAutospacing="0"/>
              <w:ind w:left="0"/>
              <w:jc w:val="center"/>
              <w:rPr>
                <w:rFonts w:asciiTheme="minorHAnsi" w:hAnsiTheme="minorHAnsi"/>
                <w:b w:val="0"/>
                <w:sz w:val="22"/>
                <w:szCs w:val="22"/>
              </w:rPr>
            </w:pPr>
            <w:r w:rsidRPr="00F90FF3">
              <w:rPr>
                <w:rFonts w:asciiTheme="minorHAnsi" w:hAnsiTheme="minorHAnsi"/>
                <w:b w:val="0"/>
                <w:sz w:val="22"/>
                <w:szCs w:val="22"/>
              </w:rPr>
              <w:t>Üye</w:t>
            </w:r>
          </w:p>
        </w:tc>
      </w:tr>
    </w:tbl>
    <w:p w14:paraId="2FDBA1DE" w14:textId="77777777" w:rsidR="001E67D3" w:rsidRPr="002F4A7E" w:rsidRDefault="001E67D3" w:rsidP="002F4A7E">
      <w:pPr>
        <w:pStyle w:val="NormalWeb"/>
        <w:shd w:val="clear" w:color="auto" w:fill="FFFFFF"/>
        <w:spacing w:before="120" w:beforeAutospacing="0" w:after="120" w:afterAutospacing="0"/>
        <w:rPr>
          <w:rFonts w:asciiTheme="minorHAnsi" w:hAnsiTheme="minorHAnsi"/>
          <w:color w:val="000000"/>
          <w:sz w:val="22"/>
          <w:szCs w:val="22"/>
        </w:rPr>
      </w:pPr>
      <w:r w:rsidRPr="002F4A7E">
        <w:rPr>
          <w:rFonts w:asciiTheme="minorHAnsi" w:hAnsiTheme="minorHAnsi"/>
          <w:color w:val="000000"/>
          <w:sz w:val="22"/>
          <w:szCs w:val="22"/>
        </w:rPr>
        <w:t> </w:t>
      </w:r>
    </w:p>
    <w:tbl>
      <w:tblPr>
        <w:tblW w:w="8493" w:type="dxa"/>
        <w:tblInd w:w="150" w:type="dxa"/>
        <w:tblCellMar>
          <w:left w:w="0" w:type="dxa"/>
          <w:right w:w="0" w:type="dxa"/>
        </w:tblCellMar>
        <w:tblLook w:val="04A0" w:firstRow="1" w:lastRow="0" w:firstColumn="1" w:lastColumn="0" w:noHBand="0" w:noVBand="1"/>
      </w:tblPr>
      <w:tblGrid>
        <w:gridCol w:w="4945"/>
        <w:gridCol w:w="3548"/>
      </w:tblGrid>
      <w:tr w:rsidR="000F0C6C" w:rsidRPr="000F0C6C" w14:paraId="2A5B2AD4" w14:textId="77777777" w:rsidTr="00076028">
        <w:trPr>
          <w:trHeight w:val="20"/>
        </w:trPr>
        <w:tc>
          <w:tcPr>
            <w:tcW w:w="8493" w:type="dxa"/>
            <w:gridSpan w:val="2"/>
            <w:tcBorders>
              <w:top w:val="single" w:sz="6" w:space="0" w:color="000000"/>
              <w:left w:val="single" w:sz="6" w:space="0" w:color="000000"/>
              <w:bottom w:val="single" w:sz="6" w:space="0" w:color="000000"/>
              <w:right w:val="single" w:sz="6" w:space="0" w:color="000000"/>
            </w:tcBorders>
            <w:shd w:val="clear" w:color="auto" w:fill="EBEBEB"/>
            <w:hideMark/>
          </w:tcPr>
          <w:p w14:paraId="17DD92F3" w14:textId="77777777" w:rsidR="001E67D3" w:rsidRPr="000F0C6C" w:rsidRDefault="001E67D3" w:rsidP="00076028">
            <w:pPr>
              <w:pStyle w:val="NormalWeb"/>
              <w:spacing w:before="0" w:beforeAutospacing="0" w:after="0" w:afterAutospacing="0"/>
              <w:ind w:left="-6"/>
              <w:jc w:val="center"/>
              <w:rPr>
                <w:rFonts w:asciiTheme="minorHAnsi" w:hAnsiTheme="minorHAnsi"/>
                <w:sz w:val="22"/>
                <w:szCs w:val="22"/>
              </w:rPr>
            </w:pPr>
            <w:r w:rsidRPr="000F0C6C">
              <w:rPr>
                <w:rStyle w:val="Gl"/>
                <w:rFonts w:asciiTheme="minorHAnsi" w:hAnsiTheme="minorHAnsi"/>
                <w:b/>
                <w:sz w:val="22"/>
                <w:szCs w:val="22"/>
              </w:rPr>
              <w:t>YATAY GEÇİŞ KOMİSYONU</w:t>
            </w:r>
          </w:p>
        </w:tc>
      </w:tr>
      <w:tr w:rsidR="000F0C6C" w:rsidRPr="000F0C6C" w14:paraId="384FA2AF" w14:textId="77777777" w:rsidTr="00076028">
        <w:trPr>
          <w:trHeight w:val="20"/>
        </w:trPr>
        <w:tc>
          <w:tcPr>
            <w:tcW w:w="4945" w:type="dxa"/>
            <w:tcBorders>
              <w:top w:val="nil"/>
              <w:left w:val="double" w:sz="2" w:space="0" w:color="000000"/>
              <w:bottom w:val="single" w:sz="6" w:space="0" w:color="000000"/>
              <w:right w:val="single" w:sz="6" w:space="0" w:color="000000"/>
            </w:tcBorders>
            <w:hideMark/>
          </w:tcPr>
          <w:p w14:paraId="0686C37D" w14:textId="77777777" w:rsidR="001E67D3" w:rsidRPr="000F0C6C" w:rsidRDefault="001E67D3" w:rsidP="00076028">
            <w:pPr>
              <w:pStyle w:val="NormalWeb"/>
              <w:spacing w:before="0" w:beforeAutospacing="0" w:after="0" w:afterAutospacing="0"/>
              <w:ind w:left="-6"/>
              <w:jc w:val="center"/>
              <w:rPr>
                <w:rFonts w:asciiTheme="minorHAnsi" w:hAnsiTheme="minorHAnsi"/>
                <w:sz w:val="22"/>
                <w:szCs w:val="22"/>
              </w:rPr>
            </w:pPr>
            <w:r w:rsidRPr="000F0C6C">
              <w:rPr>
                <w:rStyle w:val="Gl"/>
                <w:rFonts w:asciiTheme="minorHAnsi" w:hAnsiTheme="minorHAnsi"/>
                <w:b/>
                <w:sz w:val="22"/>
                <w:szCs w:val="22"/>
              </w:rPr>
              <w:t>ADI SOYADI</w:t>
            </w:r>
          </w:p>
        </w:tc>
        <w:tc>
          <w:tcPr>
            <w:tcW w:w="3544" w:type="dxa"/>
            <w:tcBorders>
              <w:top w:val="nil"/>
              <w:left w:val="nil"/>
              <w:bottom w:val="single" w:sz="6" w:space="0" w:color="000000"/>
              <w:right w:val="single" w:sz="6" w:space="0" w:color="000000"/>
            </w:tcBorders>
            <w:hideMark/>
          </w:tcPr>
          <w:p w14:paraId="7B0635EC" w14:textId="77777777" w:rsidR="001E67D3" w:rsidRPr="000F0C6C" w:rsidRDefault="001E67D3" w:rsidP="00076028">
            <w:pPr>
              <w:pStyle w:val="NormalWeb"/>
              <w:spacing w:before="0" w:beforeAutospacing="0" w:after="0" w:afterAutospacing="0"/>
              <w:ind w:left="-6"/>
              <w:jc w:val="center"/>
              <w:rPr>
                <w:rFonts w:asciiTheme="minorHAnsi" w:hAnsiTheme="minorHAnsi"/>
                <w:sz w:val="22"/>
                <w:szCs w:val="22"/>
              </w:rPr>
            </w:pPr>
            <w:r w:rsidRPr="000F0C6C">
              <w:rPr>
                <w:rStyle w:val="Gl"/>
                <w:rFonts w:asciiTheme="minorHAnsi" w:hAnsiTheme="minorHAnsi"/>
                <w:b/>
                <w:sz w:val="22"/>
                <w:szCs w:val="22"/>
              </w:rPr>
              <w:t>GÖREVİ</w:t>
            </w:r>
          </w:p>
        </w:tc>
      </w:tr>
      <w:tr w:rsidR="000F0C6C" w:rsidRPr="000F0C6C" w14:paraId="76E4EA50" w14:textId="77777777" w:rsidTr="00076028">
        <w:trPr>
          <w:trHeight w:val="20"/>
        </w:trPr>
        <w:tc>
          <w:tcPr>
            <w:tcW w:w="4945" w:type="dxa"/>
            <w:tcBorders>
              <w:top w:val="nil"/>
              <w:left w:val="double" w:sz="2" w:space="0" w:color="000000"/>
              <w:bottom w:val="single" w:sz="6" w:space="0" w:color="000000"/>
              <w:right w:val="single" w:sz="6" w:space="0" w:color="000000"/>
            </w:tcBorders>
            <w:hideMark/>
          </w:tcPr>
          <w:p w14:paraId="6220E877" w14:textId="77777777" w:rsidR="001E67D3" w:rsidRPr="000F0C6C" w:rsidRDefault="001E67D3" w:rsidP="00076028">
            <w:pPr>
              <w:pStyle w:val="NormalWeb"/>
              <w:spacing w:before="0" w:beforeAutospacing="0" w:after="0" w:afterAutospacing="0"/>
              <w:ind w:left="-6"/>
              <w:rPr>
                <w:rFonts w:asciiTheme="minorHAnsi" w:hAnsiTheme="minorHAnsi"/>
                <w:b w:val="0"/>
                <w:sz w:val="22"/>
                <w:szCs w:val="22"/>
              </w:rPr>
            </w:pPr>
            <w:r w:rsidRPr="000F0C6C">
              <w:rPr>
                <w:rFonts w:asciiTheme="minorHAnsi" w:hAnsiTheme="minorHAnsi"/>
                <w:b w:val="0"/>
                <w:sz w:val="22"/>
                <w:szCs w:val="22"/>
              </w:rPr>
              <w:t>Öğr. Gör. Ünalcan KUTAL</w:t>
            </w:r>
          </w:p>
        </w:tc>
        <w:tc>
          <w:tcPr>
            <w:tcW w:w="3544" w:type="dxa"/>
            <w:tcBorders>
              <w:top w:val="nil"/>
              <w:left w:val="nil"/>
              <w:bottom w:val="single" w:sz="6" w:space="0" w:color="000000"/>
              <w:right w:val="single" w:sz="6" w:space="0" w:color="000000"/>
            </w:tcBorders>
            <w:hideMark/>
          </w:tcPr>
          <w:p w14:paraId="238315B8" w14:textId="77777777" w:rsidR="001E67D3" w:rsidRPr="000F0C6C" w:rsidRDefault="001E67D3" w:rsidP="00076028">
            <w:pPr>
              <w:pStyle w:val="NormalWeb"/>
              <w:spacing w:before="0" w:beforeAutospacing="0" w:after="0" w:afterAutospacing="0"/>
              <w:ind w:left="-6"/>
              <w:jc w:val="center"/>
              <w:rPr>
                <w:rFonts w:asciiTheme="minorHAnsi" w:hAnsiTheme="minorHAnsi"/>
                <w:b w:val="0"/>
                <w:sz w:val="22"/>
                <w:szCs w:val="22"/>
              </w:rPr>
            </w:pPr>
            <w:r w:rsidRPr="000F0C6C">
              <w:rPr>
                <w:rStyle w:val="Gl"/>
                <w:rFonts w:asciiTheme="minorHAnsi" w:hAnsiTheme="minorHAnsi"/>
                <w:sz w:val="22"/>
                <w:szCs w:val="22"/>
              </w:rPr>
              <w:t>Başkan</w:t>
            </w:r>
          </w:p>
        </w:tc>
      </w:tr>
      <w:tr w:rsidR="000F0C6C" w:rsidRPr="000F0C6C" w14:paraId="01E6180F" w14:textId="77777777" w:rsidTr="00076028">
        <w:trPr>
          <w:trHeight w:val="20"/>
        </w:trPr>
        <w:tc>
          <w:tcPr>
            <w:tcW w:w="4945" w:type="dxa"/>
            <w:tcBorders>
              <w:top w:val="nil"/>
              <w:left w:val="double" w:sz="2" w:space="0" w:color="000000"/>
              <w:bottom w:val="single" w:sz="6" w:space="0" w:color="000000"/>
              <w:right w:val="single" w:sz="6" w:space="0" w:color="000000"/>
            </w:tcBorders>
            <w:hideMark/>
          </w:tcPr>
          <w:p w14:paraId="46FE014A" w14:textId="77777777" w:rsidR="001E67D3" w:rsidRPr="000F0C6C" w:rsidRDefault="001E67D3" w:rsidP="00076028">
            <w:pPr>
              <w:pStyle w:val="NormalWeb"/>
              <w:spacing w:before="0" w:beforeAutospacing="0" w:after="0" w:afterAutospacing="0"/>
              <w:ind w:left="-6"/>
              <w:rPr>
                <w:rFonts w:asciiTheme="minorHAnsi" w:hAnsiTheme="minorHAnsi"/>
                <w:b w:val="0"/>
                <w:sz w:val="22"/>
                <w:szCs w:val="22"/>
              </w:rPr>
            </w:pPr>
            <w:r w:rsidRPr="000F0C6C">
              <w:rPr>
                <w:rFonts w:asciiTheme="minorHAnsi" w:hAnsiTheme="minorHAnsi"/>
                <w:b w:val="0"/>
                <w:sz w:val="22"/>
                <w:szCs w:val="22"/>
              </w:rPr>
              <w:t>Dr. Öğr. Üyesi Ahmet Emre DERİNKÖK</w:t>
            </w:r>
          </w:p>
        </w:tc>
        <w:tc>
          <w:tcPr>
            <w:tcW w:w="3544" w:type="dxa"/>
            <w:tcBorders>
              <w:top w:val="nil"/>
              <w:left w:val="nil"/>
              <w:bottom w:val="single" w:sz="6" w:space="0" w:color="000000"/>
              <w:right w:val="single" w:sz="6" w:space="0" w:color="000000"/>
            </w:tcBorders>
            <w:hideMark/>
          </w:tcPr>
          <w:p w14:paraId="19844209" w14:textId="77777777" w:rsidR="001E67D3" w:rsidRPr="000F0C6C" w:rsidRDefault="001E67D3" w:rsidP="00076028">
            <w:pPr>
              <w:pStyle w:val="NormalWeb"/>
              <w:spacing w:before="0" w:beforeAutospacing="0" w:after="0" w:afterAutospacing="0"/>
              <w:ind w:left="-6"/>
              <w:jc w:val="center"/>
              <w:rPr>
                <w:rFonts w:asciiTheme="minorHAnsi" w:hAnsiTheme="minorHAnsi"/>
                <w:b w:val="0"/>
                <w:sz w:val="22"/>
                <w:szCs w:val="22"/>
              </w:rPr>
            </w:pPr>
            <w:r w:rsidRPr="000F0C6C">
              <w:rPr>
                <w:rFonts w:asciiTheme="minorHAnsi" w:hAnsiTheme="minorHAnsi"/>
                <w:b w:val="0"/>
                <w:sz w:val="22"/>
                <w:szCs w:val="22"/>
              </w:rPr>
              <w:t>Üye</w:t>
            </w:r>
          </w:p>
        </w:tc>
      </w:tr>
      <w:tr w:rsidR="000F0C6C" w:rsidRPr="000F0C6C" w14:paraId="123A0B40" w14:textId="77777777" w:rsidTr="00076028">
        <w:trPr>
          <w:trHeight w:val="20"/>
        </w:trPr>
        <w:tc>
          <w:tcPr>
            <w:tcW w:w="4945" w:type="dxa"/>
            <w:tcBorders>
              <w:top w:val="nil"/>
              <w:left w:val="double" w:sz="2" w:space="0" w:color="000000"/>
              <w:bottom w:val="single" w:sz="6" w:space="0" w:color="000000"/>
              <w:right w:val="single" w:sz="6" w:space="0" w:color="000000"/>
            </w:tcBorders>
            <w:hideMark/>
          </w:tcPr>
          <w:p w14:paraId="7335A12E" w14:textId="77777777" w:rsidR="001E67D3" w:rsidRPr="000F0C6C" w:rsidRDefault="001E67D3" w:rsidP="00076028">
            <w:pPr>
              <w:pStyle w:val="NormalWeb"/>
              <w:spacing w:before="0" w:beforeAutospacing="0" w:after="0" w:afterAutospacing="0"/>
              <w:ind w:left="-6"/>
              <w:rPr>
                <w:rFonts w:asciiTheme="minorHAnsi" w:hAnsiTheme="minorHAnsi"/>
                <w:b w:val="0"/>
                <w:sz w:val="22"/>
                <w:szCs w:val="22"/>
              </w:rPr>
            </w:pPr>
            <w:r w:rsidRPr="000F0C6C">
              <w:rPr>
                <w:rFonts w:asciiTheme="minorHAnsi" w:hAnsiTheme="minorHAnsi"/>
                <w:b w:val="0"/>
                <w:sz w:val="22"/>
                <w:szCs w:val="22"/>
              </w:rPr>
              <w:t>Dr. Öğr. Üyesi Harun Reşit GÜNDOĞAN</w:t>
            </w:r>
          </w:p>
        </w:tc>
        <w:tc>
          <w:tcPr>
            <w:tcW w:w="3544" w:type="dxa"/>
            <w:tcBorders>
              <w:top w:val="nil"/>
              <w:left w:val="nil"/>
              <w:bottom w:val="single" w:sz="6" w:space="0" w:color="000000"/>
              <w:right w:val="single" w:sz="6" w:space="0" w:color="000000"/>
            </w:tcBorders>
            <w:hideMark/>
          </w:tcPr>
          <w:p w14:paraId="6B756895" w14:textId="77777777" w:rsidR="001E67D3" w:rsidRPr="000F0C6C" w:rsidRDefault="001E67D3" w:rsidP="00076028">
            <w:pPr>
              <w:pStyle w:val="NormalWeb"/>
              <w:spacing w:before="0" w:beforeAutospacing="0" w:after="0" w:afterAutospacing="0"/>
              <w:ind w:left="-6" w:right="15"/>
              <w:jc w:val="center"/>
              <w:rPr>
                <w:rFonts w:asciiTheme="minorHAnsi" w:hAnsiTheme="minorHAnsi"/>
                <w:b w:val="0"/>
                <w:sz w:val="22"/>
                <w:szCs w:val="22"/>
              </w:rPr>
            </w:pPr>
            <w:r w:rsidRPr="000F0C6C">
              <w:rPr>
                <w:rFonts w:asciiTheme="minorHAnsi" w:hAnsiTheme="minorHAnsi"/>
                <w:b w:val="0"/>
                <w:sz w:val="22"/>
                <w:szCs w:val="22"/>
              </w:rPr>
              <w:t>Üye</w:t>
            </w:r>
          </w:p>
        </w:tc>
      </w:tr>
    </w:tbl>
    <w:p w14:paraId="4C2DE1BB" w14:textId="77777777" w:rsidR="00555C71" w:rsidRDefault="00555C71" w:rsidP="00E24BA4">
      <w:pPr>
        <w:pStyle w:val="Stil2"/>
      </w:pPr>
      <w:bookmarkStart w:id="12" w:name="_Toc153118720"/>
      <w:bookmarkStart w:id="13" w:name="_Toc153376762"/>
      <w:bookmarkStart w:id="14" w:name="_Toc217311499"/>
    </w:p>
    <w:p w14:paraId="5D8FEB0B" w14:textId="5B685265" w:rsidR="00E24BA4" w:rsidRDefault="00E24BA4" w:rsidP="00E24BA4">
      <w:pPr>
        <w:pStyle w:val="Stil2"/>
      </w:pPr>
      <w:r w:rsidRPr="000C0E61">
        <w:t xml:space="preserve">3. </w:t>
      </w:r>
      <w:bookmarkStart w:id="15" w:name="_Hlk186025354"/>
      <w:r w:rsidRPr="000C0E61">
        <w:t>Teknoloji ve Bilişim Altyapısı</w:t>
      </w:r>
      <w:bookmarkEnd w:id="12"/>
      <w:bookmarkEnd w:id="13"/>
      <w:bookmarkEnd w:id="14"/>
      <w:bookmarkEnd w:id="15"/>
    </w:p>
    <w:p w14:paraId="7538E2CE" w14:textId="77777777" w:rsidR="00E24BA4" w:rsidRDefault="00E24BA4" w:rsidP="00E24BA4">
      <w:r w:rsidRPr="00AA0A8F">
        <w:t>Yazılımlar</w:t>
      </w:r>
    </w:p>
    <w:tbl>
      <w:tblPr>
        <w:tblW w:w="893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64"/>
        <w:gridCol w:w="5767"/>
      </w:tblGrid>
      <w:tr w:rsidR="00E24BA4" w:rsidRPr="00621353" w14:paraId="6F924065" w14:textId="77777777" w:rsidTr="009D611D">
        <w:trPr>
          <w:tblHeader/>
          <w:tblCellSpacing w:w="15" w:type="dxa"/>
        </w:trPr>
        <w:tc>
          <w:tcPr>
            <w:tcW w:w="3119" w:type="dxa"/>
            <w:shd w:val="clear" w:color="auto" w:fill="B99C71"/>
            <w:vAlign w:val="center"/>
            <w:hideMark/>
          </w:tcPr>
          <w:p w14:paraId="2261E290" w14:textId="72C74B98" w:rsidR="00E24BA4" w:rsidRPr="00621353" w:rsidRDefault="00E24BA4" w:rsidP="003259A8">
            <w:pPr>
              <w:pStyle w:val="Stil4"/>
            </w:pPr>
            <w:r w:rsidRPr="00621353">
              <w:t>Kullanılan Yazılımlar</w:t>
            </w:r>
          </w:p>
        </w:tc>
        <w:tc>
          <w:tcPr>
            <w:tcW w:w="5722" w:type="dxa"/>
            <w:shd w:val="clear" w:color="auto" w:fill="B99C71"/>
            <w:vAlign w:val="center"/>
            <w:hideMark/>
          </w:tcPr>
          <w:p w14:paraId="203D6D2E" w14:textId="77777777" w:rsidR="00E24BA4" w:rsidRPr="00621353" w:rsidRDefault="00E24BA4" w:rsidP="003259A8">
            <w:pPr>
              <w:pStyle w:val="Stil4"/>
            </w:pPr>
            <w:r w:rsidRPr="00621353">
              <w:t>Açıklama</w:t>
            </w:r>
          </w:p>
        </w:tc>
      </w:tr>
      <w:tr w:rsidR="00E24BA4" w:rsidRPr="00621353" w14:paraId="228C2A92" w14:textId="77777777" w:rsidTr="009D611D">
        <w:trPr>
          <w:tblCellSpacing w:w="15" w:type="dxa"/>
        </w:trPr>
        <w:tc>
          <w:tcPr>
            <w:tcW w:w="3119" w:type="dxa"/>
            <w:vAlign w:val="center"/>
          </w:tcPr>
          <w:p w14:paraId="58BD55DB" w14:textId="13C76EE3" w:rsidR="00E24BA4" w:rsidRPr="00621353" w:rsidRDefault="008329BB" w:rsidP="008329BB">
            <w:pPr>
              <w:pStyle w:val="Stil4"/>
              <w:jc w:val="center"/>
            </w:pPr>
            <w:r>
              <w:t>-</w:t>
            </w:r>
          </w:p>
        </w:tc>
        <w:tc>
          <w:tcPr>
            <w:tcW w:w="5722" w:type="dxa"/>
            <w:vAlign w:val="center"/>
          </w:tcPr>
          <w:p w14:paraId="72939370" w14:textId="2CD0BE4A" w:rsidR="00E24BA4" w:rsidRPr="00621353" w:rsidRDefault="008329BB" w:rsidP="008329BB">
            <w:pPr>
              <w:pStyle w:val="Stil4"/>
              <w:jc w:val="center"/>
            </w:pPr>
            <w:r>
              <w:t>-</w:t>
            </w:r>
          </w:p>
        </w:tc>
      </w:tr>
      <w:tr w:rsidR="00E24BA4" w:rsidRPr="00621353" w14:paraId="47160CCE" w14:textId="77777777" w:rsidTr="009D611D">
        <w:trPr>
          <w:tblCellSpacing w:w="15" w:type="dxa"/>
        </w:trPr>
        <w:tc>
          <w:tcPr>
            <w:tcW w:w="3119" w:type="dxa"/>
            <w:vAlign w:val="center"/>
          </w:tcPr>
          <w:p w14:paraId="7649F8AE" w14:textId="64F5C039" w:rsidR="00E24BA4" w:rsidRPr="00621353" w:rsidRDefault="008329BB" w:rsidP="008329BB">
            <w:pPr>
              <w:pStyle w:val="Stil4"/>
              <w:jc w:val="center"/>
            </w:pPr>
            <w:r>
              <w:t>-</w:t>
            </w:r>
          </w:p>
        </w:tc>
        <w:tc>
          <w:tcPr>
            <w:tcW w:w="5722" w:type="dxa"/>
            <w:vAlign w:val="center"/>
          </w:tcPr>
          <w:p w14:paraId="0ED61CA8" w14:textId="5F20FA77" w:rsidR="00E24BA4" w:rsidRPr="00621353" w:rsidRDefault="008329BB" w:rsidP="008329BB">
            <w:pPr>
              <w:pStyle w:val="Stil4"/>
              <w:jc w:val="center"/>
            </w:pPr>
            <w:r>
              <w:t>-</w:t>
            </w:r>
          </w:p>
        </w:tc>
      </w:tr>
      <w:tr w:rsidR="00E24BA4" w:rsidRPr="00621353" w14:paraId="67B84AF3" w14:textId="77777777" w:rsidTr="009D611D">
        <w:trPr>
          <w:tblCellSpacing w:w="15" w:type="dxa"/>
        </w:trPr>
        <w:tc>
          <w:tcPr>
            <w:tcW w:w="3119" w:type="dxa"/>
            <w:vAlign w:val="center"/>
          </w:tcPr>
          <w:p w14:paraId="33F62862" w14:textId="42DC28AB" w:rsidR="00E24BA4" w:rsidRPr="00621353" w:rsidRDefault="008329BB" w:rsidP="008329BB">
            <w:pPr>
              <w:pStyle w:val="Stil4"/>
              <w:jc w:val="center"/>
            </w:pPr>
            <w:r>
              <w:t>-</w:t>
            </w:r>
          </w:p>
        </w:tc>
        <w:tc>
          <w:tcPr>
            <w:tcW w:w="5722" w:type="dxa"/>
            <w:vAlign w:val="center"/>
          </w:tcPr>
          <w:p w14:paraId="05780083" w14:textId="0F35A26A" w:rsidR="00E24BA4" w:rsidRPr="00621353" w:rsidRDefault="008329BB" w:rsidP="008329BB">
            <w:pPr>
              <w:pStyle w:val="Stil4"/>
              <w:jc w:val="center"/>
            </w:pPr>
            <w:r>
              <w:t>-</w:t>
            </w:r>
          </w:p>
        </w:tc>
      </w:tr>
      <w:tr w:rsidR="00E24BA4" w:rsidRPr="00621353" w14:paraId="0B00E190" w14:textId="77777777" w:rsidTr="009D611D">
        <w:trPr>
          <w:tblCellSpacing w:w="15" w:type="dxa"/>
        </w:trPr>
        <w:tc>
          <w:tcPr>
            <w:tcW w:w="3119" w:type="dxa"/>
            <w:vAlign w:val="center"/>
          </w:tcPr>
          <w:p w14:paraId="2420304F" w14:textId="1310F96C" w:rsidR="00E24BA4" w:rsidRPr="00621353" w:rsidRDefault="008329BB" w:rsidP="008329BB">
            <w:pPr>
              <w:pStyle w:val="Stil4"/>
              <w:jc w:val="center"/>
            </w:pPr>
            <w:r>
              <w:t>-</w:t>
            </w:r>
          </w:p>
        </w:tc>
        <w:tc>
          <w:tcPr>
            <w:tcW w:w="5722" w:type="dxa"/>
            <w:vAlign w:val="center"/>
          </w:tcPr>
          <w:p w14:paraId="01EA0CFC" w14:textId="17A487AA" w:rsidR="00E24BA4" w:rsidRPr="00621353" w:rsidRDefault="008329BB" w:rsidP="008329BB">
            <w:pPr>
              <w:pStyle w:val="Stil4"/>
              <w:jc w:val="center"/>
            </w:pPr>
            <w:r>
              <w:t>-</w:t>
            </w:r>
          </w:p>
        </w:tc>
      </w:tr>
      <w:tr w:rsidR="00E24BA4" w:rsidRPr="00621353" w14:paraId="6B46EE56" w14:textId="77777777" w:rsidTr="009D611D">
        <w:trPr>
          <w:tblCellSpacing w:w="15" w:type="dxa"/>
        </w:trPr>
        <w:tc>
          <w:tcPr>
            <w:tcW w:w="3119" w:type="dxa"/>
            <w:vAlign w:val="center"/>
          </w:tcPr>
          <w:p w14:paraId="3BDA05C4" w14:textId="0D3D5AC9" w:rsidR="00E24BA4" w:rsidRPr="00621353" w:rsidRDefault="008329BB" w:rsidP="008329BB">
            <w:pPr>
              <w:pStyle w:val="Stil4"/>
              <w:jc w:val="center"/>
            </w:pPr>
            <w:r>
              <w:t>-</w:t>
            </w:r>
          </w:p>
        </w:tc>
        <w:tc>
          <w:tcPr>
            <w:tcW w:w="5722" w:type="dxa"/>
            <w:vAlign w:val="center"/>
          </w:tcPr>
          <w:p w14:paraId="361C005E" w14:textId="1DF53F5B" w:rsidR="00E24BA4" w:rsidRPr="00621353" w:rsidRDefault="008329BB" w:rsidP="008329BB">
            <w:pPr>
              <w:pStyle w:val="Stil4"/>
              <w:jc w:val="center"/>
            </w:pPr>
            <w:r>
              <w:t>-</w:t>
            </w:r>
          </w:p>
        </w:tc>
      </w:tr>
      <w:tr w:rsidR="00E24BA4" w:rsidRPr="00621353" w14:paraId="3B05AF15" w14:textId="77777777" w:rsidTr="009D611D">
        <w:trPr>
          <w:tblCellSpacing w:w="15" w:type="dxa"/>
        </w:trPr>
        <w:tc>
          <w:tcPr>
            <w:tcW w:w="3119" w:type="dxa"/>
            <w:vAlign w:val="center"/>
          </w:tcPr>
          <w:p w14:paraId="1B32516E" w14:textId="05D08D7E" w:rsidR="00E24BA4" w:rsidRPr="00621353" w:rsidRDefault="008329BB" w:rsidP="008329BB">
            <w:pPr>
              <w:pStyle w:val="Stil4"/>
              <w:jc w:val="center"/>
            </w:pPr>
            <w:r>
              <w:t>-</w:t>
            </w:r>
          </w:p>
        </w:tc>
        <w:tc>
          <w:tcPr>
            <w:tcW w:w="5722" w:type="dxa"/>
            <w:vAlign w:val="center"/>
          </w:tcPr>
          <w:p w14:paraId="746AA9EC" w14:textId="648C3B2E" w:rsidR="00E24BA4" w:rsidRPr="00621353" w:rsidRDefault="008329BB" w:rsidP="008329BB">
            <w:pPr>
              <w:pStyle w:val="Stil4"/>
              <w:jc w:val="center"/>
            </w:pPr>
            <w:r>
              <w:t>-</w:t>
            </w:r>
          </w:p>
        </w:tc>
      </w:tr>
    </w:tbl>
    <w:p w14:paraId="641A8547" w14:textId="77777777" w:rsidR="00E24BA4" w:rsidRDefault="00E24BA4" w:rsidP="00E24BA4">
      <w:bookmarkStart w:id="16" w:name="_Hlk186025363"/>
    </w:p>
    <w:p w14:paraId="6877EE06" w14:textId="77777777" w:rsidR="00E24BA4" w:rsidRDefault="00E24BA4" w:rsidP="00E24BA4">
      <w:r>
        <w:t>Teknolojik Kaynaklar</w:t>
      </w:r>
    </w:p>
    <w:tbl>
      <w:tblPr>
        <w:tblW w:w="893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20"/>
        <w:gridCol w:w="4111"/>
      </w:tblGrid>
      <w:tr w:rsidR="00E24BA4" w:rsidRPr="00E03019" w14:paraId="476019B9" w14:textId="77777777" w:rsidTr="009D611D">
        <w:trPr>
          <w:tblHeader/>
          <w:tblCellSpacing w:w="15" w:type="dxa"/>
        </w:trPr>
        <w:tc>
          <w:tcPr>
            <w:tcW w:w="4775" w:type="dxa"/>
            <w:shd w:val="clear" w:color="auto" w:fill="B99C71"/>
            <w:vAlign w:val="center"/>
            <w:hideMark/>
          </w:tcPr>
          <w:p w14:paraId="5BF35856" w14:textId="77777777" w:rsidR="00E24BA4" w:rsidRPr="00E03019" w:rsidRDefault="00E24BA4" w:rsidP="00621353">
            <w:pPr>
              <w:pStyle w:val="Stil4"/>
            </w:pPr>
            <w:bookmarkStart w:id="17" w:name="_Hlk186025389"/>
            <w:bookmarkEnd w:id="16"/>
            <w:r>
              <w:t>Kullanılan Teknolojik kaynaklar</w:t>
            </w:r>
          </w:p>
        </w:tc>
        <w:tc>
          <w:tcPr>
            <w:tcW w:w="4066" w:type="dxa"/>
            <w:shd w:val="clear" w:color="auto" w:fill="B99C71"/>
            <w:vAlign w:val="center"/>
            <w:hideMark/>
          </w:tcPr>
          <w:p w14:paraId="2190B442" w14:textId="77777777" w:rsidR="00E24BA4" w:rsidRPr="00E03019" w:rsidRDefault="00E24BA4" w:rsidP="00621353">
            <w:pPr>
              <w:pStyle w:val="Stil4"/>
            </w:pPr>
            <w:r>
              <w:t xml:space="preserve">Sayısı </w:t>
            </w:r>
          </w:p>
        </w:tc>
      </w:tr>
      <w:tr w:rsidR="00B80694" w:rsidRPr="00E03019" w14:paraId="1C8A56C9" w14:textId="77777777" w:rsidTr="00B80694">
        <w:trPr>
          <w:tblCellSpacing w:w="15" w:type="dxa"/>
        </w:trPr>
        <w:tc>
          <w:tcPr>
            <w:tcW w:w="4775" w:type="dxa"/>
            <w:vAlign w:val="bottom"/>
          </w:tcPr>
          <w:p w14:paraId="4CC7AE90" w14:textId="77777777" w:rsidR="00B80694" w:rsidRDefault="00B80694" w:rsidP="00621353">
            <w:pPr>
              <w:pStyle w:val="Stil4"/>
              <w:rPr>
                <w:color w:val="333333"/>
                <w:sz w:val="18"/>
                <w:szCs w:val="18"/>
              </w:rPr>
            </w:pPr>
            <w:r>
              <w:rPr>
                <w:color w:val="333333"/>
                <w:sz w:val="18"/>
                <w:szCs w:val="18"/>
              </w:rPr>
              <w:t>Dizüstü Bilgisayar</w:t>
            </w:r>
          </w:p>
        </w:tc>
        <w:tc>
          <w:tcPr>
            <w:tcW w:w="4066" w:type="dxa"/>
            <w:vAlign w:val="center"/>
          </w:tcPr>
          <w:p w14:paraId="2380BAC8" w14:textId="77777777" w:rsidR="00B80694" w:rsidRPr="00E03019" w:rsidRDefault="00C56F41" w:rsidP="00621353">
            <w:pPr>
              <w:pStyle w:val="Stil4"/>
            </w:pPr>
            <w:r>
              <w:t>6</w:t>
            </w:r>
          </w:p>
        </w:tc>
      </w:tr>
      <w:tr w:rsidR="00B80694" w:rsidRPr="00E03019" w14:paraId="708414F9" w14:textId="77777777" w:rsidTr="009D611D">
        <w:trPr>
          <w:tblCellSpacing w:w="15" w:type="dxa"/>
        </w:trPr>
        <w:tc>
          <w:tcPr>
            <w:tcW w:w="4775" w:type="dxa"/>
            <w:vAlign w:val="center"/>
          </w:tcPr>
          <w:p w14:paraId="0230257B" w14:textId="77777777" w:rsidR="00B80694" w:rsidRDefault="00B80694" w:rsidP="00621353">
            <w:pPr>
              <w:pStyle w:val="Stil4"/>
              <w:rPr>
                <w:color w:val="333333"/>
                <w:sz w:val="19"/>
                <w:szCs w:val="19"/>
              </w:rPr>
            </w:pPr>
            <w:r>
              <w:rPr>
                <w:color w:val="333333"/>
                <w:sz w:val="19"/>
                <w:szCs w:val="19"/>
              </w:rPr>
              <w:t>Masaüstü Bilgisayar</w:t>
            </w:r>
          </w:p>
        </w:tc>
        <w:tc>
          <w:tcPr>
            <w:tcW w:w="4066" w:type="dxa"/>
            <w:vAlign w:val="center"/>
          </w:tcPr>
          <w:p w14:paraId="0C1A859A" w14:textId="77777777" w:rsidR="00B80694" w:rsidRPr="00E03019" w:rsidRDefault="00907C78" w:rsidP="00621353">
            <w:pPr>
              <w:pStyle w:val="Stil4"/>
            </w:pPr>
            <w:r>
              <w:t>59</w:t>
            </w:r>
          </w:p>
        </w:tc>
      </w:tr>
      <w:tr w:rsidR="00B80694" w:rsidRPr="00E03019" w14:paraId="05CDA781" w14:textId="77777777" w:rsidTr="009D611D">
        <w:trPr>
          <w:tblCellSpacing w:w="15" w:type="dxa"/>
        </w:trPr>
        <w:tc>
          <w:tcPr>
            <w:tcW w:w="4775" w:type="dxa"/>
            <w:vAlign w:val="center"/>
          </w:tcPr>
          <w:p w14:paraId="162595DA" w14:textId="77777777" w:rsidR="00B80694" w:rsidRDefault="00B80694" w:rsidP="00621353">
            <w:pPr>
              <w:pStyle w:val="Stil4"/>
              <w:rPr>
                <w:color w:val="000000"/>
                <w:szCs w:val="20"/>
              </w:rPr>
            </w:pPr>
            <w:r>
              <w:rPr>
                <w:color w:val="000000"/>
                <w:szCs w:val="20"/>
              </w:rPr>
              <w:t>Tablet Bilgisayar</w:t>
            </w:r>
          </w:p>
        </w:tc>
        <w:tc>
          <w:tcPr>
            <w:tcW w:w="4066" w:type="dxa"/>
            <w:vAlign w:val="center"/>
          </w:tcPr>
          <w:p w14:paraId="3AF28B10" w14:textId="77777777" w:rsidR="00B80694" w:rsidRPr="00E03019" w:rsidRDefault="00C56F41" w:rsidP="00621353">
            <w:pPr>
              <w:pStyle w:val="Stil4"/>
            </w:pPr>
            <w:r>
              <w:t>0</w:t>
            </w:r>
          </w:p>
        </w:tc>
      </w:tr>
      <w:tr w:rsidR="00B80694" w:rsidRPr="00E03019" w14:paraId="2CAC9E35" w14:textId="77777777" w:rsidTr="009D611D">
        <w:trPr>
          <w:tblCellSpacing w:w="15" w:type="dxa"/>
        </w:trPr>
        <w:tc>
          <w:tcPr>
            <w:tcW w:w="4775" w:type="dxa"/>
            <w:vAlign w:val="center"/>
          </w:tcPr>
          <w:p w14:paraId="3D9FA64D" w14:textId="77777777" w:rsidR="00B80694" w:rsidRDefault="00B80694" w:rsidP="00621353">
            <w:pPr>
              <w:pStyle w:val="Stil4"/>
              <w:rPr>
                <w:color w:val="000000"/>
                <w:szCs w:val="20"/>
              </w:rPr>
            </w:pPr>
            <w:r>
              <w:rPr>
                <w:color w:val="000000"/>
                <w:szCs w:val="20"/>
              </w:rPr>
              <w:t>Monitor</w:t>
            </w:r>
          </w:p>
        </w:tc>
        <w:tc>
          <w:tcPr>
            <w:tcW w:w="4066" w:type="dxa"/>
            <w:vAlign w:val="center"/>
          </w:tcPr>
          <w:p w14:paraId="30BBB8C8" w14:textId="77777777" w:rsidR="00B80694" w:rsidRPr="00E03019" w:rsidRDefault="00907C78" w:rsidP="00621353">
            <w:pPr>
              <w:pStyle w:val="Stil4"/>
            </w:pPr>
            <w:r>
              <w:t>59</w:t>
            </w:r>
          </w:p>
        </w:tc>
      </w:tr>
      <w:tr w:rsidR="00B80694" w:rsidRPr="00E03019" w14:paraId="788966E6" w14:textId="77777777" w:rsidTr="00B80694">
        <w:trPr>
          <w:tblCellSpacing w:w="15" w:type="dxa"/>
        </w:trPr>
        <w:tc>
          <w:tcPr>
            <w:tcW w:w="4775" w:type="dxa"/>
            <w:vAlign w:val="bottom"/>
          </w:tcPr>
          <w:p w14:paraId="753E3104" w14:textId="77777777" w:rsidR="00B80694" w:rsidRDefault="00B80694" w:rsidP="00621353">
            <w:pPr>
              <w:pStyle w:val="Stil4"/>
              <w:rPr>
                <w:color w:val="333333"/>
                <w:sz w:val="18"/>
                <w:szCs w:val="18"/>
              </w:rPr>
            </w:pPr>
            <w:r>
              <w:rPr>
                <w:color w:val="333333"/>
                <w:sz w:val="18"/>
                <w:szCs w:val="18"/>
              </w:rPr>
              <w:t>IP Telefon</w:t>
            </w:r>
          </w:p>
        </w:tc>
        <w:tc>
          <w:tcPr>
            <w:tcW w:w="4066" w:type="dxa"/>
            <w:vAlign w:val="center"/>
          </w:tcPr>
          <w:p w14:paraId="6DEB5784" w14:textId="77777777" w:rsidR="00B80694" w:rsidRPr="00E03019" w:rsidRDefault="00907C78" w:rsidP="00621353">
            <w:pPr>
              <w:pStyle w:val="Stil4"/>
            </w:pPr>
            <w:r>
              <w:t>8</w:t>
            </w:r>
          </w:p>
        </w:tc>
      </w:tr>
      <w:tr w:rsidR="00B80694" w:rsidRPr="00E03019" w14:paraId="337C5F48" w14:textId="77777777" w:rsidTr="00B80694">
        <w:trPr>
          <w:tblCellSpacing w:w="15" w:type="dxa"/>
        </w:trPr>
        <w:tc>
          <w:tcPr>
            <w:tcW w:w="4775" w:type="dxa"/>
            <w:vAlign w:val="bottom"/>
          </w:tcPr>
          <w:p w14:paraId="4A3D80D0" w14:textId="77777777" w:rsidR="00B80694" w:rsidRDefault="00B80694" w:rsidP="00621353">
            <w:pPr>
              <w:pStyle w:val="Stil4"/>
              <w:rPr>
                <w:color w:val="333333"/>
                <w:sz w:val="18"/>
                <w:szCs w:val="18"/>
              </w:rPr>
            </w:pPr>
            <w:r>
              <w:rPr>
                <w:color w:val="333333"/>
                <w:sz w:val="18"/>
                <w:szCs w:val="18"/>
              </w:rPr>
              <w:t>Cep Telefonu</w:t>
            </w:r>
          </w:p>
        </w:tc>
        <w:tc>
          <w:tcPr>
            <w:tcW w:w="4066" w:type="dxa"/>
            <w:vAlign w:val="center"/>
          </w:tcPr>
          <w:p w14:paraId="34837DC3" w14:textId="77777777" w:rsidR="00B80694" w:rsidRPr="00E03019" w:rsidRDefault="00C56F41" w:rsidP="00621353">
            <w:pPr>
              <w:pStyle w:val="Stil4"/>
            </w:pPr>
            <w:r>
              <w:t>0</w:t>
            </w:r>
          </w:p>
        </w:tc>
      </w:tr>
      <w:tr w:rsidR="00B80694" w:rsidRPr="00E03019" w14:paraId="4EAAD926" w14:textId="77777777" w:rsidTr="00B80694">
        <w:trPr>
          <w:tblCellSpacing w:w="15" w:type="dxa"/>
        </w:trPr>
        <w:tc>
          <w:tcPr>
            <w:tcW w:w="4775" w:type="dxa"/>
            <w:vAlign w:val="bottom"/>
          </w:tcPr>
          <w:p w14:paraId="456024E6" w14:textId="77777777" w:rsidR="00B80694" w:rsidRDefault="00B80694" w:rsidP="00621353">
            <w:pPr>
              <w:pStyle w:val="Stil4"/>
              <w:rPr>
                <w:color w:val="333333"/>
                <w:sz w:val="18"/>
                <w:szCs w:val="18"/>
              </w:rPr>
            </w:pPr>
            <w:r>
              <w:rPr>
                <w:color w:val="333333"/>
                <w:sz w:val="18"/>
                <w:szCs w:val="18"/>
              </w:rPr>
              <w:t>Çok Fonksiyonlu Yazıcı</w:t>
            </w:r>
          </w:p>
        </w:tc>
        <w:tc>
          <w:tcPr>
            <w:tcW w:w="4066" w:type="dxa"/>
            <w:vAlign w:val="center"/>
          </w:tcPr>
          <w:p w14:paraId="147459EF" w14:textId="77777777" w:rsidR="00B80694" w:rsidRPr="00E03019" w:rsidRDefault="00907C78" w:rsidP="00621353">
            <w:pPr>
              <w:pStyle w:val="Stil4"/>
            </w:pPr>
            <w:r>
              <w:t>2</w:t>
            </w:r>
          </w:p>
        </w:tc>
      </w:tr>
      <w:tr w:rsidR="00B80694" w:rsidRPr="00E03019" w14:paraId="092601B4" w14:textId="77777777" w:rsidTr="00B80694">
        <w:trPr>
          <w:tblCellSpacing w:w="15" w:type="dxa"/>
        </w:trPr>
        <w:tc>
          <w:tcPr>
            <w:tcW w:w="4775" w:type="dxa"/>
            <w:vAlign w:val="bottom"/>
          </w:tcPr>
          <w:p w14:paraId="0B5970E8" w14:textId="77777777" w:rsidR="00B80694" w:rsidRDefault="00B80694" w:rsidP="00621353">
            <w:pPr>
              <w:pStyle w:val="Stil4"/>
              <w:rPr>
                <w:color w:val="333333"/>
                <w:sz w:val="18"/>
                <w:szCs w:val="18"/>
              </w:rPr>
            </w:pPr>
            <w:r>
              <w:rPr>
                <w:color w:val="333333"/>
                <w:sz w:val="18"/>
                <w:szCs w:val="18"/>
              </w:rPr>
              <w:t>Yazıcı</w:t>
            </w:r>
          </w:p>
        </w:tc>
        <w:tc>
          <w:tcPr>
            <w:tcW w:w="4066" w:type="dxa"/>
            <w:vAlign w:val="center"/>
          </w:tcPr>
          <w:p w14:paraId="014D2F8E" w14:textId="77777777" w:rsidR="00B80694" w:rsidRPr="00E03019" w:rsidRDefault="00907C78" w:rsidP="00621353">
            <w:pPr>
              <w:pStyle w:val="Stil4"/>
            </w:pPr>
            <w:r>
              <w:t>10</w:t>
            </w:r>
          </w:p>
        </w:tc>
      </w:tr>
      <w:tr w:rsidR="00B80694" w:rsidRPr="00E03019" w14:paraId="77A18C9A" w14:textId="77777777" w:rsidTr="00B80694">
        <w:trPr>
          <w:tblCellSpacing w:w="15" w:type="dxa"/>
        </w:trPr>
        <w:tc>
          <w:tcPr>
            <w:tcW w:w="4775" w:type="dxa"/>
            <w:vAlign w:val="bottom"/>
          </w:tcPr>
          <w:p w14:paraId="121C02D4" w14:textId="77777777" w:rsidR="00B80694" w:rsidRDefault="00B80694" w:rsidP="00621353">
            <w:pPr>
              <w:pStyle w:val="Stil4"/>
              <w:rPr>
                <w:color w:val="333333"/>
                <w:sz w:val="18"/>
                <w:szCs w:val="18"/>
              </w:rPr>
            </w:pPr>
            <w:r>
              <w:rPr>
                <w:color w:val="333333"/>
                <w:sz w:val="18"/>
                <w:szCs w:val="18"/>
              </w:rPr>
              <w:lastRenderedPageBreak/>
              <w:t>Tarayıcı</w:t>
            </w:r>
          </w:p>
        </w:tc>
        <w:tc>
          <w:tcPr>
            <w:tcW w:w="4066" w:type="dxa"/>
            <w:vAlign w:val="center"/>
          </w:tcPr>
          <w:p w14:paraId="57A532FA" w14:textId="77777777" w:rsidR="00B80694" w:rsidRPr="00E03019" w:rsidRDefault="00907C78" w:rsidP="00621353">
            <w:pPr>
              <w:pStyle w:val="Stil4"/>
            </w:pPr>
            <w:r>
              <w:t>2</w:t>
            </w:r>
          </w:p>
        </w:tc>
      </w:tr>
      <w:tr w:rsidR="00B80694" w:rsidRPr="00E03019" w14:paraId="667BE668" w14:textId="77777777" w:rsidTr="00B80694">
        <w:trPr>
          <w:tblCellSpacing w:w="15" w:type="dxa"/>
        </w:trPr>
        <w:tc>
          <w:tcPr>
            <w:tcW w:w="4775" w:type="dxa"/>
            <w:vAlign w:val="bottom"/>
          </w:tcPr>
          <w:p w14:paraId="0B9BE822" w14:textId="77777777" w:rsidR="00B80694" w:rsidRDefault="00B80694" w:rsidP="00621353">
            <w:pPr>
              <w:pStyle w:val="Stil4"/>
              <w:rPr>
                <w:color w:val="333333"/>
                <w:sz w:val="18"/>
                <w:szCs w:val="18"/>
              </w:rPr>
            </w:pPr>
            <w:r>
              <w:rPr>
                <w:color w:val="333333"/>
                <w:sz w:val="18"/>
                <w:szCs w:val="18"/>
              </w:rPr>
              <w:t>Projeksiyon</w:t>
            </w:r>
          </w:p>
        </w:tc>
        <w:tc>
          <w:tcPr>
            <w:tcW w:w="4066" w:type="dxa"/>
            <w:vAlign w:val="center"/>
          </w:tcPr>
          <w:p w14:paraId="77252150" w14:textId="77777777" w:rsidR="00B80694" w:rsidRPr="00E03019" w:rsidRDefault="00907C78" w:rsidP="00621353">
            <w:pPr>
              <w:pStyle w:val="Stil4"/>
            </w:pPr>
            <w:r>
              <w:t>15</w:t>
            </w:r>
          </w:p>
        </w:tc>
      </w:tr>
      <w:tr w:rsidR="00B80694" w:rsidRPr="00E03019" w14:paraId="1AB80CFB" w14:textId="77777777" w:rsidTr="00B80694">
        <w:trPr>
          <w:tblCellSpacing w:w="15" w:type="dxa"/>
        </w:trPr>
        <w:tc>
          <w:tcPr>
            <w:tcW w:w="4775" w:type="dxa"/>
            <w:vAlign w:val="bottom"/>
          </w:tcPr>
          <w:p w14:paraId="3A4316CC" w14:textId="77777777" w:rsidR="00B80694" w:rsidRDefault="00B80694" w:rsidP="00621353">
            <w:pPr>
              <w:pStyle w:val="Stil4"/>
              <w:rPr>
                <w:color w:val="333333"/>
                <w:sz w:val="18"/>
                <w:szCs w:val="18"/>
              </w:rPr>
            </w:pPr>
            <w:r>
              <w:rPr>
                <w:color w:val="333333"/>
                <w:sz w:val="18"/>
                <w:szCs w:val="18"/>
              </w:rPr>
              <w:t>El Terminali</w:t>
            </w:r>
          </w:p>
        </w:tc>
        <w:tc>
          <w:tcPr>
            <w:tcW w:w="4066" w:type="dxa"/>
            <w:vAlign w:val="center"/>
          </w:tcPr>
          <w:p w14:paraId="3ACE62FB" w14:textId="77777777" w:rsidR="00B80694" w:rsidRPr="00E03019" w:rsidRDefault="00907C78" w:rsidP="00621353">
            <w:pPr>
              <w:pStyle w:val="Stil4"/>
            </w:pPr>
            <w:r>
              <w:t>0</w:t>
            </w:r>
          </w:p>
        </w:tc>
      </w:tr>
      <w:tr w:rsidR="00B80694" w:rsidRPr="00E03019" w14:paraId="46EB55C5" w14:textId="77777777" w:rsidTr="00B80694">
        <w:trPr>
          <w:tblCellSpacing w:w="15" w:type="dxa"/>
        </w:trPr>
        <w:tc>
          <w:tcPr>
            <w:tcW w:w="4775" w:type="dxa"/>
            <w:vAlign w:val="bottom"/>
          </w:tcPr>
          <w:p w14:paraId="21D6ABD6" w14:textId="77777777" w:rsidR="00B80694" w:rsidRDefault="00B80694" w:rsidP="00621353">
            <w:pPr>
              <w:pStyle w:val="Stil4"/>
              <w:rPr>
                <w:color w:val="333333"/>
                <w:sz w:val="18"/>
                <w:szCs w:val="18"/>
              </w:rPr>
            </w:pPr>
            <w:r>
              <w:rPr>
                <w:color w:val="333333"/>
                <w:sz w:val="18"/>
                <w:szCs w:val="18"/>
              </w:rPr>
              <w:t>Televizyon</w:t>
            </w:r>
          </w:p>
        </w:tc>
        <w:tc>
          <w:tcPr>
            <w:tcW w:w="4066" w:type="dxa"/>
            <w:vAlign w:val="center"/>
          </w:tcPr>
          <w:p w14:paraId="438B027D" w14:textId="77777777" w:rsidR="00B80694" w:rsidRPr="00E03019" w:rsidRDefault="00907C78" w:rsidP="00621353">
            <w:pPr>
              <w:pStyle w:val="Stil4"/>
            </w:pPr>
            <w:r>
              <w:t>5</w:t>
            </w:r>
          </w:p>
        </w:tc>
      </w:tr>
      <w:tr w:rsidR="00B80694" w:rsidRPr="00E03019" w14:paraId="7F5F097D" w14:textId="77777777" w:rsidTr="00B80694">
        <w:trPr>
          <w:tblCellSpacing w:w="15" w:type="dxa"/>
        </w:trPr>
        <w:tc>
          <w:tcPr>
            <w:tcW w:w="4775" w:type="dxa"/>
            <w:vAlign w:val="bottom"/>
          </w:tcPr>
          <w:p w14:paraId="4D4630AC" w14:textId="77777777" w:rsidR="00B80694" w:rsidRDefault="00B80694" w:rsidP="00621353">
            <w:pPr>
              <w:pStyle w:val="Stil4"/>
              <w:rPr>
                <w:color w:val="333333"/>
                <w:sz w:val="18"/>
                <w:szCs w:val="18"/>
              </w:rPr>
            </w:pPr>
            <w:r>
              <w:rPr>
                <w:color w:val="333333"/>
                <w:sz w:val="18"/>
                <w:szCs w:val="18"/>
              </w:rPr>
              <w:t>Depolama Ünitesi</w:t>
            </w:r>
          </w:p>
        </w:tc>
        <w:tc>
          <w:tcPr>
            <w:tcW w:w="4066" w:type="dxa"/>
            <w:vAlign w:val="center"/>
          </w:tcPr>
          <w:p w14:paraId="18C6029D" w14:textId="77777777" w:rsidR="00B80694" w:rsidRPr="00E03019" w:rsidRDefault="00907C78" w:rsidP="00621353">
            <w:pPr>
              <w:pStyle w:val="Stil4"/>
            </w:pPr>
            <w:r>
              <w:t>0</w:t>
            </w:r>
          </w:p>
        </w:tc>
      </w:tr>
      <w:tr w:rsidR="00B80694" w:rsidRPr="00E03019" w14:paraId="4984D2C0" w14:textId="77777777" w:rsidTr="00B80694">
        <w:trPr>
          <w:tblCellSpacing w:w="15" w:type="dxa"/>
        </w:trPr>
        <w:tc>
          <w:tcPr>
            <w:tcW w:w="4775" w:type="dxa"/>
            <w:vAlign w:val="bottom"/>
          </w:tcPr>
          <w:p w14:paraId="7BFBF30C" w14:textId="77777777" w:rsidR="00B80694" w:rsidRDefault="00B80694" w:rsidP="00621353">
            <w:pPr>
              <w:pStyle w:val="Stil4"/>
              <w:rPr>
                <w:color w:val="333333"/>
                <w:sz w:val="18"/>
                <w:szCs w:val="18"/>
              </w:rPr>
            </w:pPr>
            <w:r>
              <w:rPr>
                <w:color w:val="333333"/>
                <w:sz w:val="18"/>
                <w:szCs w:val="18"/>
              </w:rPr>
              <w:t>Sunucu</w:t>
            </w:r>
          </w:p>
        </w:tc>
        <w:tc>
          <w:tcPr>
            <w:tcW w:w="4066" w:type="dxa"/>
            <w:vAlign w:val="center"/>
          </w:tcPr>
          <w:p w14:paraId="0BA81045" w14:textId="77777777" w:rsidR="00B80694" w:rsidRPr="00E03019" w:rsidRDefault="00907C78" w:rsidP="00621353">
            <w:pPr>
              <w:pStyle w:val="Stil4"/>
            </w:pPr>
            <w:r>
              <w:t>1</w:t>
            </w:r>
          </w:p>
        </w:tc>
      </w:tr>
      <w:tr w:rsidR="00B80694" w:rsidRPr="00E03019" w14:paraId="5E12833A" w14:textId="77777777" w:rsidTr="009D611D">
        <w:trPr>
          <w:tblCellSpacing w:w="15" w:type="dxa"/>
        </w:trPr>
        <w:tc>
          <w:tcPr>
            <w:tcW w:w="4775" w:type="dxa"/>
            <w:vAlign w:val="center"/>
          </w:tcPr>
          <w:p w14:paraId="0795E59F" w14:textId="77777777" w:rsidR="00B80694" w:rsidRDefault="00B80694" w:rsidP="00621353">
            <w:pPr>
              <w:pStyle w:val="Stil4"/>
              <w:rPr>
                <w:szCs w:val="20"/>
              </w:rPr>
            </w:pPr>
            <w:r>
              <w:rPr>
                <w:szCs w:val="20"/>
              </w:rPr>
              <w:t>Kart Okuyucu</w:t>
            </w:r>
          </w:p>
        </w:tc>
        <w:tc>
          <w:tcPr>
            <w:tcW w:w="4066" w:type="dxa"/>
            <w:vAlign w:val="center"/>
          </w:tcPr>
          <w:p w14:paraId="1C96BE62" w14:textId="77777777" w:rsidR="00B80694" w:rsidRPr="00E03019" w:rsidRDefault="00907C78" w:rsidP="00621353">
            <w:pPr>
              <w:pStyle w:val="Stil4"/>
            </w:pPr>
            <w:r>
              <w:t>1</w:t>
            </w:r>
          </w:p>
        </w:tc>
      </w:tr>
      <w:tr w:rsidR="00B80694" w:rsidRPr="00E03019" w14:paraId="19263FC2" w14:textId="77777777" w:rsidTr="00B80694">
        <w:trPr>
          <w:tblCellSpacing w:w="15" w:type="dxa"/>
        </w:trPr>
        <w:tc>
          <w:tcPr>
            <w:tcW w:w="4775" w:type="dxa"/>
            <w:vAlign w:val="bottom"/>
          </w:tcPr>
          <w:p w14:paraId="074128CE" w14:textId="77777777" w:rsidR="00B80694" w:rsidRDefault="00B80694" w:rsidP="00621353">
            <w:pPr>
              <w:pStyle w:val="Stil4"/>
              <w:rPr>
                <w:color w:val="333333"/>
                <w:sz w:val="18"/>
                <w:szCs w:val="18"/>
              </w:rPr>
            </w:pPr>
            <w:r>
              <w:rPr>
                <w:color w:val="333333"/>
                <w:sz w:val="18"/>
                <w:szCs w:val="18"/>
              </w:rPr>
              <w:t>Fotokopi Makinesi</w:t>
            </w:r>
          </w:p>
        </w:tc>
        <w:tc>
          <w:tcPr>
            <w:tcW w:w="4066" w:type="dxa"/>
            <w:vAlign w:val="center"/>
          </w:tcPr>
          <w:p w14:paraId="69C72D6B" w14:textId="77777777" w:rsidR="00B80694" w:rsidRPr="00E03019" w:rsidRDefault="00907C78" w:rsidP="00621353">
            <w:pPr>
              <w:pStyle w:val="Stil4"/>
            </w:pPr>
            <w:r>
              <w:t>2</w:t>
            </w:r>
          </w:p>
        </w:tc>
      </w:tr>
      <w:tr w:rsidR="00B80694" w:rsidRPr="00E03019" w14:paraId="23AD812E" w14:textId="77777777" w:rsidTr="00B80694">
        <w:trPr>
          <w:tblCellSpacing w:w="15" w:type="dxa"/>
        </w:trPr>
        <w:tc>
          <w:tcPr>
            <w:tcW w:w="4775" w:type="dxa"/>
            <w:vAlign w:val="bottom"/>
          </w:tcPr>
          <w:p w14:paraId="6B68BFCE" w14:textId="77777777" w:rsidR="00B80694" w:rsidRDefault="00B80694" w:rsidP="00621353">
            <w:pPr>
              <w:pStyle w:val="Stil4"/>
              <w:rPr>
                <w:color w:val="333333"/>
                <w:sz w:val="18"/>
                <w:szCs w:val="18"/>
              </w:rPr>
            </w:pPr>
            <w:r>
              <w:rPr>
                <w:color w:val="333333"/>
                <w:sz w:val="18"/>
                <w:szCs w:val="18"/>
              </w:rPr>
              <w:t>Faks</w:t>
            </w:r>
          </w:p>
        </w:tc>
        <w:tc>
          <w:tcPr>
            <w:tcW w:w="4066" w:type="dxa"/>
            <w:vAlign w:val="center"/>
          </w:tcPr>
          <w:p w14:paraId="2C9322DF" w14:textId="77777777" w:rsidR="00B80694" w:rsidRPr="00E03019" w:rsidRDefault="00907C78" w:rsidP="00621353">
            <w:pPr>
              <w:pStyle w:val="Stil4"/>
            </w:pPr>
            <w:r>
              <w:t>1</w:t>
            </w:r>
          </w:p>
        </w:tc>
      </w:tr>
      <w:tr w:rsidR="00B80694" w:rsidRPr="00E03019" w14:paraId="384D9590" w14:textId="77777777" w:rsidTr="00B80694">
        <w:trPr>
          <w:tblCellSpacing w:w="15" w:type="dxa"/>
        </w:trPr>
        <w:tc>
          <w:tcPr>
            <w:tcW w:w="4775" w:type="dxa"/>
            <w:vAlign w:val="bottom"/>
          </w:tcPr>
          <w:p w14:paraId="52419614" w14:textId="77777777" w:rsidR="00B80694" w:rsidRDefault="00B80694" w:rsidP="00621353">
            <w:pPr>
              <w:pStyle w:val="Stil4"/>
              <w:rPr>
                <w:color w:val="333333"/>
                <w:sz w:val="18"/>
                <w:szCs w:val="18"/>
              </w:rPr>
            </w:pPr>
            <w:r>
              <w:rPr>
                <w:color w:val="333333"/>
                <w:sz w:val="18"/>
                <w:szCs w:val="18"/>
              </w:rPr>
              <w:t>Tepegöz</w:t>
            </w:r>
          </w:p>
        </w:tc>
        <w:tc>
          <w:tcPr>
            <w:tcW w:w="4066" w:type="dxa"/>
            <w:vAlign w:val="center"/>
          </w:tcPr>
          <w:p w14:paraId="39276B56" w14:textId="77777777" w:rsidR="00B80694" w:rsidRPr="00E03019" w:rsidRDefault="00907C78" w:rsidP="00621353">
            <w:pPr>
              <w:pStyle w:val="Stil4"/>
            </w:pPr>
            <w:r>
              <w:t>0</w:t>
            </w:r>
          </w:p>
        </w:tc>
      </w:tr>
      <w:tr w:rsidR="00B80694" w:rsidRPr="00E03019" w14:paraId="14016E5F" w14:textId="77777777" w:rsidTr="00B80694">
        <w:trPr>
          <w:tblCellSpacing w:w="15" w:type="dxa"/>
        </w:trPr>
        <w:tc>
          <w:tcPr>
            <w:tcW w:w="4775" w:type="dxa"/>
            <w:vAlign w:val="bottom"/>
          </w:tcPr>
          <w:p w14:paraId="136F8E8E" w14:textId="77777777" w:rsidR="00B80694" w:rsidRDefault="00B80694" w:rsidP="00621353">
            <w:pPr>
              <w:pStyle w:val="Stil4"/>
              <w:rPr>
                <w:color w:val="333333"/>
                <w:sz w:val="18"/>
                <w:szCs w:val="18"/>
              </w:rPr>
            </w:pPr>
            <w:r>
              <w:rPr>
                <w:color w:val="333333"/>
                <w:sz w:val="18"/>
                <w:szCs w:val="18"/>
              </w:rPr>
              <w:t>Barkod Okuyucu</w:t>
            </w:r>
          </w:p>
        </w:tc>
        <w:tc>
          <w:tcPr>
            <w:tcW w:w="4066" w:type="dxa"/>
            <w:vAlign w:val="center"/>
          </w:tcPr>
          <w:p w14:paraId="39BC9DE0" w14:textId="77777777" w:rsidR="00B80694" w:rsidRPr="00E03019" w:rsidRDefault="00907C78" w:rsidP="00621353">
            <w:pPr>
              <w:pStyle w:val="Stil4"/>
            </w:pPr>
            <w:r>
              <w:t>1</w:t>
            </w:r>
          </w:p>
        </w:tc>
      </w:tr>
      <w:tr w:rsidR="00B80694" w:rsidRPr="00E03019" w14:paraId="391408DC" w14:textId="77777777" w:rsidTr="00B80694">
        <w:trPr>
          <w:tblCellSpacing w:w="15" w:type="dxa"/>
        </w:trPr>
        <w:tc>
          <w:tcPr>
            <w:tcW w:w="4775" w:type="dxa"/>
            <w:vAlign w:val="bottom"/>
          </w:tcPr>
          <w:p w14:paraId="15F3FDBE" w14:textId="77777777" w:rsidR="00B80694" w:rsidRDefault="00B80694" w:rsidP="00621353">
            <w:pPr>
              <w:pStyle w:val="Stil4"/>
              <w:rPr>
                <w:color w:val="333333"/>
                <w:sz w:val="18"/>
                <w:szCs w:val="18"/>
              </w:rPr>
            </w:pPr>
            <w:r>
              <w:rPr>
                <w:color w:val="333333"/>
                <w:sz w:val="18"/>
                <w:szCs w:val="18"/>
              </w:rPr>
              <w:t>Güvenlik Kamerası</w:t>
            </w:r>
          </w:p>
        </w:tc>
        <w:tc>
          <w:tcPr>
            <w:tcW w:w="4066" w:type="dxa"/>
            <w:vAlign w:val="center"/>
          </w:tcPr>
          <w:p w14:paraId="4C5A2396" w14:textId="77777777" w:rsidR="00B80694" w:rsidRPr="00E03019" w:rsidRDefault="00907C78" w:rsidP="00621353">
            <w:pPr>
              <w:pStyle w:val="Stil4"/>
            </w:pPr>
            <w:r>
              <w:t>34</w:t>
            </w:r>
          </w:p>
        </w:tc>
      </w:tr>
      <w:tr w:rsidR="00B80694" w:rsidRPr="00E03019" w14:paraId="02A48593" w14:textId="77777777" w:rsidTr="00B80694">
        <w:trPr>
          <w:tblCellSpacing w:w="15" w:type="dxa"/>
        </w:trPr>
        <w:tc>
          <w:tcPr>
            <w:tcW w:w="4775" w:type="dxa"/>
            <w:vAlign w:val="bottom"/>
          </w:tcPr>
          <w:p w14:paraId="50A4B1D1" w14:textId="77777777" w:rsidR="00B80694" w:rsidRDefault="00B80694" w:rsidP="00621353">
            <w:pPr>
              <w:pStyle w:val="Stil4"/>
              <w:rPr>
                <w:color w:val="333333"/>
                <w:sz w:val="18"/>
                <w:szCs w:val="18"/>
              </w:rPr>
            </w:pPr>
            <w:r>
              <w:rPr>
                <w:color w:val="333333"/>
                <w:sz w:val="18"/>
                <w:szCs w:val="18"/>
              </w:rPr>
              <w:t>Klima</w:t>
            </w:r>
          </w:p>
        </w:tc>
        <w:tc>
          <w:tcPr>
            <w:tcW w:w="4066" w:type="dxa"/>
            <w:vAlign w:val="center"/>
          </w:tcPr>
          <w:p w14:paraId="59468D38" w14:textId="77777777" w:rsidR="00B80694" w:rsidRDefault="00B80694" w:rsidP="00621353">
            <w:pPr>
              <w:pStyle w:val="Stil4"/>
              <w:rPr>
                <w:color w:val="000000"/>
                <w:szCs w:val="20"/>
              </w:rPr>
            </w:pPr>
            <w:r>
              <w:rPr>
                <w:color w:val="000000"/>
                <w:szCs w:val="20"/>
              </w:rPr>
              <w:t> </w:t>
            </w:r>
            <w:r w:rsidR="00DB5C90">
              <w:rPr>
                <w:color w:val="000000"/>
                <w:szCs w:val="20"/>
              </w:rPr>
              <w:t>6</w:t>
            </w:r>
          </w:p>
        </w:tc>
      </w:tr>
    </w:tbl>
    <w:p w14:paraId="7CA4FEEA" w14:textId="77777777" w:rsidR="00B80694" w:rsidRDefault="00B80694" w:rsidP="00CA5720"/>
    <w:p w14:paraId="1339F9FD" w14:textId="77777777" w:rsidR="00E24BA4" w:rsidRPr="00E03019" w:rsidRDefault="00E24BA4" w:rsidP="00E24BA4">
      <w:pPr>
        <w:pStyle w:val="Stil2"/>
      </w:pPr>
      <w:bookmarkStart w:id="18" w:name="_Toc217311500"/>
      <w:bookmarkEnd w:id="17"/>
      <w:r>
        <w:t>4</w:t>
      </w:r>
      <w:r w:rsidRPr="00E03019">
        <w:t>. İnsan Kaynakları</w:t>
      </w:r>
      <w:bookmarkEnd w:id="18"/>
    </w:p>
    <w:p w14:paraId="2F596CC8" w14:textId="77777777" w:rsidR="00E24BA4" w:rsidRPr="00E03019" w:rsidRDefault="00E24BA4" w:rsidP="00E24BA4">
      <w:pPr>
        <w:pStyle w:val="Stil2"/>
      </w:pPr>
      <w:bookmarkStart w:id="19" w:name="_Toc217311501"/>
      <w:r>
        <w:t>4.1.</w:t>
      </w:r>
      <w:r w:rsidRPr="00E03019">
        <w:t xml:space="preserve"> </w:t>
      </w:r>
      <w:r>
        <w:t>Akademik Personel</w:t>
      </w:r>
      <w:bookmarkEnd w:id="19"/>
    </w:p>
    <w:p w14:paraId="14AEF672" w14:textId="77777777" w:rsidR="00E24BA4" w:rsidRDefault="00E24BA4" w:rsidP="00E24BA4">
      <w:r w:rsidRPr="00AE69E5">
        <w:t>Akademik</w:t>
      </w:r>
      <w:r>
        <w:rPr>
          <w:spacing w:val="-3"/>
        </w:rPr>
        <w:t xml:space="preserve"> </w:t>
      </w:r>
      <w:r>
        <w:t>Personelin</w:t>
      </w:r>
      <w:r>
        <w:rPr>
          <w:spacing w:val="-5"/>
        </w:rPr>
        <w:t xml:space="preserve"> </w:t>
      </w:r>
      <w:r>
        <w:t xml:space="preserve">Unvanı </w:t>
      </w:r>
    </w:p>
    <w:tbl>
      <w:tblPr>
        <w:tblW w:w="90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43"/>
        <w:gridCol w:w="1276"/>
        <w:gridCol w:w="1276"/>
        <w:gridCol w:w="1701"/>
        <w:gridCol w:w="1417"/>
        <w:gridCol w:w="1560"/>
      </w:tblGrid>
      <w:tr w:rsidR="00E24BA4" w:rsidRPr="00E03019" w14:paraId="40382EF5" w14:textId="77777777" w:rsidTr="007860A3">
        <w:trPr>
          <w:tblHeader/>
          <w:tblCellSpacing w:w="15" w:type="dxa"/>
        </w:trPr>
        <w:tc>
          <w:tcPr>
            <w:tcW w:w="1798" w:type="dxa"/>
            <w:shd w:val="clear" w:color="auto" w:fill="B99C71"/>
            <w:hideMark/>
          </w:tcPr>
          <w:p w14:paraId="17313953" w14:textId="77777777" w:rsidR="00E24BA4" w:rsidRPr="00E03019" w:rsidRDefault="00E24BA4" w:rsidP="009D611D">
            <w:pPr>
              <w:pStyle w:val="Stil4"/>
            </w:pPr>
          </w:p>
        </w:tc>
        <w:tc>
          <w:tcPr>
            <w:tcW w:w="1246" w:type="dxa"/>
            <w:shd w:val="clear" w:color="auto" w:fill="B99C71"/>
            <w:vAlign w:val="center"/>
            <w:hideMark/>
          </w:tcPr>
          <w:p w14:paraId="44E82AFE" w14:textId="77777777" w:rsidR="00E24BA4" w:rsidRPr="00E03019" w:rsidRDefault="00E24BA4" w:rsidP="007860A3">
            <w:pPr>
              <w:pStyle w:val="Stil4"/>
              <w:jc w:val="center"/>
            </w:pPr>
            <w:r w:rsidRPr="00471713">
              <w:rPr>
                <w:spacing w:val="-2"/>
              </w:rPr>
              <w:t>Profesör</w:t>
            </w:r>
          </w:p>
        </w:tc>
        <w:tc>
          <w:tcPr>
            <w:tcW w:w="1246" w:type="dxa"/>
            <w:shd w:val="clear" w:color="auto" w:fill="B99C71"/>
            <w:vAlign w:val="center"/>
            <w:hideMark/>
          </w:tcPr>
          <w:p w14:paraId="6329BF9C" w14:textId="77777777" w:rsidR="00E24BA4" w:rsidRPr="00E03019" w:rsidRDefault="00E24BA4" w:rsidP="007860A3">
            <w:pPr>
              <w:pStyle w:val="Stil4"/>
              <w:jc w:val="center"/>
            </w:pPr>
            <w:r w:rsidRPr="00471713">
              <w:rPr>
                <w:spacing w:val="-2"/>
              </w:rPr>
              <w:t>Doçent</w:t>
            </w:r>
          </w:p>
        </w:tc>
        <w:tc>
          <w:tcPr>
            <w:tcW w:w="1671" w:type="dxa"/>
            <w:shd w:val="clear" w:color="auto" w:fill="B99C71"/>
            <w:vAlign w:val="center"/>
          </w:tcPr>
          <w:p w14:paraId="53A8B111" w14:textId="77777777" w:rsidR="00E24BA4" w:rsidRPr="00471713" w:rsidRDefault="00E24BA4" w:rsidP="007860A3">
            <w:pPr>
              <w:pStyle w:val="Stil4"/>
              <w:jc w:val="center"/>
            </w:pPr>
            <w:r w:rsidRPr="00471713">
              <w:rPr>
                <w:spacing w:val="-5"/>
              </w:rPr>
              <w:t>Dr.</w:t>
            </w:r>
          </w:p>
          <w:p w14:paraId="099DBA83" w14:textId="46FC17E3" w:rsidR="00E24BA4" w:rsidRPr="00471713" w:rsidRDefault="00E24BA4" w:rsidP="00C81C37">
            <w:pPr>
              <w:pStyle w:val="Stil4"/>
              <w:jc w:val="center"/>
            </w:pPr>
            <w:r w:rsidRPr="00471713">
              <w:rPr>
                <w:spacing w:val="-2"/>
              </w:rPr>
              <w:t>Öğr</w:t>
            </w:r>
            <w:r w:rsidR="00C81C37">
              <w:rPr>
                <w:spacing w:val="-2"/>
              </w:rPr>
              <w:t xml:space="preserve">. </w:t>
            </w:r>
            <w:r w:rsidRPr="00471713">
              <w:rPr>
                <w:spacing w:val="-4"/>
              </w:rPr>
              <w:t>Üyesi</w:t>
            </w:r>
          </w:p>
        </w:tc>
        <w:tc>
          <w:tcPr>
            <w:tcW w:w="1387" w:type="dxa"/>
            <w:shd w:val="clear" w:color="auto" w:fill="B99C71"/>
            <w:vAlign w:val="center"/>
          </w:tcPr>
          <w:p w14:paraId="0308E532" w14:textId="27BD9671" w:rsidR="00E24BA4" w:rsidRPr="00471713" w:rsidRDefault="00E24BA4" w:rsidP="00C81C37">
            <w:pPr>
              <w:pStyle w:val="Stil4"/>
              <w:jc w:val="center"/>
            </w:pPr>
            <w:r w:rsidRPr="00471713">
              <w:rPr>
                <w:spacing w:val="-2"/>
              </w:rPr>
              <w:t>Öğr</w:t>
            </w:r>
            <w:r w:rsidR="00C81C37">
              <w:rPr>
                <w:spacing w:val="-2"/>
              </w:rPr>
              <w:t xml:space="preserve">. </w:t>
            </w:r>
            <w:r w:rsidRPr="00471713">
              <w:rPr>
                <w:spacing w:val="-2"/>
              </w:rPr>
              <w:t>Gör</w:t>
            </w:r>
            <w:r w:rsidR="00C81C37">
              <w:rPr>
                <w:spacing w:val="-2"/>
              </w:rPr>
              <w:t>.</w:t>
            </w:r>
          </w:p>
        </w:tc>
        <w:tc>
          <w:tcPr>
            <w:tcW w:w="1515" w:type="dxa"/>
            <w:shd w:val="clear" w:color="auto" w:fill="B99C71"/>
            <w:vAlign w:val="center"/>
          </w:tcPr>
          <w:p w14:paraId="074D6C16" w14:textId="5A682679" w:rsidR="00E24BA4" w:rsidRPr="00471713" w:rsidRDefault="00E24BA4" w:rsidP="00C81C37">
            <w:pPr>
              <w:pStyle w:val="Stil4"/>
              <w:jc w:val="center"/>
            </w:pPr>
            <w:r w:rsidRPr="00471713">
              <w:rPr>
                <w:spacing w:val="-2"/>
              </w:rPr>
              <w:t>Ar</w:t>
            </w:r>
            <w:r w:rsidR="00C81C37">
              <w:rPr>
                <w:spacing w:val="-2"/>
              </w:rPr>
              <w:t xml:space="preserve">. </w:t>
            </w:r>
            <w:r w:rsidRPr="00471713">
              <w:rPr>
                <w:spacing w:val="-2"/>
              </w:rPr>
              <w:t>Gör</w:t>
            </w:r>
            <w:r w:rsidR="00C81C37">
              <w:rPr>
                <w:spacing w:val="-2"/>
              </w:rPr>
              <w:t>.</w:t>
            </w:r>
          </w:p>
        </w:tc>
      </w:tr>
      <w:tr w:rsidR="00E24BA4" w:rsidRPr="00E03019" w14:paraId="4506C667" w14:textId="77777777" w:rsidTr="00C81C37">
        <w:trPr>
          <w:tblCellSpacing w:w="15" w:type="dxa"/>
        </w:trPr>
        <w:tc>
          <w:tcPr>
            <w:tcW w:w="1798" w:type="dxa"/>
            <w:hideMark/>
          </w:tcPr>
          <w:p w14:paraId="466E48DB" w14:textId="77777777" w:rsidR="00E24BA4" w:rsidRPr="00E03019" w:rsidRDefault="00E24BA4" w:rsidP="009D611D">
            <w:pPr>
              <w:pStyle w:val="Stil4"/>
            </w:pPr>
            <w:r w:rsidRPr="00471713">
              <w:rPr>
                <w:spacing w:val="-4"/>
              </w:rPr>
              <w:t>Kadın</w:t>
            </w:r>
          </w:p>
        </w:tc>
        <w:tc>
          <w:tcPr>
            <w:tcW w:w="1246" w:type="dxa"/>
            <w:vAlign w:val="center"/>
          </w:tcPr>
          <w:p w14:paraId="0FEDDEA4" w14:textId="6898E6DE" w:rsidR="00E24BA4" w:rsidRPr="00E03019" w:rsidRDefault="00C81C37" w:rsidP="00C81C37">
            <w:pPr>
              <w:pStyle w:val="Stil4"/>
              <w:jc w:val="center"/>
            </w:pPr>
            <w:r>
              <w:t>-</w:t>
            </w:r>
          </w:p>
        </w:tc>
        <w:tc>
          <w:tcPr>
            <w:tcW w:w="1246" w:type="dxa"/>
            <w:vAlign w:val="center"/>
          </w:tcPr>
          <w:p w14:paraId="3382EE54" w14:textId="219E1B43" w:rsidR="00E24BA4" w:rsidRPr="00E03019" w:rsidRDefault="00C81C37" w:rsidP="00C81C37">
            <w:pPr>
              <w:pStyle w:val="Stil4"/>
              <w:jc w:val="center"/>
            </w:pPr>
            <w:r>
              <w:t>-</w:t>
            </w:r>
          </w:p>
        </w:tc>
        <w:tc>
          <w:tcPr>
            <w:tcW w:w="1671" w:type="dxa"/>
            <w:vAlign w:val="center"/>
          </w:tcPr>
          <w:p w14:paraId="40FDE18F" w14:textId="7923B918" w:rsidR="00E24BA4" w:rsidRPr="00471713" w:rsidRDefault="00C81C37" w:rsidP="00C81C37">
            <w:pPr>
              <w:pStyle w:val="Stil4"/>
              <w:jc w:val="center"/>
            </w:pPr>
            <w:r>
              <w:t>-</w:t>
            </w:r>
          </w:p>
        </w:tc>
        <w:tc>
          <w:tcPr>
            <w:tcW w:w="1387" w:type="dxa"/>
            <w:vAlign w:val="center"/>
          </w:tcPr>
          <w:p w14:paraId="66C30B01" w14:textId="77777777" w:rsidR="00E24BA4" w:rsidRPr="00471713" w:rsidRDefault="0069225A" w:rsidP="00C81C37">
            <w:pPr>
              <w:pStyle w:val="Stil4"/>
              <w:jc w:val="center"/>
            </w:pPr>
            <w:r>
              <w:t>1</w:t>
            </w:r>
          </w:p>
        </w:tc>
        <w:tc>
          <w:tcPr>
            <w:tcW w:w="1515" w:type="dxa"/>
            <w:vAlign w:val="center"/>
          </w:tcPr>
          <w:p w14:paraId="638A2052" w14:textId="6A80C54D" w:rsidR="00E24BA4" w:rsidRPr="00471713" w:rsidRDefault="00C81C37" w:rsidP="00C81C37">
            <w:pPr>
              <w:pStyle w:val="Stil4"/>
              <w:jc w:val="center"/>
            </w:pPr>
            <w:r>
              <w:t>-</w:t>
            </w:r>
          </w:p>
        </w:tc>
      </w:tr>
      <w:tr w:rsidR="00E24BA4" w:rsidRPr="00E03019" w14:paraId="0CA0E6C5" w14:textId="77777777" w:rsidTr="00C81C37">
        <w:trPr>
          <w:tblCellSpacing w:w="15" w:type="dxa"/>
        </w:trPr>
        <w:tc>
          <w:tcPr>
            <w:tcW w:w="1798" w:type="dxa"/>
            <w:hideMark/>
          </w:tcPr>
          <w:p w14:paraId="2FF62460" w14:textId="77777777" w:rsidR="00E24BA4" w:rsidRPr="00E03019" w:rsidRDefault="00E24BA4" w:rsidP="009D611D">
            <w:pPr>
              <w:pStyle w:val="Stil4"/>
            </w:pPr>
            <w:r w:rsidRPr="00471713">
              <w:rPr>
                <w:spacing w:val="-2"/>
              </w:rPr>
              <w:t>Erkek</w:t>
            </w:r>
          </w:p>
        </w:tc>
        <w:tc>
          <w:tcPr>
            <w:tcW w:w="1246" w:type="dxa"/>
            <w:vAlign w:val="center"/>
          </w:tcPr>
          <w:p w14:paraId="10DE513E" w14:textId="4CDDB69A" w:rsidR="00E24BA4" w:rsidRPr="00E03019" w:rsidRDefault="00C81C37" w:rsidP="00C81C37">
            <w:pPr>
              <w:pStyle w:val="Stil4"/>
              <w:jc w:val="center"/>
            </w:pPr>
            <w:r>
              <w:t>-</w:t>
            </w:r>
          </w:p>
        </w:tc>
        <w:tc>
          <w:tcPr>
            <w:tcW w:w="1246" w:type="dxa"/>
            <w:vAlign w:val="center"/>
          </w:tcPr>
          <w:p w14:paraId="3BDF6D3F" w14:textId="49888D6A" w:rsidR="00E24BA4" w:rsidRPr="00E03019" w:rsidRDefault="00C81C37" w:rsidP="00C81C37">
            <w:pPr>
              <w:pStyle w:val="Stil4"/>
              <w:jc w:val="center"/>
            </w:pPr>
            <w:r>
              <w:t>-</w:t>
            </w:r>
          </w:p>
        </w:tc>
        <w:tc>
          <w:tcPr>
            <w:tcW w:w="1671" w:type="dxa"/>
            <w:vAlign w:val="center"/>
          </w:tcPr>
          <w:p w14:paraId="056EECCC" w14:textId="77777777" w:rsidR="00E24BA4" w:rsidRPr="00471713" w:rsidRDefault="0069225A" w:rsidP="00C81C37">
            <w:pPr>
              <w:pStyle w:val="Stil4"/>
              <w:jc w:val="center"/>
            </w:pPr>
            <w:r>
              <w:t>2</w:t>
            </w:r>
          </w:p>
        </w:tc>
        <w:tc>
          <w:tcPr>
            <w:tcW w:w="1387" w:type="dxa"/>
            <w:vAlign w:val="center"/>
          </w:tcPr>
          <w:p w14:paraId="0B7EF899" w14:textId="77777777" w:rsidR="00E24BA4" w:rsidRPr="00471713" w:rsidRDefault="0069225A" w:rsidP="00C81C37">
            <w:pPr>
              <w:pStyle w:val="Stil4"/>
              <w:jc w:val="center"/>
            </w:pPr>
            <w:r>
              <w:t>7</w:t>
            </w:r>
          </w:p>
        </w:tc>
        <w:tc>
          <w:tcPr>
            <w:tcW w:w="1515" w:type="dxa"/>
            <w:vAlign w:val="center"/>
          </w:tcPr>
          <w:p w14:paraId="2113B8AF" w14:textId="691E1747" w:rsidR="00E24BA4" w:rsidRPr="00471713" w:rsidRDefault="00C81C37" w:rsidP="00C81C37">
            <w:pPr>
              <w:pStyle w:val="Stil4"/>
              <w:jc w:val="center"/>
            </w:pPr>
            <w:r>
              <w:t>-</w:t>
            </w:r>
          </w:p>
        </w:tc>
      </w:tr>
      <w:tr w:rsidR="00E24BA4" w:rsidRPr="00E03019" w14:paraId="0EB68E05" w14:textId="77777777" w:rsidTr="00C81C37">
        <w:trPr>
          <w:tblCellSpacing w:w="15" w:type="dxa"/>
        </w:trPr>
        <w:tc>
          <w:tcPr>
            <w:tcW w:w="1798" w:type="dxa"/>
            <w:hideMark/>
          </w:tcPr>
          <w:p w14:paraId="13C1DB33" w14:textId="77777777" w:rsidR="00E24BA4" w:rsidRPr="00E03019" w:rsidRDefault="00E24BA4" w:rsidP="009D611D">
            <w:pPr>
              <w:pStyle w:val="Stil4"/>
            </w:pPr>
            <w:r w:rsidRPr="00471713">
              <w:rPr>
                <w:spacing w:val="-2"/>
              </w:rPr>
              <w:t>TOPLAM</w:t>
            </w:r>
          </w:p>
        </w:tc>
        <w:tc>
          <w:tcPr>
            <w:tcW w:w="1246" w:type="dxa"/>
            <w:vAlign w:val="center"/>
          </w:tcPr>
          <w:p w14:paraId="0F02FFE2" w14:textId="70B3179F" w:rsidR="00E24BA4" w:rsidRPr="00E03019" w:rsidRDefault="00C81C37" w:rsidP="00C81C37">
            <w:pPr>
              <w:pStyle w:val="Stil4"/>
              <w:jc w:val="center"/>
            </w:pPr>
            <w:r>
              <w:t>-</w:t>
            </w:r>
          </w:p>
        </w:tc>
        <w:tc>
          <w:tcPr>
            <w:tcW w:w="1246" w:type="dxa"/>
            <w:vAlign w:val="center"/>
          </w:tcPr>
          <w:p w14:paraId="011F381A" w14:textId="16A5FE91" w:rsidR="00E24BA4" w:rsidRPr="00E03019" w:rsidRDefault="00C81C37" w:rsidP="00C81C37">
            <w:pPr>
              <w:pStyle w:val="Stil4"/>
              <w:jc w:val="center"/>
            </w:pPr>
            <w:r>
              <w:t>-</w:t>
            </w:r>
          </w:p>
        </w:tc>
        <w:tc>
          <w:tcPr>
            <w:tcW w:w="1671" w:type="dxa"/>
            <w:vAlign w:val="center"/>
          </w:tcPr>
          <w:p w14:paraId="25B7FD5C" w14:textId="77777777" w:rsidR="00E24BA4" w:rsidRPr="00471713" w:rsidRDefault="0069225A" w:rsidP="00C81C37">
            <w:pPr>
              <w:pStyle w:val="Stil4"/>
              <w:jc w:val="center"/>
            </w:pPr>
            <w:r>
              <w:t>2</w:t>
            </w:r>
          </w:p>
        </w:tc>
        <w:tc>
          <w:tcPr>
            <w:tcW w:w="1387" w:type="dxa"/>
            <w:vAlign w:val="center"/>
          </w:tcPr>
          <w:p w14:paraId="1E7F89F1" w14:textId="77777777" w:rsidR="00E24BA4" w:rsidRPr="00471713" w:rsidRDefault="0069225A" w:rsidP="00C81C37">
            <w:pPr>
              <w:pStyle w:val="Stil4"/>
              <w:jc w:val="center"/>
            </w:pPr>
            <w:r>
              <w:t>8</w:t>
            </w:r>
          </w:p>
        </w:tc>
        <w:tc>
          <w:tcPr>
            <w:tcW w:w="1515" w:type="dxa"/>
            <w:vAlign w:val="center"/>
          </w:tcPr>
          <w:p w14:paraId="1DDBA786" w14:textId="426FE5BF" w:rsidR="00E24BA4" w:rsidRPr="00471713" w:rsidRDefault="00C81C37" w:rsidP="00C81C37">
            <w:pPr>
              <w:pStyle w:val="Stil4"/>
              <w:jc w:val="center"/>
            </w:pPr>
            <w:r>
              <w:t>-</w:t>
            </w:r>
          </w:p>
        </w:tc>
      </w:tr>
    </w:tbl>
    <w:p w14:paraId="0C7318D8" w14:textId="77777777" w:rsidR="00621353" w:rsidRDefault="00621353" w:rsidP="007F200D"/>
    <w:p w14:paraId="368CC915" w14:textId="77777777" w:rsidR="007F200D" w:rsidRDefault="007F200D" w:rsidP="007F200D">
      <w:r w:rsidRPr="00AE69E5">
        <w:t>Akademik</w:t>
      </w:r>
      <w:r>
        <w:rPr>
          <w:spacing w:val="-3"/>
        </w:rPr>
        <w:t xml:space="preserve"> </w:t>
      </w:r>
      <w:r>
        <w:t>Personelin</w:t>
      </w:r>
      <w:r>
        <w:rPr>
          <w:spacing w:val="-5"/>
        </w:rPr>
        <w:t xml:space="preserve"> </w:t>
      </w:r>
      <w:r>
        <w:t>Yaş Aralığı</w:t>
      </w:r>
    </w:p>
    <w:tbl>
      <w:tblPr>
        <w:tblW w:w="9069" w:type="dxa"/>
        <w:tblInd w:w="-23" w:type="dxa"/>
        <w:tblCellMar>
          <w:left w:w="70" w:type="dxa"/>
          <w:right w:w="70" w:type="dxa"/>
        </w:tblCellMar>
        <w:tblLook w:val="04A0" w:firstRow="1" w:lastRow="0" w:firstColumn="1" w:lastColumn="0" w:noHBand="0" w:noVBand="1"/>
      </w:tblPr>
      <w:tblGrid>
        <w:gridCol w:w="1068"/>
        <w:gridCol w:w="917"/>
        <w:gridCol w:w="1103"/>
        <w:gridCol w:w="1307"/>
        <w:gridCol w:w="1275"/>
        <w:gridCol w:w="1790"/>
        <w:gridCol w:w="1609"/>
      </w:tblGrid>
      <w:tr w:rsidR="007F200D" w:rsidRPr="007F200D" w14:paraId="2F7FC2C4" w14:textId="77777777" w:rsidTr="000E481A">
        <w:trPr>
          <w:trHeight w:val="556"/>
        </w:trPr>
        <w:tc>
          <w:tcPr>
            <w:tcW w:w="0" w:type="auto"/>
            <w:tcBorders>
              <w:top w:val="double" w:sz="6" w:space="0" w:color="auto"/>
              <w:left w:val="double" w:sz="6" w:space="0" w:color="auto"/>
              <w:bottom w:val="double" w:sz="6" w:space="0" w:color="auto"/>
              <w:right w:val="double" w:sz="6" w:space="0" w:color="auto"/>
            </w:tcBorders>
            <w:shd w:val="clear" w:color="000000" w:fill="B99C71"/>
            <w:vAlign w:val="center"/>
            <w:hideMark/>
          </w:tcPr>
          <w:p w14:paraId="520B0C13" w14:textId="77777777" w:rsidR="007F200D" w:rsidRPr="007F200D" w:rsidRDefault="007F200D" w:rsidP="00621353">
            <w:pPr>
              <w:pStyle w:val="Stil4"/>
              <w:rPr>
                <w:lang w:eastAsia="tr-TR"/>
              </w:rPr>
            </w:pPr>
            <w:r w:rsidRPr="007F200D">
              <w:rPr>
                <w:lang w:eastAsia="tr-TR"/>
              </w:rPr>
              <w:t> </w:t>
            </w:r>
          </w:p>
        </w:tc>
        <w:tc>
          <w:tcPr>
            <w:tcW w:w="917" w:type="dxa"/>
            <w:tcBorders>
              <w:top w:val="double" w:sz="6" w:space="0" w:color="auto"/>
              <w:left w:val="nil"/>
              <w:bottom w:val="double" w:sz="6" w:space="0" w:color="auto"/>
              <w:right w:val="double" w:sz="6" w:space="0" w:color="auto"/>
            </w:tcBorders>
            <w:shd w:val="clear" w:color="000000" w:fill="B99C71"/>
            <w:vAlign w:val="center"/>
            <w:hideMark/>
          </w:tcPr>
          <w:p w14:paraId="0CDB042E" w14:textId="77777777" w:rsidR="007F200D" w:rsidRPr="007F200D" w:rsidRDefault="007F200D" w:rsidP="000E481A">
            <w:pPr>
              <w:pStyle w:val="Stil4"/>
              <w:jc w:val="center"/>
              <w:rPr>
                <w:bCs/>
                <w:lang w:eastAsia="tr-TR"/>
              </w:rPr>
            </w:pPr>
            <w:r w:rsidRPr="007F200D">
              <w:rPr>
                <w:bCs/>
                <w:lang w:eastAsia="tr-TR"/>
              </w:rPr>
              <w:t>20-30 Yaş</w:t>
            </w:r>
          </w:p>
        </w:tc>
        <w:tc>
          <w:tcPr>
            <w:tcW w:w="1103" w:type="dxa"/>
            <w:tcBorders>
              <w:top w:val="double" w:sz="6" w:space="0" w:color="auto"/>
              <w:left w:val="nil"/>
              <w:bottom w:val="double" w:sz="6" w:space="0" w:color="auto"/>
              <w:right w:val="double" w:sz="6" w:space="0" w:color="auto"/>
            </w:tcBorders>
            <w:shd w:val="clear" w:color="000000" w:fill="B99C71"/>
            <w:vAlign w:val="center"/>
            <w:hideMark/>
          </w:tcPr>
          <w:p w14:paraId="493C12EE" w14:textId="77777777" w:rsidR="007F200D" w:rsidRPr="007F200D" w:rsidRDefault="007F200D" w:rsidP="000E481A">
            <w:pPr>
              <w:pStyle w:val="Stil4"/>
              <w:jc w:val="center"/>
              <w:rPr>
                <w:bCs/>
                <w:lang w:eastAsia="tr-TR"/>
              </w:rPr>
            </w:pPr>
            <w:r w:rsidRPr="007F200D">
              <w:rPr>
                <w:bCs/>
                <w:lang w:eastAsia="tr-TR"/>
              </w:rPr>
              <w:t>31-40 Yaş</w:t>
            </w:r>
          </w:p>
        </w:tc>
        <w:tc>
          <w:tcPr>
            <w:tcW w:w="1307" w:type="dxa"/>
            <w:tcBorders>
              <w:top w:val="double" w:sz="6" w:space="0" w:color="auto"/>
              <w:left w:val="nil"/>
              <w:bottom w:val="double" w:sz="6" w:space="0" w:color="auto"/>
              <w:right w:val="double" w:sz="6" w:space="0" w:color="auto"/>
            </w:tcBorders>
            <w:shd w:val="clear" w:color="000000" w:fill="B99C71"/>
            <w:vAlign w:val="center"/>
            <w:hideMark/>
          </w:tcPr>
          <w:p w14:paraId="20AF1379" w14:textId="77777777" w:rsidR="007F200D" w:rsidRPr="007F200D" w:rsidRDefault="007F200D" w:rsidP="000E481A">
            <w:pPr>
              <w:pStyle w:val="Stil4"/>
              <w:jc w:val="center"/>
              <w:rPr>
                <w:bCs/>
                <w:lang w:eastAsia="tr-TR"/>
              </w:rPr>
            </w:pPr>
            <w:r w:rsidRPr="007F200D">
              <w:rPr>
                <w:bCs/>
                <w:lang w:eastAsia="tr-TR"/>
              </w:rPr>
              <w:t>41-50 Yaş</w:t>
            </w:r>
          </w:p>
        </w:tc>
        <w:tc>
          <w:tcPr>
            <w:tcW w:w="1275" w:type="dxa"/>
            <w:tcBorders>
              <w:top w:val="double" w:sz="6" w:space="0" w:color="auto"/>
              <w:left w:val="nil"/>
              <w:bottom w:val="double" w:sz="6" w:space="0" w:color="auto"/>
              <w:right w:val="double" w:sz="6" w:space="0" w:color="auto"/>
            </w:tcBorders>
            <w:shd w:val="clear" w:color="000000" w:fill="B99C71"/>
            <w:vAlign w:val="center"/>
            <w:hideMark/>
          </w:tcPr>
          <w:p w14:paraId="778AC8B8" w14:textId="77777777" w:rsidR="007F200D" w:rsidRPr="007F200D" w:rsidRDefault="007F200D" w:rsidP="000E481A">
            <w:pPr>
              <w:pStyle w:val="Stil4"/>
              <w:jc w:val="center"/>
              <w:rPr>
                <w:bCs/>
                <w:lang w:eastAsia="tr-TR"/>
              </w:rPr>
            </w:pPr>
            <w:r w:rsidRPr="007F200D">
              <w:rPr>
                <w:bCs/>
                <w:lang w:eastAsia="tr-TR"/>
              </w:rPr>
              <w:t>51-60 Yaş</w:t>
            </w:r>
          </w:p>
        </w:tc>
        <w:tc>
          <w:tcPr>
            <w:tcW w:w="1790" w:type="dxa"/>
            <w:tcBorders>
              <w:top w:val="double" w:sz="6" w:space="0" w:color="auto"/>
              <w:left w:val="nil"/>
              <w:bottom w:val="double" w:sz="6" w:space="0" w:color="auto"/>
              <w:right w:val="double" w:sz="6" w:space="0" w:color="auto"/>
            </w:tcBorders>
            <w:shd w:val="clear" w:color="000000" w:fill="B99C71"/>
            <w:vAlign w:val="center"/>
            <w:hideMark/>
          </w:tcPr>
          <w:p w14:paraId="22432ACA" w14:textId="77777777" w:rsidR="007F200D" w:rsidRPr="007F200D" w:rsidRDefault="007F200D" w:rsidP="000E481A">
            <w:pPr>
              <w:pStyle w:val="Stil4"/>
              <w:jc w:val="center"/>
              <w:rPr>
                <w:bCs/>
                <w:lang w:eastAsia="tr-TR"/>
              </w:rPr>
            </w:pPr>
            <w:r w:rsidRPr="007F200D">
              <w:rPr>
                <w:bCs/>
                <w:lang w:eastAsia="tr-TR"/>
              </w:rPr>
              <w:t>61 ve Üzeri Yaş</w:t>
            </w:r>
          </w:p>
        </w:tc>
        <w:tc>
          <w:tcPr>
            <w:tcW w:w="1609" w:type="dxa"/>
            <w:tcBorders>
              <w:top w:val="double" w:sz="6" w:space="0" w:color="auto"/>
              <w:left w:val="nil"/>
              <w:bottom w:val="double" w:sz="6" w:space="0" w:color="auto"/>
              <w:right w:val="double" w:sz="6" w:space="0" w:color="auto"/>
            </w:tcBorders>
            <w:shd w:val="clear" w:color="000000" w:fill="B99C71"/>
            <w:vAlign w:val="center"/>
            <w:hideMark/>
          </w:tcPr>
          <w:p w14:paraId="05CD4940" w14:textId="77777777" w:rsidR="007F200D" w:rsidRPr="007F200D" w:rsidRDefault="007F200D" w:rsidP="000E481A">
            <w:pPr>
              <w:pStyle w:val="Stil4"/>
              <w:jc w:val="center"/>
              <w:rPr>
                <w:bCs/>
                <w:lang w:eastAsia="tr-TR"/>
              </w:rPr>
            </w:pPr>
            <w:r w:rsidRPr="007F200D">
              <w:rPr>
                <w:bCs/>
                <w:lang w:eastAsia="tr-TR"/>
              </w:rPr>
              <w:t>Toplam Personel</w:t>
            </w:r>
          </w:p>
        </w:tc>
      </w:tr>
      <w:tr w:rsidR="007F200D" w:rsidRPr="007F200D" w14:paraId="6B940D60" w14:textId="77777777" w:rsidTr="00555C71">
        <w:trPr>
          <w:trHeight w:val="371"/>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535F9A9D" w14:textId="77777777" w:rsidR="007F200D" w:rsidRPr="00690EBB" w:rsidRDefault="007F200D" w:rsidP="00621353">
            <w:pPr>
              <w:pStyle w:val="Stil4"/>
              <w:rPr>
                <w:bCs/>
                <w:color w:val="000000" w:themeColor="text1"/>
                <w:lang w:eastAsia="tr-TR"/>
              </w:rPr>
            </w:pPr>
            <w:r w:rsidRPr="00690EBB">
              <w:rPr>
                <w:bCs/>
                <w:color w:val="000000" w:themeColor="text1"/>
                <w:lang w:eastAsia="tr-TR"/>
              </w:rPr>
              <w:t>Kişi Sayısı</w:t>
            </w:r>
          </w:p>
        </w:tc>
        <w:tc>
          <w:tcPr>
            <w:tcW w:w="917" w:type="dxa"/>
            <w:tcBorders>
              <w:top w:val="nil"/>
              <w:left w:val="nil"/>
              <w:bottom w:val="double" w:sz="6" w:space="0" w:color="auto"/>
              <w:right w:val="double" w:sz="6" w:space="0" w:color="auto"/>
            </w:tcBorders>
            <w:shd w:val="clear" w:color="000000" w:fill="FFFFFF"/>
            <w:vAlign w:val="center"/>
            <w:hideMark/>
          </w:tcPr>
          <w:p w14:paraId="15BB68D5" w14:textId="3FD4C280" w:rsidR="007F200D" w:rsidRPr="007F200D" w:rsidRDefault="001F7C39" w:rsidP="000E481A">
            <w:pPr>
              <w:pStyle w:val="Stil4"/>
              <w:jc w:val="center"/>
              <w:rPr>
                <w:color w:val="000000"/>
                <w:lang w:eastAsia="tr-TR"/>
              </w:rPr>
            </w:pPr>
            <w:r>
              <w:rPr>
                <w:color w:val="000000"/>
                <w:lang w:eastAsia="tr-TR"/>
              </w:rPr>
              <w:t>1</w:t>
            </w:r>
          </w:p>
        </w:tc>
        <w:tc>
          <w:tcPr>
            <w:tcW w:w="1103" w:type="dxa"/>
            <w:tcBorders>
              <w:top w:val="nil"/>
              <w:left w:val="nil"/>
              <w:bottom w:val="double" w:sz="6" w:space="0" w:color="auto"/>
              <w:right w:val="double" w:sz="6" w:space="0" w:color="auto"/>
            </w:tcBorders>
            <w:shd w:val="clear" w:color="000000" w:fill="FFFFFF"/>
            <w:vAlign w:val="center"/>
            <w:hideMark/>
          </w:tcPr>
          <w:p w14:paraId="51B16727" w14:textId="60368E7A" w:rsidR="007F200D" w:rsidRPr="007F200D" w:rsidRDefault="001F7C39" w:rsidP="000E481A">
            <w:pPr>
              <w:pStyle w:val="Stil4"/>
              <w:jc w:val="center"/>
              <w:rPr>
                <w:color w:val="000000"/>
                <w:lang w:eastAsia="tr-TR"/>
              </w:rPr>
            </w:pPr>
            <w:r>
              <w:rPr>
                <w:color w:val="000000"/>
                <w:lang w:eastAsia="tr-TR"/>
              </w:rPr>
              <w:t>6</w:t>
            </w:r>
          </w:p>
        </w:tc>
        <w:tc>
          <w:tcPr>
            <w:tcW w:w="1307" w:type="dxa"/>
            <w:tcBorders>
              <w:top w:val="nil"/>
              <w:left w:val="nil"/>
              <w:bottom w:val="double" w:sz="6" w:space="0" w:color="auto"/>
              <w:right w:val="double" w:sz="6" w:space="0" w:color="auto"/>
            </w:tcBorders>
            <w:shd w:val="clear" w:color="000000" w:fill="FFFFFF"/>
            <w:vAlign w:val="center"/>
            <w:hideMark/>
          </w:tcPr>
          <w:p w14:paraId="1DCF30B7" w14:textId="2804C054" w:rsidR="007F200D" w:rsidRPr="007F200D" w:rsidRDefault="001F7C39" w:rsidP="000E481A">
            <w:pPr>
              <w:pStyle w:val="Stil4"/>
              <w:jc w:val="center"/>
              <w:rPr>
                <w:color w:val="000000"/>
                <w:lang w:eastAsia="tr-TR"/>
              </w:rPr>
            </w:pPr>
            <w:r>
              <w:rPr>
                <w:color w:val="000000"/>
                <w:lang w:eastAsia="tr-TR"/>
              </w:rPr>
              <w:t>2</w:t>
            </w:r>
          </w:p>
        </w:tc>
        <w:tc>
          <w:tcPr>
            <w:tcW w:w="1275" w:type="dxa"/>
            <w:tcBorders>
              <w:top w:val="nil"/>
              <w:left w:val="nil"/>
              <w:bottom w:val="double" w:sz="6" w:space="0" w:color="auto"/>
              <w:right w:val="double" w:sz="6" w:space="0" w:color="auto"/>
            </w:tcBorders>
            <w:shd w:val="clear" w:color="000000" w:fill="FFFFFF"/>
            <w:vAlign w:val="center"/>
            <w:hideMark/>
          </w:tcPr>
          <w:p w14:paraId="308CA563" w14:textId="59532078" w:rsidR="007F200D" w:rsidRPr="007F200D" w:rsidRDefault="001F7C39" w:rsidP="000E481A">
            <w:pPr>
              <w:pStyle w:val="Stil4"/>
              <w:jc w:val="center"/>
              <w:rPr>
                <w:color w:val="000000"/>
                <w:lang w:eastAsia="tr-TR"/>
              </w:rPr>
            </w:pPr>
            <w:r>
              <w:rPr>
                <w:color w:val="000000"/>
                <w:lang w:eastAsia="tr-TR"/>
              </w:rPr>
              <w:t>1</w:t>
            </w:r>
          </w:p>
        </w:tc>
        <w:tc>
          <w:tcPr>
            <w:tcW w:w="1790" w:type="dxa"/>
            <w:tcBorders>
              <w:top w:val="nil"/>
              <w:left w:val="nil"/>
              <w:bottom w:val="double" w:sz="6" w:space="0" w:color="auto"/>
              <w:right w:val="double" w:sz="6" w:space="0" w:color="auto"/>
            </w:tcBorders>
            <w:shd w:val="clear" w:color="000000" w:fill="FFFFFF"/>
            <w:vAlign w:val="center"/>
            <w:hideMark/>
          </w:tcPr>
          <w:p w14:paraId="1EB196B1" w14:textId="65118025" w:rsidR="007F200D" w:rsidRPr="007F200D" w:rsidRDefault="007F200D" w:rsidP="000E481A">
            <w:pPr>
              <w:pStyle w:val="Stil4"/>
              <w:jc w:val="center"/>
              <w:rPr>
                <w:color w:val="000000"/>
                <w:lang w:eastAsia="tr-TR"/>
              </w:rPr>
            </w:pPr>
          </w:p>
        </w:tc>
        <w:tc>
          <w:tcPr>
            <w:tcW w:w="1609" w:type="dxa"/>
            <w:tcBorders>
              <w:top w:val="nil"/>
              <w:left w:val="double" w:sz="6" w:space="0" w:color="auto"/>
              <w:bottom w:val="double" w:sz="6" w:space="0" w:color="auto"/>
              <w:right w:val="double" w:sz="6" w:space="0" w:color="auto"/>
            </w:tcBorders>
            <w:shd w:val="clear" w:color="000000" w:fill="FFFFFF"/>
            <w:vAlign w:val="center"/>
            <w:hideMark/>
          </w:tcPr>
          <w:p w14:paraId="1DEEC1F8" w14:textId="6B6E0280" w:rsidR="007F200D" w:rsidRPr="007F200D" w:rsidRDefault="001F7C39" w:rsidP="000E481A">
            <w:pPr>
              <w:pStyle w:val="Stil4"/>
              <w:jc w:val="center"/>
              <w:rPr>
                <w:color w:val="000000"/>
                <w:lang w:eastAsia="tr-TR"/>
              </w:rPr>
            </w:pPr>
            <w:r>
              <w:rPr>
                <w:color w:val="000000"/>
                <w:lang w:eastAsia="tr-TR"/>
              </w:rPr>
              <w:t>10</w:t>
            </w:r>
          </w:p>
        </w:tc>
      </w:tr>
    </w:tbl>
    <w:p w14:paraId="29D20440" w14:textId="77777777" w:rsidR="00E24BA4" w:rsidRDefault="00E24BA4" w:rsidP="00E24BA4">
      <w:pPr>
        <w:rPr>
          <w:rFonts w:cs="Times New Roman"/>
        </w:rPr>
      </w:pPr>
    </w:p>
    <w:p w14:paraId="78F9E623" w14:textId="77777777" w:rsidR="00E24BA4" w:rsidRPr="00E03019" w:rsidRDefault="00E24BA4" w:rsidP="00E24BA4">
      <w:pPr>
        <w:pStyle w:val="Stil2"/>
      </w:pPr>
      <w:bookmarkStart w:id="20" w:name="_Toc217311502"/>
      <w:r>
        <w:t>4.2.</w:t>
      </w:r>
      <w:r w:rsidRPr="00E03019">
        <w:t xml:space="preserve"> </w:t>
      </w:r>
      <w:r>
        <w:t>İdari Personel</w:t>
      </w:r>
      <w:bookmarkEnd w:id="20"/>
    </w:p>
    <w:p w14:paraId="25FEB338" w14:textId="77777777" w:rsidR="00E24BA4" w:rsidRDefault="00E24BA4" w:rsidP="00E24BA4">
      <w:r>
        <w:t>İdari Personelin</w:t>
      </w:r>
      <w:r>
        <w:rPr>
          <w:spacing w:val="-5"/>
        </w:rPr>
        <w:t xml:space="preserve"> </w:t>
      </w:r>
      <w:r>
        <w:t>Hizmet Sınıfı</w:t>
      </w:r>
    </w:p>
    <w:tbl>
      <w:tblPr>
        <w:tblW w:w="90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34"/>
        <w:gridCol w:w="1473"/>
        <w:gridCol w:w="850"/>
        <w:gridCol w:w="692"/>
        <w:gridCol w:w="1163"/>
        <w:gridCol w:w="756"/>
        <w:gridCol w:w="920"/>
        <w:gridCol w:w="1585"/>
      </w:tblGrid>
      <w:tr w:rsidR="00E24BA4" w:rsidRPr="00010302" w14:paraId="3CEFFE83" w14:textId="77777777" w:rsidTr="009D611D">
        <w:trPr>
          <w:tblHeader/>
          <w:tblCellSpacing w:w="15" w:type="dxa"/>
        </w:trPr>
        <w:tc>
          <w:tcPr>
            <w:tcW w:w="3062" w:type="dxa"/>
            <w:gridSpan w:val="2"/>
            <w:shd w:val="clear" w:color="auto" w:fill="B99C71"/>
          </w:tcPr>
          <w:p w14:paraId="372E3167" w14:textId="77777777" w:rsidR="00E24BA4" w:rsidRPr="00621353" w:rsidRDefault="00E24BA4" w:rsidP="00621353">
            <w:pPr>
              <w:pStyle w:val="Stil4"/>
            </w:pPr>
          </w:p>
          <w:p w14:paraId="022A0FE4" w14:textId="77777777" w:rsidR="00E24BA4" w:rsidRPr="00621353" w:rsidRDefault="00E24BA4" w:rsidP="00621353">
            <w:pPr>
              <w:pStyle w:val="Stil4"/>
            </w:pPr>
            <w:r w:rsidRPr="00621353">
              <w:t>657 sayılı Kanun</w:t>
            </w:r>
          </w:p>
        </w:tc>
        <w:tc>
          <w:tcPr>
            <w:tcW w:w="2675" w:type="dxa"/>
            <w:gridSpan w:val="3"/>
            <w:shd w:val="clear" w:color="auto" w:fill="B99C71"/>
          </w:tcPr>
          <w:p w14:paraId="22B05EA5" w14:textId="77777777" w:rsidR="00E24BA4" w:rsidRPr="00621353" w:rsidRDefault="00E24BA4" w:rsidP="00621353">
            <w:pPr>
              <w:pStyle w:val="Stil4"/>
            </w:pPr>
            <w:r w:rsidRPr="00621353">
              <w:t>Kadrosu Biriminizde Olan Personel Sayısı</w:t>
            </w:r>
          </w:p>
        </w:tc>
        <w:tc>
          <w:tcPr>
            <w:tcW w:w="3216" w:type="dxa"/>
            <w:gridSpan w:val="3"/>
            <w:shd w:val="clear" w:color="auto" w:fill="B99C71"/>
          </w:tcPr>
          <w:p w14:paraId="632B97FD" w14:textId="77777777" w:rsidR="00E24BA4" w:rsidRPr="00621353" w:rsidRDefault="00E24BA4" w:rsidP="00621353">
            <w:pPr>
              <w:pStyle w:val="Stil4"/>
            </w:pPr>
          </w:p>
          <w:p w14:paraId="1A72B0A9" w14:textId="77777777" w:rsidR="00E24BA4" w:rsidRPr="00621353" w:rsidRDefault="00E24BA4" w:rsidP="00621353">
            <w:pPr>
              <w:pStyle w:val="Stil4"/>
            </w:pPr>
            <w:r w:rsidRPr="00621353">
              <w:t>Fiilen Çalışan Personel Sayısı</w:t>
            </w:r>
          </w:p>
        </w:tc>
      </w:tr>
      <w:tr w:rsidR="00E24BA4" w:rsidRPr="00010302" w14:paraId="1D46C022" w14:textId="77777777" w:rsidTr="00621353">
        <w:trPr>
          <w:tblCellSpacing w:w="15" w:type="dxa"/>
        </w:trPr>
        <w:tc>
          <w:tcPr>
            <w:tcW w:w="1589" w:type="dxa"/>
          </w:tcPr>
          <w:p w14:paraId="5E03CD7E" w14:textId="77777777" w:rsidR="00E24BA4" w:rsidRPr="00621353" w:rsidRDefault="00E24BA4" w:rsidP="00621353">
            <w:pPr>
              <w:pStyle w:val="Stil4"/>
            </w:pPr>
          </w:p>
        </w:tc>
        <w:tc>
          <w:tcPr>
            <w:tcW w:w="1443" w:type="dxa"/>
          </w:tcPr>
          <w:p w14:paraId="52EF35CF" w14:textId="77777777" w:rsidR="00E24BA4" w:rsidRPr="00621353" w:rsidRDefault="00E24BA4" w:rsidP="00621353">
            <w:pPr>
              <w:pStyle w:val="Stil4"/>
            </w:pPr>
          </w:p>
        </w:tc>
        <w:tc>
          <w:tcPr>
            <w:tcW w:w="820" w:type="dxa"/>
            <w:vAlign w:val="bottom"/>
          </w:tcPr>
          <w:p w14:paraId="3DF03AA3" w14:textId="77777777" w:rsidR="00E24BA4" w:rsidRPr="00621353" w:rsidRDefault="00E24BA4" w:rsidP="000E481A">
            <w:pPr>
              <w:pStyle w:val="Stil4"/>
              <w:jc w:val="center"/>
            </w:pPr>
            <w:r w:rsidRPr="00621353">
              <w:t>K</w:t>
            </w:r>
          </w:p>
        </w:tc>
        <w:tc>
          <w:tcPr>
            <w:tcW w:w="662" w:type="dxa"/>
            <w:vAlign w:val="bottom"/>
          </w:tcPr>
          <w:p w14:paraId="44066365" w14:textId="77777777" w:rsidR="00E24BA4" w:rsidRPr="00621353" w:rsidRDefault="00E24BA4" w:rsidP="000E481A">
            <w:pPr>
              <w:pStyle w:val="Stil4"/>
              <w:jc w:val="center"/>
            </w:pPr>
            <w:r w:rsidRPr="00621353">
              <w:t>E</w:t>
            </w:r>
          </w:p>
        </w:tc>
        <w:tc>
          <w:tcPr>
            <w:tcW w:w="1133" w:type="dxa"/>
            <w:vAlign w:val="bottom"/>
          </w:tcPr>
          <w:p w14:paraId="441FEDE9" w14:textId="77777777" w:rsidR="00E24BA4" w:rsidRPr="00621353" w:rsidRDefault="00E24BA4" w:rsidP="000E481A">
            <w:pPr>
              <w:pStyle w:val="Stil4"/>
              <w:jc w:val="center"/>
            </w:pPr>
            <w:r w:rsidRPr="00621353">
              <w:t>Toplam</w:t>
            </w:r>
          </w:p>
        </w:tc>
        <w:tc>
          <w:tcPr>
            <w:tcW w:w="726" w:type="dxa"/>
            <w:vAlign w:val="bottom"/>
          </w:tcPr>
          <w:p w14:paraId="17F6E3C8" w14:textId="77777777" w:rsidR="00E24BA4" w:rsidRPr="00621353" w:rsidRDefault="00E24BA4" w:rsidP="000E481A">
            <w:pPr>
              <w:pStyle w:val="Stil4"/>
              <w:jc w:val="center"/>
            </w:pPr>
            <w:r w:rsidRPr="00621353">
              <w:t>K</w:t>
            </w:r>
          </w:p>
        </w:tc>
        <w:tc>
          <w:tcPr>
            <w:tcW w:w="890" w:type="dxa"/>
            <w:vAlign w:val="bottom"/>
          </w:tcPr>
          <w:p w14:paraId="758D24DA" w14:textId="77777777" w:rsidR="00E24BA4" w:rsidRPr="00621353" w:rsidRDefault="00E24BA4" w:rsidP="000E481A">
            <w:pPr>
              <w:pStyle w:val="Stil4"/>
              <w:jc w:val="center"/>
            </w:pPr>
            <w:r w:rsidRPr="00621353">
              <w:t>E</w:t>
            </w:r>
          </w:p>
        </w:tc>
        <w:tc>
          <w:tcPr>
            <w:tcW w:w="1540" w:type="dxa"/>
            <w:vAlign w:val="bottom"/>
          </w:tcPr>
          <w:p w14:paraId="42CBBE0D" w14:textId="77777777" w:rsidR="00E24BA4" w:rsidRPr="00621353" w:rsidRDefault="00E24BA4" w:rsidP="000E481A">
            <w:pPr>
              <w:pStyle w:val="Stil4"/>
              <w:jc w:val="center"/>
            </w:pPr>
            <w:r w:rsidRPr="00621353">
              <w:t>TOPLAM</w:t>
            </w:r>
          </w:p>
        </w:tc>
      </w:tr>
      <w:tr w:rsidR="00E24BA4" w:rsidRPr="00010302" w14:paraId="19B7E7C8" w14:textId="77777777" w:rsidTr="009D611D">
        <w:trPr>
          <w:tblCellSpacing w:w="15" w:type="dxa"/>
        </w:trPr>
        <w:tc>
          <w:tcPr>
            <w:tcW w:w="1589" w:type="dxa"/>
            <w:vMerge w:val="restart"/>
          </w:tcPr>
          <w:p w14:paraId="3E458FCD" w14:textId="77777777" w:rsidR="00E24BA4" w:rsidRPr="00621353" w:rsidRDefault="00E24BA4" w:rsidP="00621353">
            <w:pPr>
              <w:pStyle w:val="Stil4"/>
            </w:pPr>
            <w:r w:rsidRPr="00621353">
              <w:t>HİZMET SINIFI</w:t>
            </w:r>
          </w:p>
        </w:tc>
        <w:tc>
          <w:tcPr>
            <w:tcW w:w="1443" w:type="dxa"/>
          </w:tcPr>
          <w:p w14:paraId="0DAA6ED6" w14:textId="7662DA63" w:rsidR="00E24BA4" w:rsidRPr="00621353" w:rsidRDefault="00E24BA4" w:rsidP="000E481A">
            <w:pPr>
              <w:pStyle w:val="Stil4"/>
              <w:jc w:val="center"/>
            </w:pPr>
            <w:r w:rsidRPr="00621353">
              <w:t>4/A</w:t>
            </w:r>
          </w:p>
        </w:tc>
        <w:tc>
          <w:tcPr>
            <w:tcW w:w="820" w:type="dxa"/>
          </w:tcPr>
          <w:p w14:paraId="5E6AC688" w14:textId="77777777" w:rsidR="00E24BA4" w:rsidRPr="00621353" w:rsidRDefault="00FA7C0E" w:rsidP="000E481A">
            <w:pPr>
              <w:pStyle w:val="Stil4"/>
              <w:jc w:val="center"/>
            </w:pPr>
            <w:r>
              <w:t>2</w:t>
            </w:r>
          </w:p>
        </w:tc>
        <w:tc>
          <w:tcPr>
            <w:tcW w:w="662" w:type="dxa"/>
          </w:tcPr>
          <w:p w14:paraId="414F317D" w14:textId="77777777" w:rsidR="00E24BA4" w:rsidRPr="00621353" w:rsidRDefault="0069225A" w:rsidP="000E481A">
            <w:pPr>
              <w:pStyle w:val="Stil4"/>
              <w:jc w:val="center"/>
            </w:pPr>
            <w:r>
              <w:t>1</w:t>
            </w:r>
          </w:p>
        </w:tc>
        <w:tc>
          <w:tcPr>
            <w:tcW w:w="1133" w:type="dxa"/>
          </w:tcPr>
          <w:p w14:paraId="162A5956" w14:textId="77777777" w:rsidR="00E24BA4" w:rsidRPr="00621353" w:rsidRDefault="00FA7C0E" w:rsidP="000E481A">
            <w:pPr>
              <w:pStyle w:val="Stil4"/>
              <w:jc w:val="center"/>
            </w:pPr>
            <w:r>
              <w:t>3</w:t>
            </w:r>
          </w:p>
        </w:tc>
        <w:tc>
          <w:tcPr>
            <w:tcW w:w="726" w:type="dxa"/>
          </w:tcPr>
          <w:p w14:paraId="71B1F24F" w14:textId="77777777" w:rsidR="00E24BA4" w:rsidRPr="00621353" w:rsidRDefault="0069225A" w:rsidP="000E481A">
            <w:pPr>
              <w:pStyle w:val="Stil4"/>
              <w:jc w:val="center"/>
            </w:pPr>
            <w:r>
              <w:t>1</w:t>
            </w:r>
          </w:p>
        </w:tc>
        <w:tc>
          <w:tcPr>
            <w:tcW w:w="890" w:type="dxa"/>
          </w:tcPr>
          <w:p w14:paraId="52A9B822" w14:textId="77777777" w:rsidR="00E24BA4" w:rsidRPr="00621353" w:rsidRDefault="0069225A" w:rsidP="000E481A">
            <w:pPr>
              <w:pStyle w:val="Stil4"/>
              <w:jc w:val="center"/>
            </w:pPr>
            <w:r>
              <w:t>2</w:t>
            </w:r>
          </w:p>
        </w:tc>
        <w:tc>
          <w:tcPr>
            <w:tcW w:w="1540" w:type="dxa"/>
          </w:tcPr>
          <w:p w14:paraId="5409DEDF" w14:textId="77777777" w:rsidR="00E24BA4" w:rsidRPr="00621353" w:rsidRDefault="0069225A" w:rsidP="000E481A">
            <w:pPr>
              <w:pStyle w:val="Stil4"/>
              <w:jc w:val="center"/>
            </w:pPr>
            <w:r>
              <w:t>3</w:t>
            </w:r>
          </w:p>
        </w:tc>
      </w:tr>
      <w:tr w:rsidR="00E24BA4" w:rsidRPr="00E03019" w14:paraId="7707B1A0" w14:textId="77777777" w:rsidTr="009D611D">
        <w:trPr>
          <w:tblCellSpacing w:w="15" w:type="dxa"/>
        </w:trPr>
        <w:tc>
          <w:tcPr>
            <w:tcW w:w="1589" w:type="dxa"/>
            <w:vMerge/>
          </w:tcPr>
          <w:p w14:paraId="3F43A42B" w14:textId="77777777" w:rsidR="00E24BA4" w:rsidRPr="00621353" w:rsidRDefault="00E24BA4" w:rsidP="00621353">
            <w:pPr>
              <w:pStyle w:val="Stil4"/>
            </w:pPr>
          </w:p>
        </w:tc>
        <w:tc>
          <w:tcPr>
            <w:tcW w:w="1443" w:type="dxa"/>
          </w:tcPr>
          <w:p w14:paraId="20FDEE86" w14:textId="77777777" w:rsidR="00E24BA4" w:rsidRPr="00621353" w:rsidRDefault="00E24BA4" w:rsidP="000E481A">
            <w:pPr>
              <w:pStyle w:val="Stil4"/>
              <w:jc w:val="center"/>
            </w:pPr>
            <w:r w:rsidRPr="00621353">
              <w:t>4/B</w:t>
            </w:r>
          </w:p>
        </w:tc>
        <w:tc>
          <w:tcPr>
            <w:tcW w:w="820" w:type="dxa"/>
          </w:tcPr>
          <w:p w14:paraId="48B4498B" w14:textId="77777777" w:rsidR="00E24BA4" w:rsidRPr="00621353" w:rsidRDefault="0069225A" w:rsidP="000E481A">
            <w:pPr>
              <w:pStyle w:val="Stil4"/>
              <w:jc w:val="center"/>
            </w:pPr>
            <w:r>
              <w:t>0</w:t>
            </w:r>
          </w:p>
        </w:tc>
        <w:tc>
          <w:tcPr>
            <w:tcW w:w="662" w:type="dxa"/>
          </w:tcPr>
          <w:p w14:paraId="4776428C" w14:textId="77777777" w:rsidR="00E24BA4" w:rsidRPr="00621353" w:rsidRDefault="007C3815" w:rsidP="000E481A">
            <w:pPr>
              <w:pStyle w:val="Stil4"/>
              <w:jc w:val="center"/>
            </w:pPr>
            <w:r>
              <w:t>0</w:t>
            </w:r>
          </w:p>
        </w:tc>
        <w:tc>
          <w:tcPr>
            <w:tcW w:w="1133" w:type="dxa"/>
          </w:tcPr>
          <w:p w14:paraId="1EE3C1AA" w14:textId="77777777" w:rsidR="00E24BA4" w:rsidRPr="00621353" w:rsidRDefault="007C3815" w:rsidP="000E481A">
            <w:pPr>
              <w:pStyle w:val="Stil4"/>
              <w:jc w:val="center"/>
            </w:pPr>
            <w:r>
              <w:t>0</w:t>
            </w:r>
          </w:p>
        </w:tc>
        <w:tc>
          <w:tcPr>
            <w:tcW w:w="726" w:type="dxa"/>
          </w:tcPr>
          <w:p w14:paraId="22895134" w14:textId="77777777" w:rsidR="00E24BA4" w:rsidRPr="00621353" w:rsidRDefault="0069225A" w:rsidP="000E481A">
            <w:pPr>
              <w:pStyle w:val="Stil4"/>
              <w:jc w:val="center"/>
            </w:pPr>
            <w:r>
              <w:t>0</w:t>
            </w:r>
          </w:p>
        </w:tc>
        <w:tc>
          <w:tcPr>
            <w:tcW w:w="890" w:type="dxa"/>
            <w:vAlign w:val="center"/>
          </w:tcPr>
          <w:p w14:paraId="08FD0572" w14:textId="77777777" w:rsidR="00E24BA4" w:rsidRPr="00621353" w:rsidRDefault="0069225A" w:rsidP="000E481A">
            <w:pPr>
              <w:pStyle w:val="Stil4"/>
              <w:jc w:val="center"/>
            </w:pPr>
            <w:r>
              <w:t>6</w:t>
            </w:r>
          </w:p>
        </w:tc>
        <w:tc>
          <w:tcPr>
            <w:tcW w:w="1540" w:type="dxa"/>
            <w:vAlign w:val="center"/>
          </w:tcPr>
          <w:p w14:paraId="6DC699D0" w14:textId="77777777" w:rsidR="00E24BA4" w:rsidRPr="00621353" w:rsidRDefault="0069225A" w:rsidP="000E481A">
            <w:pPr>
              <w:pStyle w:val="Stil4"/>
              <w:jc w:val="center"/>
            </w:pPr>
            <w:r>
              <w:t>6</w:t>
            </w:r>
          </w:p>
        </w:tc>
      </w:tr>
      <w:tr w:rsidR="00E24BA4" w:rsidRPr="00E03019" w14:paraId="7D261F6C" w14:textId="77777777" w:rsidTr="009D611D">
        <w:trPr>
          <w:tblCellSpacing w:w="15" w:type="dxa"/>
        </w:trPr>
        <w:tc>
          <w:tcPr>
            <w:tcW w:w="1589" w:type="dxa"/>
            <w:vMerge/>
          </w:tcPr>
          <w:p w14:paraId="7D364B12" w14:textId="77777777" w:rsidR="00E24BA4" w:rsidRPr="00621353" w:rsidRDefault="00E24BA4" w:rsidP="00621353">
            <w:pPr>
              <w:pStyle w:val="Stil4"/>
            </w:pPr>
          </w:p>
        </w:tc>
        <w:tc>
          <w:tcPr>
            <w:tcW w:w="1443" w:type="dxa"/>
          </w:tcPr>
          <w:p w14:paraId="26EAECCC" w14:textId="77777777" w:rsidR="00E24BA4" w:rsidRPr="00621353" w:rsidRDefault="00E24BA4" w:rsidP="000E481A">
            <w:pPr>
              <w:pStyle w:val="Stil4"/>
              <w:jc w:val="center"/>
            </w:pPr>
            <w:r w:rsidRPr="00621353">
              <w:t>4/D</w:t>
            </w:r>
          </w:p>
        </w:tc>
        <w:tc>
          <w:tcPr>
            <w:tcW w:w="820" w:type="dxa"/>
          </w:tcPr>
          <w:p w14:paraId="1D8B204F" w14:textId="77777777" w:rsidR="00E24BA4" w:rsidRPr="00621353" w:rsidRDefault="0069225A" w:rsidP="000E481A">
            <w:pPr>
              <w:pStyle w:val="Stil4"/>
              <w:jc w:val="center"/>
            </w:pPr>
            <w:r>
              <w:t>0</w:t>
            </w:r>
          </w:p>
        </w:tc>
        <w:tc>
          <w:tcPr>
            <w:tcW w:w="662" w:type="dxa"/>
          </w:tcPr>
          <w:p w14:paraId="7D633423" w14:textId="77777777" w:rsidR="00E24BA4" w:rsidRPr="00621353" w:rsidRDefault="0069225A" w:rsidP="000E481A">
            <w:pPr>
              <w:pStyle w:val="Stil4"/>
              <w:jc w:val="center"/>
            </w:pPr>
            <w:r>
              <w:t>0</w:t>
            </w:r>
          </w:p>
        </w:tc>
        <w:tc>
          <w:tcPr>
            <w:tcW w:w="1133" w:type="dxa"/>
          </w:tcPr>
          <w:p w14:paraId="61D420D1" w14:textId="77777777" w:rsidR="00E24BA4" w:rsidRPr="00621353" w:rsidRDefault="0069225A" w:rsidP="000E481A">
            <w:pPr>
              <w:pStyle w:val="Stil4"/>
              <w:jc w:val="center"/>
            </w:pPr>
            <w:r>
              <w:t>0</w:t>
            </w:r>
          </w:p>
        </w:tc>
        <w:tc>
          <w:tcPr>
            <w:tcW w:w="726" w:type="dxa"/>
          </w:tcPr>
          <w:p w14:paraId="21FBE6BE" w14:textId="77777777" w:rsidR="00E24BA4" w:rsidRPr="00621353" w:rsidRDefault="0069225A" w:rsidP="000E481A">
            <w:pPr>
              <w:pStyle w:val="Stil4"/>
              <w:jc w:val="center"/>
            </w:pPr>
            <w:r>
              <w:t>1</w:t>
            </w:r>
          </w:p>
        </w:tc>
        <w:tc>
          <w:tcPr>
            <w:tcW w:w="890" w:type="dxa"/>
            <w:vAlign w:val="center"/>
          </w:tcPr>
          <w:p w14:paraId="57CFC151" w14:textId="77777777" w:rsidR="00E24BA4" w:rsidRPr="00621353" w:rsidRDefault="0069225A" w:rsidP="000E481A">
            <w:pPr>
              <w:pStyle w:val="Stil4"/>
              <w:jc w:val="center"/>
            </w:pPr>
            <w:r>
              <w:t>3</w:t>
            </w:r>
          </w:p>
        </w:tc>
        <w:tc>
          <w:tcPr>
            <w:tcW w:w="1540" w:type="dxa"/>
            <w:vAlign w:val="center"/>
          </w:tcPr>
          <w:p w14:paraId="58382667" w14:textId="77777777" w:rsidR="00E24BA4" w:rsidRPr="00621353" w:rsidRDefault="0069225A" w:rsidP="000E481A">
            <w:pPr>
              <w:pStyle w:val="Stil4"/>
              <w:jc w:val="center"/>
            </w:pPr>
            <w:r>
              <w:t>4</w:t>
            </w:r>
          </w:p>
        </w:tc>
      </w:tr>
      <w:tr w:rsidR="00E24BA4" w:rsidRPr="00E03019" w14:paraId="3533AD33" w14:textId="77777777" w:rsidTr="009D611D">
        <w:trPr>
          <w:tblCellSpacing w:w="15" w:type="dxa"/>
        </w:trPr>
        <w:tc>
          <w:tcPr>
            <w:tcW w:w="3062" w:type="dxa"/>
            <w:gridSpan w:val="2"/>
          </w:tcPr>
          <w:p w14:paraId="3A90628D" w14:textId="77777777" w:rsidR="00E24BA4" w:rsidRPr="00621353" w:rsidRDefault="00E24BA4" w:rsidP="00621353">
            <w:pPr>
              <w:pStyle w:val="Stil4"/>
            </w:pPr>
            <w:r w:rsidRPr="00621353">
              <w:t>TOPLAM</w:t>
            </w:r>
          </w:p>
        </w:tc>
        <w:tc>
          <w:tcPr>
            <w:tcW w:w="820" w:type="dxa"/>
          </w:tcPr>
          <w:p w14:paraId="50219FDA" w14:textId="77777777" w:rsidR="00E24BA4" w:rsidRPr="00621353" w:rsidRDefault="00FA7C0E" w:rsidP="000E481A">
            <w:pPr>
              <w:pStyle w:val="Stil4"/>
              <w:jc w:val="center"/>
            </w:pPr>
            <w:r>
              <w:t>2</w:t>
            </w:r>
          </w:p>
        </w:tc>
        <w:tc>
          <w:tcPr>
            <w:tcW w:w="662" w:type="dxa"/>
          </w:tcPr>
          <w:p w14:paraId="34FE45DD" w14:textId="77777777" w:rsidR="00E24BA4" w:rsidRPr="00621353" w:rsidRDefault="0069225A" w:rsidP="000E481A">
            <w:pPr>
              <w:pStyle w:val="Stil4"/>
              <w:jc w:val="center"/>
            </w:pPr>
            <w:r>
              <w:t>1</w:t>
            </w:r>
          </w:p>
        </w:tc>
        <w:tc>
          <w:tcPr>
            <w:tcW w:w="1133" w:type="dxa"/>
          </w:tcPr>
          <w:p w14:paraId="19CAF6B2" w14:textId="77777777" w:rsidR="00E24BA4" w:rsidRPr="00621353" w:rsidRDefault="00FA7C0E" w:rsidP="000E481A">
            <w:pPr>
              <w:pStyle w:val="Stil4"/>
              <w:jc w:val="center"/>
            </w:pPr>
            <w:r>
              <w:t>3</w:t>
            </w:r>
          </w:p>
        </w:tc>
        <w:tc>
          <w:tcPr>
            <w:tcW w:w="726" w:type="dxa"/>
          </w:tcPr>
          <w:p w14:paraId="1A66C21D" w14:textId="77777777" w:rsidR="00E24BA4" w:rsidRPr="00621353" w:rsidRDefault="0069225A" w:rsidP="000E481A">
            <w:pPr>
              <w:pStyle w:val="Stil4"/>
              <w:jc w:val="center"/>
            </w:pPr>
            <w:r>
              <w:t>2</w:t>
            </w:r>
          </w:p>
        </w:tc>
        <w:tc>
          <w:tcPr>
            <w:tcW w:w="890" w:type="dxa"/>
            <w:vAlign w:val="center"/>
          </w:tcPr>
          <w:p w14:paraId="733195E5" w14:textId="77777777" w:rsidR="00E24BA4" w:rsidRPr="00621353" w:rsidRDefault="0069225A" w:rsidP="000E481A">
            <w:pPr>
              <w:pStyle w:val="Stil4"/>
              <w:jc w:val="center"/>
            </w:pPr>
            <w:r>
              <w:t>11</w:t>
            </w:r>
          </w:p>
        </w:tc>
        <w:tc>
          <w:tcPr>
            <w:tcW w:w="1540" w:type="dxa"/>
            <w:vAlign w:val="center"/>
          </w:tcPr>
          <w:p w14:paraId="50505758" w14:textId="77777777" w:rsidR="00E24BA4" w:rsidRPr="00621353" w:rsidRDefault="0069225A" w:rsidP="000E481A">
            <w:pPr>
              <w:pStyle w:val="Stil4"/>
              <w:jc w:val="center"/>
            </w:pPr>
            <w:r>
              <w:t>13</w:t>
            </w:r>
          </w:p>
        </w:tc>
      </w:tr>
    </w:tbl>
    <w:p w14:paraId="1A885C64" w14:textId="77777777" w:rsidR="00621353" w:rsidRDefault="00621353" w:rsidP="00E24BA4"/>
    <w:p w14:paraId="7C4D1A27" w14:textId="77777777" w:rsidR="00E24BA4" w:rsidRDefault="00E24BA4" w:rsidP="00E24BA4">
      <w:r>
        <w:t>İdari Personelin</w:t>
      </w:r>
      <w:r>
        <w:rPr>
          <w:spacing w:val="-5"/>
        </w:rPr>
        <w:t xml:space="preserve"> </w:t>
      </w:r>
      <w:r>
        <w:t>Eğitim Durumu</w:t>
      </w:r>
    </w:p>
    <w:tbl>
      <w:tblPr>
        <w:tblW w:w="907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7"/>
        <w:gridCol w:w="1466"/>
        <w:gridCol w:w="842"/>
        <w:gridCol w:w="1178"/>
        <w:gridCol w:w="1134"/>
        <w:gridCol w:w="1276"/>
        <w:gridCol w:w="1559"/>
      </w:tblGrid>
      <w:tr w:rsidR="00E24BA4" w:rsidRPr="00621353" w14:paraId="2EA15194" w14:textId="77777777" w:rsidTr="009D611D">
        <w:trPr>
          <w:tblCellSpacing w:w="15" w:type="dxa"/>
        </w:trPr>
        <w:tc>
          <w:tcPr>
            <w:tcW w:w="1572" w:type="dxa"/>
            <w:shd w:val="clear" w:color="auto" w:fill="B99C71"/>
          </w:tcPr>
          <w:p w14:paraId="34F1425B" w14:textId="77777777" w:rsidR="00E24BA4" w:rsidRPr="00621353" w:rsidRDefault="00E24BA4" w:rsidP="00621353">
            <w:pPr>
              <w:pStyle w:val="Stil4"/>
            </w:pPr>
            <w:r w:rsidRPr="00621353">
              <w:t xml:space="preserve"> Yıl</w:t>
            </w:r>
          </w:p>
        </w:tc>
        <w:tc>
          <w:tcPr>
            <w:tcW w:w="1436" w:type="dxa"/>
            <w:shd w:val="clear" w:color="auto" w:fill="B99C71"/>
          </w:tcPr>
          <w:p w14:paraId="268B5E06" w14:textId="77777777" w:rsidR="00E24BA4" w:rsidRPr="00621353" w:rsidRDefault="00E24BA4" w:rsidP="00621353">
            <w:pPr>
              <w:pStyle w:val="Stil4"/>
            </w:pPr>
            <w:r w:rsidRPr="00621353">
              <w:t>İlköğretim</w:t>
            </w:r>
          </w:p>
        </w:tc>
        <w:tc>
          <w:tcPr>
            <w:tcW w:w="812" w:type="dxa"/>
            <w:shd w:val="clear" w:color="auto" w:fill="B99C71"/>
          </w:tcPr>
          <w:p w14:paraId="4BA2D22A" w14:textId="77777777" w:rsidR="00E24BA4" w:rsidRPr="00621353" w:rsidRDefault="00E24BA4" w:rsidP="00621353">
            <w:pPr>
              <w:pStyle w:val="Stil4"/>
            </w:pPr>
            <w:r w:rsidRPr="00621353">
              <w:t>Lise</w:t>
            </w:r>
          </w:p>
        </w:tc>
        <w:tc>
          <w:tcPr>
            <w:tcW w:w="1148" w:type="dxa"/>
            <w:shd w:val="clear" w:color="auto" w:fill="B99C71"/>
          </w:tcPr>
          <w:p w14:paraId="406561C3" w14:textId="77777777" w:rsidR="00E24BA4" w:rsidRPr="00621353" w:rsidRDefault="00E24BA4" w:rsidP="00621353">
            <w:pPr>
              <w:pStyle w:val="Stil4"/>
            </w:pPr>
            <w:r w:rsidRPr="00621353">
              <w:t>Ön Lisans</w:t>
            </w:r>
          </w:p>
        </w:tc>
        <w:tc>
          <w:tcPr>
            <w:tcW w:w="1104" w:type="dxa"/>
            <w:shd w:val="clear" w:color="auto" w:fill="B99C71"/>
          </w:tcPr>
          <w:p w14:paraId="0C643AC7" w14:textId="77777777" w:rsidR="00E24BA4" w:rsidRPr="00621353" w:rsidRDefault="00E24BA4" w:rsidP="00621353">
            <w:pPr>
              <w:pStyle w:val="Stil4"/>
            </w:pPr>
            <w:r w:rsidRPr="00621353">
              <w:t>Lisans</w:t>
            </w:r>
          </w:p>
        </w:tc>
        <w:tc>
          <w:tcPr>
            <w:tcW w:w="1246" w:type="dxa"/>
            <w:shd w:val="clear" w:color="auto" w:fill="B99C71"/>
          </w:tcPr>
          <w:p w14:paraId="7C2F9BF6" w14:textId="77777777" w:rsidR="00E24BA4" w:rsidRPr="00621353" w:rsidRDefault="00E24BA4" w:rsidP="00621353">
            <w:pPr>
              <w:pStyle w:val="Stil4"/>
            </w:pPr>
            <w:r w:rsidRPr="00621353">
              <w:t>Lisansüstü</w:t>
            </w:r>
          </w:p>
        </w:tc>
        <w:tc>
          <w:tcPr>
            <w:tcW w:w="1514" w:type="dxa"/>
            <w:shd w:val="clear" w:color="auto" w:fill="B99C71"/>
          </w:tcPr>
          <w:p w14:paraId="497F2AFF" w14:textId="77777777" w:rsidR="00E24BA4" w:rsidRPr="00621353" w:rsidRDefault="00E24BA4" w:rsidP="00621353">
            <w:pPr>
              <w:pStyle w:val="Stil4"/>
            </w:pPr>
            <w:r w:rsidRPr="00621353">
              <w:t>TOPLAM</w:t>
            </w:r>
          </w:p>
        </w:tc>
      </w:tr>
      <w:tr w:rsidR="00E24BA4" w:rsidRPr="00621353" w14:paraId="758C107B" w14:textId="77777777" w:rsidTr="009D611D">
        <w:trPr>
          <w:tblCellSpacing w:w="15" w:type="dxa"/>
        </w:trPr>
        <w:tc>
          <w:tcPr>
            <w:tcW w:w="1572" w:type="dxa"/>
          </w:tcPr>
          <w:p w14:paraId="7DC3658A" w14:textId="77777777" w:rsidR="00E24BA4" w:rsidRPr="00621353" w:rsidRDefault="00E24BA4" w:rsidP="00621353">
            <w:pPr>
              <w:pStyle w:val="Stil4"/>
            </w:pPr>
            <w:r w:rsidRPr="00621353">
              <w:t>Kişi Sayısı</w:t>
            </w:r>
          </w:p>
        </w:tc>
        <w:tc>
          <w:tcPr>
            <w:tcW w:w="1436" w:type="dxa"/>
          </w:tcPr>
          <w:p w14:paraId="4C1B69F9" w14:textId="77777777" w:rsidR="00E24BA4" w:rsidRPr="00621353" w:rsidRDefault="00D9089F" w:rsidP="00555C71">
            <w:pPr>
              <w:pStyle w:val="Stil4"/>
              <w:jc w:val="center"/>
            </w:pPr>
            <w:r>
              <w:t>2</w:t>
            </w:r>
          </w:p>
        </w:tc>
        <w:tc>
          <w:tcPr>
            <w:tcW w:w="812" w:type="dxa"/>
          </w:tcPr>
          <w:p w14:paraId="52BD65A0" w14:textId="77777777" w:rsidR="00E24BA4" w:rsidRPr="00621353" w:rsidRDefault="007C3815" w:rsidP="00555C71">
            <w:pPr>
              <w:pStyle w:val="Stil4"/>
              <w:jc w:val="center"/>
            </w:pPr>
            <w:r>
              <w:t>5</w:t>
            </w:r>
          </w:p>
        </w:tc>
        <w:tc>
          <w:tcPr>
            <w:tcW w:w="1148" w:type="dxa"/>
          </w:tcPr>
          <w:p w14:paraId="46F081BE" w14:textId="77777777" w:rsidR="00E24BA4" w:rsidRPr="00621353" w:rsidRDefault="007C3815" w:rsidP="00555C71">
            <w:pPr>
              <w:pStyle w:val="Stil4"/>
              <w:jc w:val="center"/>
            </w:pPr>
            <w:r>
              <w:t>3</w:t>
            </w:r>
          </w:p>
        </w:tc>
        <w:tc>
          <w:tcPr>
            <w:tcW w:w="1104" w:type="dxa"/>
          </w:tcPr>
          <w:p w14:paraId="13AE2EF7" w14:textId="77777777" w:rsidR="00E24BA4" w:rsidRPr="00621353" w:rsidRDefault="007C3815" w:rsidP="00555C71">
            <w:pPr>
              <w:pStyle w:val="Stil4"/>
              <w:jc w:val="center"/>
            </w:pPr>
            <w:r>
              <w:t>3</w:t>
            </w:r>
          </w:p>
        </w:tc>
        <w:tc>
          <w:tcPr>
            <w:tcW w:w="1246" w:type="dxa"/>
          </w:tcPr>
          <w:p w14:paraId="1C4C8483" w14:textId="77777777" w:rsidR="00E24BA4" w:rsidRPr="00621353" w:rsidRDefault="00D9089F" w:rsidP="00555C71">
            <w:pPr>
              <w:pStyle w:val="Stil4"/>
              <w:jc w:val="center"/>
            </w:pPr>
            <w:r>
              <w:t>0</w:t>
            </w:r>
          </w:p>
        </w:tc>
        <w:tc>
          <w:tcPr>
            <w:tcW w:w="1514" w:type="dxa"/>
          </w:tcPr>
          <w:p w14:paraId="3E8453B5" w14:textId="77777777" w:rsidR="00E24BA4" w:rsidRPr="00621353" w:rsidRDefault="007C3815" w:rsidP="00555C71">
            <w:pPr>
              <w:pStyle w:val="Stil4"/>
              <w:jc w:val="center"/>
            </w:pPr>
            <w:r>
              <w:t>13</w:t>
            </w:r>
          </w:p>
        </w:tc>
      </w:tr>
    </w:tbl>
    <w:p w14:paraId="196134B3" w14:textId="77777777" w:rsidR="00621353" w:rsidRDefault="00621353" w:rsidP="00915101"/>
    <w:p w14:paraId="38292D40" w14:textId="77777777" w:rsidR="00915101" w:rsidRDefault="00915101" w:rsidP="00915101">
      <w:r>
        <w:t>İdari Personelin</w:t>
      </w:r>
      <w:r>
        <w:rPr>
          <w:spacing w:val="-5"/>
        </w:rPr>
        <w:t xml:space="preserve"> </w:t>
      </w:r>
      <w:r>
        <w:t>Hizmet Süresi</w:t>
      </w:r>
    </w:p>
    <w:tbl>
      <w:tblPr>
        <w:tblW w:w="9072" w:type="dxa"/>
        <w:tblInd w:w="-10" w:type="dxa"/>
        <w:tblCellMar>
          <w:left w:w="70" w:type="dxa"/>
          <w:right w:w="70" w:type="dxa"/>
        </w:tblCellMar>
        <w:tblLook w:val="04A0" w:firstRow="1" w:lastRow="0" w:firstColumn="1" w:lastColumn="0" w:noHBand="0" w:noVBand="1"/>
      </w:tblPr>
      <w:tblGrid>
        <w:gridCol w:w="1838"/>
        <w:gridCol w:w="776"/>
        <w:gridCol w:w="617"/>
        <w:gridCol w:w="680"/>
        <w:gridCol w:w="759"/>
        <w:gridCol w:w="759"/>
        <w:gridCol w:w="759"/>
        <w:gridCol w:w="759"/>
        <w:gridCol w:w="1107"/>
        <w:gridCol w:w="1018"/>
      </w:tblGrid>
      <w:tr w:rsidR="00D328B5" w:rsidRPr="00915101" w14:paraId="2E88FD50" w14:textId="77777777" w:rsidTr="00A4680D">
        <w:trPr>
          <w:trHeight w:val="585"/>
        </w:trPr>
        <w:tc>
          <w:tcPr>
            <w:tcW w:w="1839" w:type="dxa"/>
            <w:tcBorders>
              <w:top w:val="double" w:sz="4" w:space="0" w:color="auto"/>
              <w:left w:val="double" w:sz="4" w:space="0" w:color="auto"/>
              <w:bottom w:val="double" w:sz="4" w:space="0" w:color="auto"/>
              <w:right w:val="double" w:sz="4" w:space="0" w:color="auto"/>
            </w:tcBorders>
            <w:shd w:val="clear" w:color="auto" w:fill="B99C71"/>
            <w:vAlign w:val="center"/>
            <w:hideMark/>
          </w:tcPr>
          <w:bookmarkEnd w:id="8"/>
          <w:bookmarkEnd w:id="9"/>
          <w:p w14:paraId="1EB9CA51" w14:textId="77777777" w:rsidR="00915101" w:rsidRPr="00A4680D" w:rsidRDefault="00915101" w:rsidP="00621353">
            <w:pPr>
              <w:pStyle w:val="Stil4"/>
              <w:rPr>
                <w:lang w:eastAsia="tr-TR"/>
              </w:rPr>
            </w:pPr>
            <w:r w:rsidRPr="00A4680D">
              <w:rPr>
                <w:lang w:eastAsia="tr-TR"/>
              </w:rPr>
              <w:t> </w:t>
            </w:r>
          </w:p>
        </w:tc>
        <w:tc>
          <w:tcPr>
            <w:tcW w:w="776" w:type="dxa"/>
            <w:tcBorders>
              <w:top w:val="double" w:sz="4" w:space="0" w:color="auto"/>
              <w:left w:val="double" w:sz="4" w:space="0" w:color="auto"/>
              <w:bottom w:val="double" w:sz="4" w:space="0" w:color="auto"/>
              <w:right w:val="double" w:sz="4" w:space="0" w:color="auto"/>
            </w:tcBorders>
            <w:shd w:val="clear" w:color="auto" w:fill="B99C71"/>
            <w:vAlign w:val="center"/>
            <w:hideMark/>
          </w:tcPr>
          <w:p w14:paraId="589345A3" w14:textId="77777777" w:rsidR="00915101" w:rsidRPr="00A4680D" w:rsidRDefault="00915101" w:rsidP="00985ECB">
            <w:pPr>
              <w:pStyle w:val="Stil4"/>
              <w:jc w:val="center"/>
              <w:rPr>
                <w:bCs/>
                <w:lang w:eastAsia="tr-TR"/>
              </w:rPr>
            </w:pPr>
            <w:r w:rsidRPr="00A4680D">
              <w:rPr>
                <w:bCs/>
                <w:lang w:eastAsia="tr-TR"/>
              </w:rPr>
              <w:t>1 Yıldan Az</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14:paraId="24E3719B" w14:textId="77777777" w:rsidR="00915101" w:rsidRPr="00A4680D" w:rsidRDefault="00915101" w:rsidP="00985ECB">
            <w:pPr>
              <w:pStyle w:val="Stil4"/>
              <w:jc w:val="center"/>
              <w:rPr>
                <w:bCs/>
                <w:lang w:eastAsia="tr-TR"/>
              </w:rPr>
            </w:pPr>
            <w:r w:rsidRPr="00A4680D">
              <w:rPr>
                <w:bCs/>
                <w:lang w:eastAsia="tr-TR"/>
              </w:rPr>
              <w:t>1–5 Yıl</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14:paraId="448A16A8" w14:textId="77777777" w:rsidR="00915101" w:rsidRPr="00A4680D" w:rsidRDefault="00915101" w:rsidP="00985ECB">
            <w:pPr>
              <w:pStyle w:val="Stil4"/>
              <w:jc w:val="center"/>
              <w:rPr>
                <w:bCs/>
                <w:lang w:eastAsia="tr-TR"/>
              </w:rPr>
            </w:pPr>
            <w:r w:rsidRPr="00A4680D">
              <w:rPr>
                <w:bCs/>
                <w:lang w:eastAsia="tr-TR"/>
              </w:rPr>
              <w:t>6–10 Yıl</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14:paraId="00941296" w14:textId="77777777" w:rsidR="00915101" w:rsidRPr="00A4680D" w:rsidRDefault="00915101" w:rsidP="00985ECB">
            <w:pPr>
              <w:pStyle w:val="Stil4"/>
              <w:jc w:val="center"/>
              <w:rPr>
                <w:bCs/>
                <w:lang w:eastAsia="tr-TR"/>
              </w:rPr>
            </w:pPr>
            <w:r w:rsidRPr="00A4680D">
              <w:rPr>
                <w:bCs/>
                <w:lang w:eastAsia="tr-TR"/>
              </w:rPr>
              <w:t>11–15 Yıl</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14:paraId="4B99B904" w14:textId="77777777" w:rsidR="00915101" w:rsidRPr="00A4680D" w:rsidRDefault="00915101" w:rsidP="00985ECB">
            <w:pPr>
              <w:pStyle w:val="Stil4"/>
              <w:jc w:val="center"/>
              <w:rPr>
                <w:bCs/>
                <w:lang w:eastAsia="tr-TR"/>
              </w:rPr>
            </w:pPr>
            <w:r w:rsidRPr="00A4680D">
              <w:rPr>
                <w:bCs/>
                <w:lang w:eastAsia="tr-TR"/>
              </w:rPr>
              <w:t>16–20 Yıl</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14:paraId="635BB4F4" w14:textId="77777777" w:rsidR="00915101" w:rsidRPr="00A4680D" w:rsidRDefault="00915101" w:rsidP="00985ECB">
            <w:pPr>
              <w:pStyle w:val="Stil4"/>
              <w:jc w:val="center"/>
              <w:rPr>
                <w:bCs/>
                <w:lang w:eastAsia="tr-TR"/>
              </w:rPr>
            </w:pPr>
            <w:r w:rsidRPr="00A4680D">
              <w:rPr>
                <w:bCs/>
                <w:lang w:eastAsia="tr-TR"/>
              </w:rPr>
              <w:t>21–25 Yıl</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14:paraId="5039EC86" w14:textId="77777777" w:rsidR="00915101" w:rsidRPr="00A4680D" w:rsidRDefault="00915101" w:rsidP="00985ECB">
            <w:pPr>
              <w:pStyle w:val="Stil4"/>
              <w:jc w:val="center"/>
              <w:rPr>
                <w:bCs/>
                <w:lang w:eastAsia="tr-TR"/>
              </w:rPr>
            </w:pPr>
            <w:r w:rsidRPr="00A4680D">
              <w:rPr>
                <w:bCs/>
                <w:lang w:eastAsia="tr-TR"/>
              </w:rPr>
              <w:t>26–30 Yıl</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14:paraId="5933C27F" w14:textId="77777777" w:rsidR="00915101" w:rsidRPr="00A4680D" w:rsidRDefault="00915101" w:rsidP="00985ECB">
            <w:pPr>
              <w:pStyle w:val="Stil4"/>
              <w:jc w:val="center"/>
              <w:rPr>
                <w:bCs/>
                <w:lang w:eastAsia="tr-TR"/>
              </w:rPr>
            </w:pPr>
            <w:r w:rsidRPr="00A4680D">
              <w:rPr>
                <w:bCs/>
                <w:lang w:eastAsia="tr-TR"/>
              </w:rPr>
              <w:t>31 Yıl ve Üzeri</w:t>
            </w:r>
          </w:p>
        </w:tc>
        <w:tc>
          <w:tcPr>
            <w:tcW w:w="0" w:type="auto"/>
            <w:tcBorders>
              <w:top w:val="double" w:sz="4" w:space="0" w:color="auto"/>
              <w:left w:val="double" w:sz="4" w:space="0" w:color="auto"/>
              <w:bottom w:val="double" w:sz="4" w:space="0" w:color="auto"/>
              <w:right w:val="double" w:sz="4" w:space="0" w:color="auto"/>
            </w:tcBorders>
            <w:shd w:val="clear" w:color="auto" w:fill="B99C71"/>
            <w:vAlign w:val="center"/>
            <w:hideMark/>
          </w:tcPr>
          <w:p w14:paraId="31B9589B" w14:textId="77777777" w:rsidR="00915101" w:rsidRPr="00A4680D" w:rsidRDefault="00915101" w:rsidP="00985ECB">
            <w:pPr>
              <w:pStyle w:val="Stil4"/>
              <w:jc w:val="center"/>
              <w:rPr>
                <w:bCs/>
                <w:lang w:eastAsia="tr-TR"/>
              </w:rPr>
            </w:pPr>
            <w:r w:rsidRPr="00A4680D">
              <w:rPr>
                <w:bCs/>
                <w:lang w:eastAsia="tr-TR"/>
              </w:rPr>
              <w:t>TOPLAM</w:t>
            </w:r>
          </w:p>
        </w:tc>
      </w:tr>
      <w:tr w:rsidR="00D328B5" w:rsidRPr="00915101" w14:paraId="2168C999" w14:textId="77777777" w:rsidTr="00690EBB">
        <w:trPr>
          <w:trHeight w:val="585"/>
        </w:trPr>
        <w:tc>
          <w:tcPr>
            <w:tcW w:w="1839"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586AB915" w14:textId="77777777" w:rsidR="00915101" w:rsidRPr="00915101" w:rsidRDefault="00915101" w:rsidP="00621353">
            <w:pPr>
              <w:pStyle w:val="Stil4"/>
              <w:rPr>
                <w:bCs/>
                <w:color w:val="FFFFFF"/>
                <w:lang w:eastAsia="tr-TR"/>
              </w:rPr>
            </w:pPr>
            <w:r w:rsidRPr="00690EBB">
              <w:rPr>
                <w:bCs/>
                <w:lang w:eastAsia="tr-TR"/>
              </w:rPr>
              <w:t>Kişi Sayısı</w:t>
            </w:r>
          </w:p>
        </w:tc>
        <w:tc>
          <w:tcPr>
            <w:tcW w:w="776" w:type="dxa"/>
            <w:tcBorders>
              <w:top w:val="double" w:sz="4" w:space="0" w:color="auto"/>
              <w:left w:val="double" w:sz="4" w:space="0" w:color="auto"/>
              <w:bottom w:val="double" w:sz="4" w:space="0" w:color="auto"/>
              <w:right w:val="double" w:sz="4" w:space="0" w:color="auto"/>
            </w:tcBorders>
            <w:shd w:val="clear" w:color="auto" w:fill="auto"/>
            <w:vAlign w:val="center"/>
            <w:hideMark/>
          </w:tcPr>
          <w:p w14:paraId="114B3E5D" w14:textId="691068F0" w:rsidR="00915101" w:rsidRPr="00915101" w:rsidRDefault="00C16D75" w:rsidP="00985ECB">
            <w:pPr>
              <w:pStyle w:val="Stil4"/>
              <w:jc w:val="center"/>
              <w:rPr>
                <w:lang w:eastAsia="tr-TR"/>
              </w:rPr>
            </w:pPr>
            <w:r>
              <w:rPr>
                <w:lang w:eastAsia="tr-TR"/>
              </w:rPr>
              <w:t>0</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14:paraId="0EA42033" w14:textId="3596BFEA" w:rsidR="00915101" w:rsidRPr="00915101" w:rsidRDefault="00C16D75" w:rsidP="00985ECB">
            <w:pPr>
              <w:pStyle w:val="Stil4"/>
              <w:jc w:val="center"/>
              <w:rPr>
                <w:lang w:eastAsia="tr-TR"/>
              </w:rPr>
            </w:pPr>
            <w:r>
              <w:rPr>
                <w:lang w:eastAsia="tr-TR"/>
              </w:rPr>
              <w:t>6</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14:paraId="4973F0A9" w14:textId="734D5018" w:rsidR="00915101" w:rsidRPr="00915101" w:rsidRDefault="00C16D75" w:rsidP="00985ECB">
            <w:pPr>
              <w:pStyle w:val="Stil4"/>
              <w:jc w:val="center"/>
              <w:rPr>
                <w:lang w:eastAsia="tr-TR"/>
              </w:rPr>
            </w:pPr>
            <w:r>
              <w:rPr>
                <w:lang w:eastAsia="tr-TR"/>
              </w:rPr>
              <w:t>1</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14:paraId="7FE45CB5" w14:textId="78068B9F" w:rsidR="00915101" w:rsidRPr="00915101" w:rsidRDefault="00C16D75" w:rsidP="00985ECB">
            <w:pPr>
              <w:pStyle w:val="Stil4"/>
              <w:jc w:val="center"/>
              <w:rPr>
                <w:lang w:eastAsia="tr-TR"/>
              </w:rPr>
            </w:pPr>
            <w:r>
              <w:rPr>
                <w:lang w:eastAsia="tr-TR"/>
              </w:rPr>
              <w:t>3</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14:paraId="76C5795F" w14:textId="2E2749F9" w:rsidR="00915101" w:rsidRPr="00915101" w:rsidRDefault="00C16D75" w:rsidP="00985ECB">
            <w:pPr>
              <w:pStyle w:val="Stil4"/>
              <w:jc w:val="center"/>
              <w:rPr>
                <w:lang w:eastAsia="tr-TR"/>
              </w:rPr>
            </w:pPr>
            <w:r>
              <w:rPr>
                <w:lang w:eastAsia="tr-TR"/>
              </w:rPr>
              <w:t>1</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14:paraId="10CE27D4" w14:textId="344DAEFF" w:rsidR="00915101" w:rsidRPr="00915101" w:rsidRDefault="00915101" w:rsidP="00985ECB">
            <w:pPr>
              <w:pStyle w:val="Stil4"/>
              <w:jc w:val="center"/>
              <w:rPr>
                <w:lang w:eastAsia="tr-TR"/>
              </w:rPr>
            </w:pP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14:paraId="4FDA9C4C" w14:textId="233F48CD" w:rsidR="00915101" w:rsidRPr="00915101" w:rsidRDefault="00915101" w:rsidP="00985ECB">
            <w:pPr>
              <w:pStyle w:val="Stil4"/>
              <w:jc w:val="center"/>
              <w:rPr>
                <w:lang w:eastAsia="tr-TR"/>
              </w:rPr>
            </w:pP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14:paraId="10AAF6DD" w14:textId="4DD8A3FC" w:rsidR="00915101" w:rsidRPr="00915101" w:rsidRDefault="00C16D75" w:rsidP="00985ECB">
            <w:pPr>
              <w:pStyle w:val="Stil4"/>
              <w:jc w:val="center"/>
              <w:rPr>
                <w:lang w:eastAsia="tr-TR"/>
              </w:rPr>
            </w:pPr>
            <w:r>
              <w:rPr>
                <w:lang w:eastAsia="tr-TR"/>
              </w:rPr>
              <w:t>2</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hideMark/>
          </w:tcPr>
          <w:p w14:paraId="09CD3B4E" w14:textId="77777777" w:rsidR="00915101" w:rsidRPr="00915101" w:rsidRDefault="00C16D75" w:rsidP="00985ECB">
            <w:pPr>
              <w:pStyle w:val="Stil4"/>
              <w:jc w:val="center"/>
              <w:rPr>
                <w:lang w:eastAsia="tr-TR"/>
              </w:rPr>
            </w:pPr>
            <w:r>
              <w:rPr>
                <w:lang w:eastAsia="tr-TR"/>
              </w:rPr>
              <w:t>13</w:t>
            </w:r>
          </w:p>
        </w:tc>
      </w:tr>
    </w:tbl>
    <w:p w14:paraId="4C0AB724" w14:textId="77777777" w:rsidR="00E24BA4" w:rsidRDefault="00E24BA4" w:rsidP="00E24BA4">
      <w:pPr>
        <w:rPr>
          <w:rFonts w:cs="Times New Roman"/>
        </w:rPr>
      </w:pPr>
    </w:p>
    <w:p w14:paraId="5220C1A2" w14:textId="77777777" w:rsidR="00621353" w:rsidRDefault="00621353" w:rsidP="00621353">
      <w:r>
        <w:t>İdari</w:t>
      </w:r>
      <w:r>
        <w:rPr>
          <w:spacing w:val="-3"/>
        </w:rPr>
        <w:t xml:space="preserve"> </w:t>
      </w:r>
      <w:r>
        <w:t>Personelin</w:t>
      </w:r>
      <w:r>
        <w:rPr>
          <w:spacing w:val="-5"/>
        </w:rPr>
        <w:t xml:space="preserve"> </w:t>
      </w:r>
      <w:r>
        <w:t>Yaş Aralığı</w:t>
      </w:r>
    </w:p>
    <w:tbl>
      <w:tblPr>
        <w:tblW w:w="9069" w:type="dxa"/>
        <w:tblInd w:w="-23" w:type="dxa"/>
        <w:tblCellMar>
          <w:left w:w="70" w:type="dxa"/>
          <w:right w:w="70" w:type="dxa"/>
        </w:tblCellMar>
        <w:tblLook w:val="04A0" w:firstRow="1" w:lastRow="0" w:firstColumn="1" w:lastColumn="0" w:noHBand="0" w:noVBand="1"/>
      </w:tblPr>
      <w:tblGrid>
        <w:gridCol w:w="1068"/>
        <w:gridCol w:w="917"/>
        <w:gridCol w:w="1103"/>
        <w:gridCol w:w="1307"/>
        <w:gridCol w:w="1275"/>
        <w:gridCol w:w="1790"/>
        <w:gridCol w:w="1609"/>
      </w:tblGrid>
      <w:tr w:rsidR="00621353" w:rsidRPr="00621353" w14:paraId="16916E65" w14:textId="77777777" w:rsidTr="00621353">
        <w:trPr>
          <w:trHeight w:val="556"/>
        </w:trPr>
        <w:tc>
          <w:tcPr>
            <w:tcW w:w="0" w:type="auto"/>
            <w:tcBorders>
              <w:top w:val="double" w:sz="6" w:space="0" w:color="auto"/>
              <w:left w:val="double" w:sz="6" w:space="0" w:color="auto"/>
              <w:bottom w:val="double" w:sz="6" w:space="0" w:color="auto"/>
              <w:right w:val="double" w:sz="6" w:space="0" w:color="auto"/>
            </w:tcBorders>
            <w:shd w:val="clear" w:color="000000" w:fill="B99C71"/>
            <w:vAlign w:val="center"/>
            <w:hideMark/>
          </w:tcPr>
          <w:p w14:paraId="4DB150B9" w14:textId="77777777" w:rsidR="00621353" w:rsidRPr="00621353" w:rsidRDefault="00621353" w:rsidP="00621353">
            <w:pPr>
              <w:pStyle w:val="Stil4"/>
            </w:pPr>
            <w:r w:rsidRPr="00621353">
              <w:t> </w:t>
            </w:r>
          </w:p>
        </w:tc>
        <w:tc>
          <w:tcPr>
            <w:tcW w:w="917" w:type="dxa"/>
            <w:tcBorders>
              <w:top w:val="double" w:sz="6" w:space="0" w:color="auto"/>
              <w:left w:val="nil"/>
              <w:bottom w:val="double" w:sz="6" w:space="0" w:color="auto"/>
              <w:right w:val="double" w:sz="6" w:space="0" w:color="auto"/>
            </w:tcBorders>
            <w:shd w:val="clear" w:color="000000" w:fill="B99C71"/>
            <w:vAlign w:val="center"/>
            <w:hideMark/>
          </w:tcPr>
          <w:p w14:paraId="2672A020" w14:textId="77777777" w:rsidR="00621353" w:rsidRPr="00621353" w:rsidRDefault="00621353" w:rsidP="00985ECB">
            <w:pPr>
              <w:pStyle w:val="Stil4"/>
              <w:jc w:val="center"/>
            </w:pPr>
            <w:r w:rsidRPr="00621353">
              <w:t>20-30 Yaş</w:t>
            </w:r>
          </w:p>
        </w:tc>
        <w:tc>
          <w:tcPr>
            <w:tcW w:w="1103" w:type="dxa"/>
            <w:tcBorders>
              <w:top w:val="double" w:sz="6" w:space="0" w:color="auto"/>
              <w:left w:val="nil"/>
              <w:bottom w:val="double" w:sz="6" w:space="0" w:color="auto"/>
              <w:right w:val="double" w:sz="6" w:space="0" w:color="auto"/>
            </w:tcBorders>
            <w:shd w:val="clear" w:color="000000" w:fill="B99C71"/>
            <w:vAlign w:val="center"/>
            <w:hideMark/>
          </w:tcPr>
          <w:p w14:paraId="1675BA14" w14:textId="77777777" w:rsidR="00621353" w:rsidRPr="00621353" w:rsidRDefault="00621353" w:rsidP="00985ECB">
            <w:pPr>
              <w:pStyle w:val="Stil4"/>
              <w:jc w:val="center"/>
            </w:pPr>
            <w:r w:rsidRPr="00621353">
              <w:t>31-40 Yaş</w:t>
            </w:r>
          </w:p>
        </w:tc>
        <w:tc>
          <w:tcPr>
            <w:tcW w:w="1307" w:type="dxa"/>
            <w:tcBorders>
              <w:top w:val="double" w:sz="6" w:space="0" w:color="auto"/>
              <w:left w:val="nil"/>
              <w:bottom w:val="double" w:sz="6" w:space="0" w:color="auto"/>
              <w:right w:val="double" w:sz="6" w:space="0" w:color="auto"/>
            </w:tcBorders>
            <w:shd w:val="clear" w:color="000000" w:fill="B99C71"/>
            <w:vAlign w:val="center"/>
            <w:hideMark/>
          </w:tcPr>
          <w:p w14:paraId="3D704B8F" w14:textId="77777777" w:rsidR="00621353" w:rsidRPr="00621353" w:rsidRDefault="00621353" w:rsidP="00985ECB">
            <w:pPr>
              <w:pStyle w:val="Stil4"/>
              <w:jc w:val="center"/>
            </w:pPr>
            <w:r w:rsidRPr="00621353">
              <w:t>41-50 Yaş</w:t>
            </w:r>
          </w:p>
        </w:tc>
        <w:tc>
          <w:tcPr>
            <w:tcW w:w="1275" w:type="dxa"/>
            <w:tcBorders>
              <w:top w:val="double" w:sz="6" w:space="0" w:color="auto"/>
              <w:left w:val="nil"/>
              <w:bottom w:val="double" w:sz="6" w:space="0" w:color="auto"/>
              <w:right w:val="double" w:sz="6" w:space="0" w:color="auto"/>
            </w:tcBorders>
            <w:shd w:val="clear" w:color="000000" w:fill="B99C71"/>
            <w:vAlign w:val="center"/>
            <w:hideMark/>
          </w:tcPr>
          <w:p w14:paraId="180F92EE" w14:textId="77777777" w:rsidR="00621353" w:rsidRPr="00621353" w:rsidRDefault="00621353" w:rsidP="00985ECB">
            <w:pPr>
              <w:pStyle w:val="Stil4"/>
              <w:jc w:val="center"/>
            </w:pPr>
            <w:r w:rsidRPr="00621353">
              <w:t>51-60 Yaş</w:t>
            </w:r>
          </w:p>
        </w:tc>
        <w:tc>
          <w:tcPr>
            <w:tcW w:w="1790" w:type="dxa"/>
            <w:tcBorders>
              <w:top w:val="double" w:sz="6" w:space="0" w:color="auto"/>
              <w:left w:val="nil"/>
              <w:bottom w:val="double" w:sz="6" w:space="0" w:color="auto"/>
              <w:right w:val="double" w:sz="6" w:space="0" w:color="auto"/>
            </w:tcBorders>
            <w:shd w:val="clear" w:color="000000" w:fill="B99C71"/>
            <w:vAlign w:val="center"/>
            <w:hideMark/>
          </w:tcPr>
          <w:p w14:paraId="2884701B" w14:textId="77777777" w:rsidR="00621353" w:rsidRPr="00621353" w:rsidRDefault="00621353" w:rsidP="00985ECB">
            <w:pPr>
              <w:pStyle w:val="Stil4"/>
              <w:jc w:val="center"/>
            </w:pPr>
            <w:r w:rsidRPr="00621353">
              <w:t>61 ve Üzeri Yaş</w:t>
            </w:r>
          </w:p>
        </w:tc>
        <w:tc>
          <w:tcPr>
            <w:tcW w:w="1609" w:type="dxa"/>
            <w:tcBorders>
              <w:top w:val="double" w:sz="6" w:space="0" w:color="auto"/>
              <w:left w:val="nil"/>
              <w:bottom w:val="double" w:sz="6" w:space="0" w:color="auto"/>
              <w:right w:val="double" w:sz="6" w:space="0" w:color="auto"/>
            </w:tcBorders>
            <w:shd w:val="clear" w:color="000000" w:fill="B99C71"/>
            <w:vAlign w:val="center"/>
            <w:hideMark/>
          </w:tcPr>
          <w:p w14:paraId="7BCD85C2" w14:textId="77777777" w:rsidR="00621353" w:rsidRPr="00621353" w:rsidRDefault="00621353" w:rsidP="00985ECB">
            <w:pPr>
              <w:pStyle w:val="Stil4"/>
              <w:jc w:val="center"/>
            </w:pPr>
            <w:r w:rsidRPr="00621353">
              <w:t>Toplam Personel</w:t>
            </w:r>
          </w:p>
        </w:tc>
      </w:tr>
      <w:tr w:rsidR="00621353" w:rsidRPr="00621353" w14:paraId="371CBB88" w14:textId="77777777" w:rsidTr="00621353">
        <w:trPr>
          <w:trHeight w:val="649"/>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6444E98A" w14:textId="77777777" w:rsidR="00621353" w:rsidRPr="00621353" w:rsidRDefault="00621353" w:rsidP="00621353">
            <w:pPr>
              <w:pStyle w:val="Stil4"/>
            </w:pPr>
            <w:r w:rsidRPr="00621353">
              <w:t>Kişi Sayısı</w:t>
            </w:r>
          </w:p>
        </w:tc>
        <w:tc>
          <w:tcPr>
            <w:tcW w:w="917" w:type="dxa"/>
            <w:tcBorders>
              <w:top w:val="nil"/>
              <w:left w:val="nil"/>
              <w:bottom w:val="double" w:sz="6" w:space="0" w:color="auto"/>
              <w:right w:val="double" w:sz="6" w:space="0" w:color="auto"/>
            </w:tcBorders>
            <w:shd w:val="clear" w:color="000000" w:fill="FFFFFF"/>
            <w:vAlign w:val="center"/>
            <w:hideMark/>
          </w:tcPr>
          <w:p w14:paraId="42C02C99" w14:textId="0B17C747" w:rsidR="00621353" w:rsidRPr="00621353" w:rsidRDefault="00C16D75" w:rsidP="00985ECB">
            <w:pPr>
              <w:pStyle w:val="Stil4"/>
              <w:jc w:val="center"/>
            </w:pPr>
            <w:r>
              <w:t>4</w:t>
            </w:r>
          </w:p>
        </w:tc>
        <w:tc>
          <w:tcPr>
            <w:tcW w:w="1103" w:type="dxa"/>
            <w:tcBorders>
              <w:top w:val="nil"/>
              <w:left w:val="nil"/>
              <w:bottom w:val="double" w:sz="6" w:space="0" w:color="auto"/>
              <w:right w:val="double" w:sz="6" w:space="0" w:color="auto"/>
            </w:tcBorders>
            <w:shd w:val="clear" w:color="000000" w:fill="FFFFFF"/>
            <w:vAlign w:val="center"/>
            <w:hideMark/>
          </w:tcPr>
          <w:p w14:paraId="617BBEC6" w14:textId="2A44A245" w:rsidR="00621353" w:rsidRPr="00621353" w:rsidRDefault="00C16D75" w:rsidP="00985ECB">
            <w:pPr>
              <w:pStyle w:val="Stil4"/>
              <w:jc w:val="center"/>
            </w:pPr>
            <w:r>
              <w:t>5</w:t>
            </w:r>
          </w:p>
        </w:tc>
        <w:tc>
          <w:tcPr>
            <w:tcW w:w="1307" w:type="dxa"/>
            <w:tcBorders>
              <w:top w:val="nil"/>
              <w:left w:val="nil"/>
              <w:bottom w:val="double" w:sz="6" w:space="0" w:color="auto"/>
              <w:right w:val="double" w:sz="6" w:space="0" w:color="auto"/>
            </w:tcBorders>
            <w:shd w:val="clear" w:color="000000" w:fill="FFFFFF"/>
            <w:vAlign w:val="center"/>
            <w:hideMark/>
          </w:tcPr>
          <w:p w14:paraId="63529FEC" w14:textId="261202BD" w:rsidR="00621353" w:rsidRPr="00621353" w:rsidRDefault="00C16D75" w:rsidP="00985ECB">
            <w:pPr>
              <w:pStyle w:val="Stil4"/>
              <w:jc w:val="center"/>
            </w:pPr>
            <w:r>
              <w:t>1</w:t>
            </w:r>
          </w:p>
        </w:tc>
        <w:tc>
          <w:tcPr>
            <w:tcW w:w="1275" w:type="dxa"/>
            <w:tcBorders>
              <w:top w:val="nil"/>
              <w:left w:val="nil"/>
              <w:bottom w:val="double" w:sz="6" w:space="0" w:color="auto"/>
              <w:right w:val="double" w:sz="6" w:space="0" w:color="auto"/>
            </w:tcBorders>
            <w:shd w:val="clear" w:color="000000" w:fill="FFFFFF"/>
            <w:vAlign w:val="center"/>
            <w:hideMark/>
          </w:tcPr>
          <w:p w14:paraId="73CE1372" w14:textId="1BFFE60D" w:rsidR="00621353" w:rsidRPr="00621353" w:rsidRDefault="00C16D75" w:rsidP="00985ECB">
            <w:pPr>
              <w:pStyle w:val="Stil4"/>
              <w:jc w:val="center"/>
            </w:pPr>
            <w:r>
              <w:t>2</w:t>
            </w:r>
          </w:p>
        </w:tc>
        <w:tc>
          <w:tcPr>
            <w:tcW w:w="1790" w:type="dxa"/>
            <w:tcBorders>
              <w:top w:val="nil"/>
              <w:left w:val="nil"/>
              <w:bottom w:val="double" w:sz="6" w:space="0" w:color="auto"/>
              <w:right w:val="double" w:sz="6" w:space="0" w:color="auto"/>
            </w:tcBorders>
            <w:shd w:val="clear" w:color="000000" w:fill="FFFFFF"/>
            <w:vAlign w:val="center"/>
            <w:hideMark/>
          </w:tcPr>
          <w:p w14:paraId="43CD0023" w14:textId="43294EF3" w:rsidR="00621353" w:rsidRPr="00621353" w:rsidRDefault="00C16D75" w:rsidP="00985ECB">
            <w:pPr>
              <w:pStyle w:val="Stil4"/>
              <w:jc w:val="center"/>
            </w:pPr>
            <w:r>
              <w:t>1</w:t>
            </w:r>
          </w:p>
        </w:tc>
        <w:tc>
          <w:tcPr>
            <w:tcW w:w="1609" w:type="dxa"/>
            <w:tcBorders>
              <w:top w:val="nil"/>
              <w:left w:val="double" w:sz="6" w:space="0" w:color="auto"/>
              <w:bottom w:val="double" w:sz="6" w:space="0" w:color="auto"/>
              <w:right w:val="double" w:sz="6" w:space="0" w:color="auto"/>
            </w:tcBorders>
            <w:shd w:val="clear" w:color="000000" w:fill="FFFFFF"/>
            <w:vAlign w:val="center"/>
            <w:hideMark/>
          </w:tcPr>
          <w:p w14:paraId="2A8B2525" w14:textId="22C68C08" w:rsidR="00621353" w:rsidRPr="00621353" w:rsidRDefault="00C16D75" w:rsidP="00985ECB">
            <w:pPr>
              <w:pStyle w:val="Stil4"/>
              <w:jc w:val="center"/>
            </w:pPr>
            <w:r>
              <w:t>13</w:t>
            </w:r>
          </w:p>
        </w:tc>
      </w:tr>
    </w:tbl>
    <w:p w14:paraId="645327FF" w14:textId="77777777" w:rsidR="00621353" w:rsidRPr="000C0E61" w:rsidRDefault="00621353" w:rsidP="00E24BA4">
      <w:pPr>
        <w:rPr>
          <w:rFonts w:cs="Times New Roman"/>
        </w:rPr>
      </w:pPr>
    </w:p>
    <w:p w14:paraId="65324870" w14:textId="744B5753" w:rsidR="00E24BA4" w:rsidRDefault="00E24BA4" w:rsidP="00E24BA4">
      <w:pPr>
        <w:pStyle w:val="Stil2"/>
      </w:pPr>
      <w:bookmarkStart w:id="21" w:name="_Toc153118724"/>
      <w:bookmarkStart w:id="22" w:name="_Toc153376766"/>
      <w:bookmarkStart w:id="23" w:name="_Toc217311503"/>
      <w:r>
        <w:t>5.</w:t>
      </w:r>
      <w:r w:rsidRPr="000C0E61">
        <w:t>Sunulan Hizmetler</w:t>
      </w:r>
      <w:bookmarkEnd w:id="21"/>
      <w:bookmarkEnd w:id="22"/>
      <w:bookmarkEnd w:id="23"/>
    </w:p>
    <w:p w14:paraId="5511D29E" w14:textId="30880E72" w:rsidR="00E24BA4" w:rsidRPr="00AA0A8F" w:rsidRDefault="00E24BA4" w:rsidP="00E24BA4">
      <w:pPr>
        <w:pStyle w:val="2BALIK"/>
        <w:spacing w:line="360" w:lineRule="auto"/>
      </w:pPr>
      <w:r w:rsidRPr="00AA0A8F">
        <w:t xml:space="preserve">Birimimiz; </w:t>
      </w:r>
      <w:r w:rsidRPr="00AA0A8F">
        <w:rPr>
          <w:rStyle w:val="Gl"/>
        </w:rPr>
        <w:t>eğitim-öğretim</w:t>
      </w:r>
      <w:r w:rsidRPr="00AA0A8F">
        <w:t xml:space="preserve"> alanında nitelikli programlar ve öğrenci odaklı öğrenme ortamları sunmakta, </w:t>
      </w:r>
      <w:r w:rsidRPr="00AA0A8F">
        <w:rPr>
          <w:rStyle w:val="Gl"/>
        </w:rPr>
        <w:t>araştırma-geliştirme</w:t>
      </w:r>
      <w:r w:rsidRPr="00AA0A8F">
        <w:t xml:space="preserve"> kapsamında bilimsel projeler ve yayınlarla bilgi üretimini desteklemekte, </w:t>
      </w:r>
      <w:r w:rsidRPr="00AA0A8F">
        <w:rPr>
          <w:rStyle w:val="Gl"/>
        </w:rPr>
        <w:t>toplumsal katkı</w:t>
      </w:r>
      <w:r w:rsidRPr="00AA0A8F">
        <w:t xml:space="preserve"> boyutunda ise kamu, sanayi ve toplumla iş birlikleri ve sosyal sorumluluk faaliyetleri yürütmektedir.</w:t>
      </w:r>
    </w:p>
    <w:p w14:paraId="27C9E0C0" w14:textId="77777777" w:rsidR="00E24BA4" w:rsidRDefault="00E24BA4" w:rsidP="00E24BA4">
      <w:pPr>
        <w:pStyle w:val="Stil2"/>
      </w:pPr>
      <w:bookmarkStart w:id="24" w:name="_Toc153118725"/>
      <w:bookmarkStart w:id="25" w:name="_Toc153376767"/>
      <w:bookmarkStart w:id="26" w:name="_Toc217311504"/>
      <w:r w:rsidRPr="000C0E61">
        <w:t xml:space="preserve">5.1. </w:t>
      </w:r>
      <w:bookmarkStart w:id="27" w:name="_Hlk186025481"/>
      <w:r w:rsidRPr="000C0E61">
        <w:t>Eğitim</w:t>
      </w:r>
      <w:r>
        <w:t>-Öğretim</w:t>
      </w:r>
      <w:r w:rsidRPr="000C0E61">
        <w:t xml:space="preserve"> </w:t>
      </w:r>
      <w:bookmarkEnd w:id="24"/>
      <w:bookmarkEnd w:id="25"/>
      <w:bookmarkEnd w:id="27"/>
      <w:r>
        <w:t xml:space="preserve"> Faaliyetleri</w:t>
      </w:r>
      <w:bookmarkEnd w:id="26"/>
    </w:p>
    <w:p w14:paraId="6EFF0E05" w14:textId="77777777" w:rsidR="00E24BA4" w:rsidRDefault="00E24BA4" w:rsidP="00E24BA4">
      <w:pPr>
        <w:pStyle w:val="Stil2"/>
      </w:pPr>
      <w:bookmarkStart w:id="28" w:name="_Toc217311505"/>
      <w:r>
        <w:t>5.1.1. Öğrenci Verileri</w:t>
      </w:r>
      <w:bookmarkEnd w:id="28"/>
    </w:p>
    <w:p w14:paraId="5B391CC6" w14:textId="77777777" w:rsidR="00E24BA4" w:rsidRDefault="00E24BA4" w:rsidP="00E24BA4">
      <w:r w:rsidRPr="00324DAA">
        <w:t>Yıllara Göre Öğrenci Sayıları</w:t>
      </w:r>
    </w:p>
    <w:tbl>
      <w:tblPr>
        <w:tblW w:w="921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5"/>
        <w:gridCol w:w="1977"/>
        <w:gridCol w:w="1276"/>
        <w:gridCol w:w="2268"/>
        <w:gridCol w:w="2268"/>
      </w:tblGrid>
      <w:tr w:rsidR="00E24BA4" w:rsidRPr="00E03019" w14:paraId="21D5091D" w14:textId="77777777" w:rsidTr="009D611D">
        <w:trPr>
          <w:tblHeader/>
          <w:tblCellSpacing w:w="15" w:type="dxa"/>
        </w:trPr>
        <w:tc>
          <w:tcPr>
            <w:tcW w:w="1380" w:type="dxa"/>
            <w:shd w:val="clear" w:color="auto" w:fill="B99C71"/>
            <w:vAlign w:val="center"/>
          </w:tcPr>
          <w:p w14:paraId="3911ABB3" w14:textId="77777777" w:rsidR="00E24BA4" w:rsidRPr="00E03019" w:rsidRDefault="00E24BA4" w:rsidP="00A23656">
            <w:pPr>
              <w:pStyle w:val="Stil4"/>
              <w:jc w:val="center"/>
            </w:pPr>
            <w:r>
              <w:t>2021</w:t>
            </w:r>
          </w:p>
        </w:tc>
        <w:tc>
          <w:tcPr>
            <w:tcW w:w="1947" w:type="dxa"/>
            <w:shd w:val="clear" w:color="auto" w:fill="B99C71"/>
          </w:tcPr>
          <w:p w14:paraId="75F4CEB6" w14:textId="77777777" w:rsidR="00E24BA4" w:rsidRPr="00897A2E" w:rsidRDefault="00E24BA4" w:rsidP="00A23656">
            <w:pPr>
              <w:pStyle w:val="Stil4"/>
              <w:jc w:val="center"/>
              <w:rPr>
                <w:color w:val="000000" w:themeColor="text1"/>
              </w:rPr>
            </w:pPr>
            <w:r>
              <w:rPr>
                <w:color w:val="000000" w:themeColor="text1"/>
              </w:rPr>
              <w:t>2022</w:t>
            </w:r>
          </w:p>
        </w:tc>
        <w:tc>
          <w:tcPr>
            <w:tcW w:w="1246" w:type="dxa"/>
            <w:shd w:val="clear" w:color="auto" w:fill="B99C71"/>
          </w:tcPr>
          <w:p w14:paraId="4BAB1068" w14:textId="77777777" w:rsidR="00E24BA4" w:rsidRPr="00897A2E" w:rsidRDefault="00E24BA4" w:rsidP="00A23656">
            <w:pPr>
              <w:pStyle w:val="Stil4"/>
              <w:jc w:val="center"/>
              <w:rPr>
                <w:color w:val="000000" w:themeColor="text1"/>
              </w:rPr>
            </w:pPr>
            <w:r>
              <w:rPr>
                <w:color w:val="000000" w:themeColor="text1"/>
              </w:rPr>
              <w:t>2023</w:t>
            </w:r>
          </w:p>
        </w:tc>
        <w:tc>
          <w:tcPr>
            <w:tcW w:w="2238" w:type="dxa"/>
            <w:shd w:val="clear" w:color="auto" w:fill="B99C71"/>
          </w:tcPr>
          <w:p w14:paraId="7CA13C05" w14:textId="77777777" w:rsidR="00E24BA4" w:rsidRPr="00897A2E" w:rsidRDefault="00E24BA4" w:rsidP="00A23656">
            <w:pPr>
              <w:pStyle w:val="Stil4"/>
              <w:jc w:val="center"/>
              <w:rPr>
                <w:color w:val="000000" w:themeColor="text1"/>
              </w:rPr>
            </w:pPr>
            <w:r>
              <w:rPr>
                <w:color w:val="000000" w:themeColor="text1"/>
              </w:rPr>
              <w:t>2024</w:t>
            </w:r>
          </w:p>
        </w:tc>
        <w:tc>
          <w:tcPr>
            <w:tcW w:w="2223" w:type="dxa"/>
            <w:shd w:val="clear" w:color="auto" w:fill="B99C71"/>
            <w:vAlign w:val="center"/>
          </w:tcPr>
          <w:p w14:paraId="50888EA4" w14:textId="77777777" w:rsidR="00E24BA4" w:rsidRPr="00E03019" w:rsidRDefault="00E24BA4" w:rsidP="00A23656">
            <w:pPr>
              <w:pStyle w:val="Stil4"/>
              <w:jc w:val="center"/>
              <w:rPr>
                <w:color w:val="000000" w:themeColor="text1"/>
              </w:rPr>
            </w:pPr>
            <w:r>
              <w:rPr>
                <w:color w:val="000000" w:themeColor="text1"/>
              </w:rPr>
              <w:t>2025</w:t>
            </w:r>
          </w:p>
        </w:tc>
      </w:tr>
      <w:tr w:rsidR="00E24BA4" w:rsidRPr="00E03019" w14:paraId="21275970" w14:textId="77777777" w:rsidTr="009D611D">
        <w:trPr>
          <w:tblCellSpacing w:w="15" w:type="dxa"/>
        </w:trPr>
        <w:tc>
          <w:tcPr>
            <w:tcW w:w="1380" w:type="dxa"/>
            <w:vAlign w:val="center"/>
          </w:tcPr>
          <w:p w14:paraId="04CB67B8" w14:textId="77777777" w:rsidR="00E24BA4" w:rsidRPr="00E03019" w:rsidRDefault="00754FBB" w:rsidP="00A23656">
            <w:pPr>
              <w:pStyle w:val="Stil4"/>
              <w:jc w:val="center"/>
            </w:pPr>
            <w:r>
              <w:t>251</w:t>
            </w:r>
          </w:p>
        </w:tc>
        <w:tc>
          <w:tcPr>
            <w:tcW w:w="1947" w:type="dxa"/>
          </w:tcPr>
          <w:p w14:paraId="0A56AA94" w14:textId="77777777" w:rsidR="00E24BA4" w:rsidRPr="00E03019" w:rsidRDefault="00754FBB" w:rsidP="00A23656">
            <w:pPr>
              <w:pStyle w:val="Stil4"/>
              <w:jc w:val="center"/>
            </w:pPr>
            <w:r>
              <w:t>288</w:t>
            </w:r>
          </w:p>
        </w:tc>
        <w:tc>
          <w:tcPr>
            <w:tcW w:w="1246" w:type="dxa"/>
          </w:tcPr>
          <w:p w14:paraId="39DAB41A" w14:textId="77777777" w:rsidR="00E24BA4" w:rsidRPr="00E03019" w:rsidRDefault="00754FBB" w:rsidP="00A23656">
            <w:pPr>
              <w:pStyle w:val="Stil4"/>
              <w:jc w:val="center"/>
            </w:pPr>
            <w:r>
              <w:t>336</w:t>
            </w:r>
          </w:p>
        </w:tc>
        <w:tc>
          <w:tcPr>
            <w:tcW w:w="2238" w:type="dxa"/>
          </w:tcPr>
          <w:p w14:paraId="163C161A" w14:textId="77777777" w:rsidR="00E24BA4" w:rsidRPr="00E03019" w:rsidRDefault="00754FBB" w:rsidP="00A23656">
            <w:pPr>
              <w:pStyle w:val="Stil4"/>
              <w:jc w:val="center"/>
            </w:pPr>
            <w:r>
              <w:t>385</w:t>
            </w:r>
          </w:p>
        </w:tc>
        <w:tc>
          <w:tcPr>
            <w:tcW w:w="2223" w:type="dxa"/>
            <w:vAlign w:val="center"/>
            <w:hideMark/>
          </w:tcPr>
          <w:p w14:paraId="1A288FF5" w14:textId="77777777" w:rsidR="00E24BA4" w:rsidRPr="00E03019" w:rsidRDefault="00754FBB" w:rsidP="00A23656">
            <w:pPr>
              <w:pStyle w:val="Stil4"/>
              <w:jc w:val="center"/>
            </w:pPr>
            <w:r>
              <w:t>408</w:t>
            </w:r>
          </w:p>
        </w:tc>
      </w:tr>
    </w:tbl>
    <w:p w14:paraId="0F9CE7C7" w14:textId="77777777" w:rsidR="00F54942" w:rsidRDefault="00F54942" w:rsidP="00E24BA4"/>
    <w:p w14:paraId="50AB6B5A" w14:textId="0961FFBF" w:rsidR="00E24BA4" w:rsidRDefault="00E24BA4" w:rsidP="00E24BA4">
      <w:r>
        <w:t>Bölüm ve Programlar</w:t>
      </w:r>
    </w:p>
    <w:tbl>
      <w:tblPr>
        <w:tblW w:w="921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6"/>
        <w:gridCol w:w="2764"/>
        <w:gridCol w:w="2764"/>
      </w:tblGrid>
      <w:tr w:rsidR="00E24BA4" w:rsidRPr="003D238D" w14:paraId="0671E120" w14:textId="77777777" w:rsidTr="009D611D">
        <w:trPr>
          <w:trHeight w:val="355"/>
          <w:tblHeader/>
          <w:tblCellSpacing w:w="15" w:type="dxa"/>
        </w:trPr>
        <w:tc>
          <w:tcPr>
            <w:tcW w:w="3641" w:type="dxa"/>
            <w:shd w:val="clear" w:color="auto" w:fill="B99C71"/>
            <w:vAlign w:val="center"/>
          </w:tcPr>
          <w:p w14:paraId="5B423C20" w14:textId="77777777" w:rsidR="00E24BA4" w:rsidRPr="003D238D" w:rsidRDefault="00E24BA4" w:rsidP="009D611D">
            <w:pPr>
              <w:pStyle w:val="Stil4"/>
              <w:rPr>
                <w:szCs w:val="20"/>
              </w:rPr>
            </w:pPr>
            <w:r w:rsidRPr="003D238D">
              <w:rPr>
                <w:szCs w:val="20"/>
              </w:rPr>
              <w:t>Bölüm/Program</w:t>
            </w:r>
          </w:p>
        </w:tc>
        <w:tc>
          <w:tcPr>
            <w:tcW w:w="2734" w:type="dxa"/>
            <w:shd w:val="clear" w:color="auto" w:fill="B99C71"/>
            <w:vAlign w:val="center"/>
          </w:tcPr>
          <w:p w14:paraId="17098F10" w14:textId="77777777" w:rsidR="00E24BA4" w:rsidRPr="003D238D" w:rsidRDefault="00E24BA4" w:rsidP="009D611D">
            <w:pPr>
              <w:pStyle w:val="Stil4"/>
              <w:rPr>
                <w:szCs w:val="20"/>
              </w:rPr>
            </w:pPr>
            <w:r w:rsidRPr="003D238D">
              <w:rPr>
                <w:szCs w:val="20"/>
              </w:rPr>
              <w:t>Öğrenci Sayısı</w:t>
            </w:r>
          </w:p>
        </w:tc>
        <w:tc>
          <w:tcPr>
            <w:tcW w:w="2719" w:type="dxa"/>
            <w:shd w:val="clear" w:color="auto" w:fill="B99C71"/>
            <w:vAlign w:val="center"/>
          </w:tcPr>
          <w:p w14:paraId="64C220D1" w14:textId="77777777" w:rsidR="00E24BA4" w:rsidRPr="003D238D" w:rsidRDefault="00E24BA4" w:rsidP="009D611D">
            <w:pPr>
              <w:pStyle w:val="Stil4"/>
              <w:rPr>
                <w:szCs w:val="20"/>
              </w:rPr>
            </w:pPr>
            <w:r w:rsidRPr="003D238D">
              <w:rPr>
                <w:szCs w:val="20"/>
              </w:rPr>
              <w:t>Öğrenci Doluluk Oranı</w:t>
            </w:r>
          </w:p>
        </w:tc>
      </w:tr>
      <w:tr w:rsidR="00E24BA4" w:rsidRPr="003D238D" w14:paraId="47C749E1" w14:textId="77777777" w:rsidTr="009D611D">
        <w:trPr>
          <w:tblCellSpacing w:w="15" w:type="dxa"/>
        </w:trPr>
        <w:tc>
          <w:tcPr>
            <w:tcW w:w="3641" w:type="dxa"/>
            <w:vAlign w:val="center"/>
          </w:tcPr>
          <w:p w14:paraId="59D62B04" w14:textId="77777777" w:rsidR="00E24BA4" w:rsidRPr="003D238D" w:rsidRDefault="00CC72AC" w:rsidP="009D611D">
            <w:pPr>
              <w:pStyle w:val="Stil4"/>
              <w:rPr>
                <w:szCs w:val="20"/>
              </w:rPr>
            </w:pPr>
            <w:r w:rsidRPr="003D238D">
              <w:rPr>
                <w:szCs w:val="20"/>
              </w:rPr>
              <w:t>Turizm ve Otel İşlet. Programı</w:t>
            </w:r>
          </w:p>
        </w:tc>
        <w:tc>
          <w:tcPr>
            <w:tcW w:w="2734" w:type="dxa"/>
            <w:vAlign w:val="center"/>
          </w:tcPr>
          <w:p w14:paraId="083D209B" w14:textId="77777777" w:rsidR="00E24BA4" w:rsidRPr="003D238D" w:rsidRDefault="00CC72AC" w:rsidP="00A23656">
            <w:pPr>
              <w:pStyle w:val="Stil4"/>
              <w:jc w:val="center"/>
              <w:rPr>
                <w:szCs w:val="20"/>
              </w:rPr>
            </w:pPr>
            <w:r w:rsidRPr="003D238D">
              <w:rPr>
                <w:szCs w:val="20"/>
              </w:rPr>
              <w:t>121</w:t>
            </w:r>
          </w:p>
        </w:tc>
        <w:tc>
          <w:tcPr>
            <w:tcW w:w="2719" w:type="dxa"/>
            <w:vAlign w:val="center"/>
          </w:tcPr>
          <w:p w14:paraId="2C18A038" w14:textId="77777777" w:rsidR="00E24BA4" w:rsidRPr="003D238D" w:rsidRDefault="00552E27" w:rsidP="00A23656">
            <w:pPr>
              <w:pStyle w:val="Stil4"/>
              <w:jc w:val="center"/>
              <w:rPr>
                <w:szCs w:val="20"/>
              </w:rPr>
            </w:pPr>
            <w:r w:rsidRPr="003D238D">
              <w:rPr>
                <w:szCs w:val="20"/>
              </w:rPr>
              <w:t>% 100</w:t>
            </w:r>
          </w:p>
        </w:tc>
      </w:tr>
      <w:tr w:rsidR="00E24BA4" w:rsidRPr="003D238D" w14:paraId="32191F12" w14:textId="77777777" w:rsidTr="009D611D">
        <w:trPr>
          <w:tblCellSpacing w:w="15" w:type="dxa"/>
        </w:trPr>
        <w:tc>
          <w:tcPr>
            <w:tcW w:w="3641" w:type="dxa"/>
            <w:vAlign w:val="center"/>
          </w:tcPr>
          <w:p w14:paraId="436A05CB" w14:textId="77777777" w:rsidR="00E24BA4" w:rsidRPr="003D238D" w:rsidRDefault="00CC72AC" w:rsidP="009D611D">
            <w:pPr>
              <w:pStyle w:val="Stil4"/>
              <w:rPr>
                <w:szCs w:val="20"/>
              </w:rPr>
            </w:pPr>
            <w:r w:rsidRPr="003D238D">
              <w:rPr>
                <w:szCs w:val="20"/>
              </w:rPr>
              <w:t>Turist Rehberliği Programı</w:t>
            </w:r>
          </w:p>
        </w:tc>
        <w:tc>
          <w:tcPr>
            <w:tcW w:w="2734" w:type="dxa"/>
            <w:vAlign w:val="center"/>
          </w:tcPr>
          <w:p w14:paraId="556D1A68" w14:textId="77777777" w:rsidR="00E24BA4" w:rsidRPr="003D238D" w:rsidRDefault="00CC72AC" w:rsidP="00A23656">
            <w:pPr>
              <w:pStyle w:val="Stil4"/>
              <w:jc w:val="center"/>
              <w:rPr>
                <w:szCs w:val="20"/>
              </w:rPr>
            </w:pPr>
            <w:r w:rsidRPr="003D238D">
              <w:rPr>
                <w:szCs w:val="20"/>
              </w:rPr>
              <w:t>125</w:t>
            </w:r>
          </w:p>
        </w:tc>
        <w:tc>
          <w:tcPr>
            <w:tcW w:w="2719" w:type="dxa"/>
            <w:vAlign w:val="center"/>
          </w:tcPr>
          <w:p w14:paraId="559AE391" w14:textId="77777777" w:rsidR="00E24BA4" w:rsidRPr="003D238D" w:rsidRDefault="00552E27" w:rsidP="00A23656">
            <w:pPr>
              <w:pStyle w:val="Stil4"/>
              <w:jc w:val="center"/>
              <w:rPr>
                <w:szCs w:val="20"/>
              </w:rPr>
            </w:pPr>
            <w:r w:rsidRPr="003D238D">
              <w:rPr>
                <w:szCs w:val="20"/>
              </w:rPr>
              <w:t>% 100</w:t>
            </w:r>
          </w:p>
        </w:tc>
      </w:tr>
      <w:tr w:rsidR="00E24BA4" w:rsidRPr="003D238D" w14:paraId="6EE464C5" w14:textId="77777777" w:rsidTr="009D611D">
        <w:trPr>
          <w:tblCellSpacing w:w="15" w:type="dxa"/>
        </w:trPr>
        <w:tc>
          <w:tcPr>
            <w:tcW w:w="3641" w:type="dxa"/>
            <w:vAlign w:val="center"/>
          </w:tcPr>
          <w:p w14:paraId="08C9D6E0" w14:textId="77777777" w:rsidR="00E24BA4" w:rsidRPr="003D238D" w:rsidRDefault="00CC72AC" w:rsidP="009D611D">
            <w:pPr>
              <w:pStyle w:val="Stil4"/>
              <w:rPr>
                <w:szCs w:val="20"/>
              </w:rPr>
            </w:pPr>
            <w:r w:rsidRPr="003D238D">
              <w:rPr>
                <w:szCs w:val="20"/>
              </w:rPr>
              <w:t>Aşçılık Programı</w:t>
            </w:r>
          </w:p>
        </w:tc>
        <w:tc>
          <w:tcPr>
            <w:tcW w:w="2734" w:type="dxa"/>
            <w:vAlign w:val="center"/>
          </w:tcPr>
          <w:p w14:paraId="424500FA" w14:textId="77777777" w:rsidR="00E24BA4" w:rsidRPr="003D238D" w:rsidRDefault="00CC72AC" w:rsidP="00A23656">
            <w:pPr>
              <w:pStyle w:val="Stil4"/>
              <w:jc w:val="center"/>
              <w:rPr>
                <w:szCs w:val="20"/>
              </w:rPr>
            </w:pPr>
            <w:r w:rsidRPr="003D238D">
              <w:rPr>
                <w:szCs w:val="20"/>
              </w:rPr>
              <w:t>162</w:t>
            </w:r>
          </w:p>
        </w:tc>
        <w:tc>
          <w:tcPr>
            <w:tcW w:w="2719" w:type="dxa"/>
            <w:vAlign w:val="center"/>
          </w:tcPr>
          <w:p w14:paraId="6C435A19" w14:textId="77777777" w:rsidR="00E24BA4" w:rsidRPr="003D238D" w:rsidRDefault="00552E27" w:rsidP="00A23656">
            <w:pPr>
              <w:pStyle w:val="Stil4"/>
              <w:jc w:val="center"/>
              <w:rPr>
                <w:szCs w:val="20"/>
              </w:rPr>
            </w:pPr>
            <w:r w:rsidRPr="003D238D">
              <w:rPr>
                <w:szCs w:val="20"/>
              </w:rPr>
              <w:t>% 100</w:t>
            </w:r>
          </w:p>
        </w:tc>
      </w:tr>
    </w:tbl>
    <w:p w14:paraId="4AFAC4CA" w14:textId="77777777" w:rsidR="00E24BA4" w:rsidRDefault="00E24BA4" w:rsidP="00E24BA4">
      <w:pPr>
        <w:jc w:val="both"/>
        <w:rPr>
          <w:rFonts w:ascii="Calibri" w:eastAsia="Times New Roman" w:hAnsi="Calibri" w:cs="Calibri"/>
          <w:color w:val="FF0000"/>
          <w:u w:val="single"/>
          <w:lang w:eastAsia="tr-TR"/>
        </w:rPr>
      </w:pPr>
    </w:p>
    <w:p w14:paraId="115C5087" w14:textId="77777777" w:rsidR="00E24BA4" w:rsidRDefault="00E24BA4" w:rsidP="00E24BA4">
      <w:r>
        <w:t>Engelli Öğrenci Sayısı</w:t>
      </w:r>
    </w:p>
    <w:tbl>
      <w:tblPr>
        <w:tblW w:w="921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79"/>
        <w:gridCol w:w="2835"/>
      </w:tblGrid>
      <w:tr w:rsidR="00E24BA4" w:rsidRPr="00E03019" w14:paraId="1B3F1C6B" w14:textId="77777777" w:rsidTr="009D611D">
        <w:trPr>
          <w:trHeight w:val="355"/>
          <w:tblHeader/>
          <w:tblCellSpacing w:w="15" w:type="dxa"/>
        </w:trPr>
        <w:tc>
          <w:tcPr>
            <w:tcW w:w="6334" w:type="dxa"/>
            <w:shd w:val="clear" w:color="auto" w:fill="B99C71"/>
            <w:vAlign w:val="center"/>
          </w:tcPr>
          <w:p w14:paraId="1D8A0809" w14:textId="77777777" w:rsidR="00E24BA4" w:rsidRPr="00897A2E" w:rsidRDefault="00E24BA4" w:rsidP="009D611D">
            <w:pPr>
              <w:pStyle w:val="Stil4"/>
            </w:pPr>
            <w:r>
              <w:t>Bölüm/Program</w:t>
            </w:r>
          </w:p>
        </w:tc>
        <w:tc>
          <w:tcPr>
            <w:tcW w:w="2790" w:type="dxa"/>
            <w:shd w:val="clear" w:color="auto" w:fill="B99C71"/>
            <w:vAlign w:val="center"/>
          </w:tcPr>
          <w:p w14:paraId="53631590" w14:textId="77777777" w:rsidR="00E24BA4" w:rsidRPr="00E03019" w:rsidRDefault="00E24BA4" w:rsidP="009D611D">
            <w:pPr>
              <w:pStyle w:val="Stil4"/>
            </w:pPr>
            <w:r>
              <w:t>Öğrenci Sayısı</w:t>
            </w:r>
          </w:p>
        </w:tc>
      </w:tr>
      <w:tr w:rsidR="00E24BA4" w:rsidRPr="00E03019" w14:paraId="3B277341" w14:textId="77777777" w:rsidTr="009D611D">
        <w:trPr>
          <w:tblCellSpacing w:w="15" w:type="dxa"/>
        </w:trPr>
        <w:tc>
          <w:tcPr>
            <w:tcW w:w="6334" w:type="dxa"/>
            <w:vAlign w:val="center"/>
          </w:tcPr>
          <w:p w14:paraId="5F31E5F3" w14:textId="77777777" w:rsidR="00E24BA4" w:rsidRPr="00E03019" w:rsidRDefault="00CC72AC" w:rsidP="009D611D">
            <w:pPr>
              <w:pStyle w:val="Stil4"/>
            </w:pPr>
            <w:r>
              <w:t>Aşçılık Programı</w:t>
            </w:r>
          </w:p>
        </w:tc>
        <w:tc>
          <w:tcPr>
            <w:tcW w:w="2790" w:type="dxa"/>
            <w:vAlign w:val="center"/>
          </w:tcPr>
          <w:p w14:paraId="184F7425" w14:textId="77777777" w:rsidR="00E24BA4" w:rsidRPr="00E03019" w:rsidRDefault="00CC72AC" w:rsidP="00A23656">
            <w:pPr>
              <w:pStyle w:val="Stil4"/>
              <w:jc w:val="center"/>
            </w:pPr>
            <w:r>
              <w:t>2</w:t>
            </w:r>
          </w:p>
        </w:tc>
      </w:tr>
    </w:tbl>
    <w:p w14:paraId="662BE849" w14:textId="77777777" w:rsidR="00E24BA4" w:rsidRDefault="00E24BA4" w:rsidP="00E24BA4">
      <w:pPr>
        <w:jc w:val="both"/>
        <w:rPr>
          <w:rFonts w:ascii="Calibri" w:eastAsia="Times New Roman" w:hAnsi="Calibri" w:cs="Calibri"/>
          <w:color w:val="FF0000"/>
          <w:u w:val="single"/>
          <w:lang w:eastAsia="tr-TR"/>
        </w:rPr>
      </w:pPr>
    </w:p>
    <w:p w14:paraId="3D7B3520" w14:textId="77777777" w:rsidR="00E24BA4" w:rsidRDefault="00E24BA4" w:rsidP="00E24BA4">
      <w:r>
        <w:t>Yabancı Uyruklu Öğrenci Sayısı</w:t>
      </w:r>
    </w:p>
    <w:tbl>
      <w:tblPr>
        <w:tblW w:w="921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79"/>
        <w:gridCol w:w="2835"/>
      </w:tblGrid>
      <w:tr w:rsidR="00E24BA4" w:rsidRPr="00E03019" w14:paraId="1C11D57C" w14:textId="77777777" w:rsidTr="009D611D">
        <w:trPr>
          <w:trHeight w:val="355"/>
          <w:tblHeader/>
          <w:tblCellSpacing w:w="15" w:type="dxa"/>
        </w:trPr>
        <w:tc>
          <w:tcPr>
            <w:tcW w:w="6334" w:type="dxa"/>
            <w:shd w:val="clear" w:color="auto" w:fill="B99C71"/>
            <w:vAlign w:val="center"/>
          </w:tcPr>
          <w:p w14:paraId="3AB1E916" w14:textId="77777777" w:rsidR="00E24BA4" w:rsidRPr="00897A2E" w:rsidRDefault="00E24BA4" w:rsidP="009D611D">
            <w:pPr>
              <w:pStyle w:val="Stil4"/>
            </w:pPr>
            <w:r>
              <w:t>Bölüm/Program</w:t>
            </w:r>
          </w:p>
        </w:tc>
        <w:tc>
          <w:tcPr>
            <w:tcW w:w="2790" w:type="dxa"/>
            <w:shd w:val="clear" w:color="auto" w:fill="B99C71"/>
            <w:vAlign w:val="center"/>
          </w:tcPr>
          <w:p w14:paraId="5647D060" w14:textId="77777777" w:rsidR="00E24BA4" w:rsidRPr="00E03019" w:rsidRDefault="00E24BA4" w:rsidP="009D611D">
            <w:pPr>
              <w:pStyle w:val="Stil4"/>
            </w:pPr>
            <w:r>
              <w:t>Öğrenci Sayısı</w:t>
            </w:r>
          </w:p>
        </w:tc>
      </w:tr>
      <w:tr w:rsidR="00E24BA4" w:rsidRPr="00E03019" w14:paraId="1B2ADB0D" w14:textId="77777777" w:rsidTr="009D611D">
        <w:trPr>
          <w:tblCellSpacing w:w="15" w:type="dxa"/>
        </w:trPr>
        <w:tc>
          <w:tcPr>
            <w:tcW w:w="6334" w:type="dxa"/>
            <w:vAlign w:val="center"/>
          </w:tcPr>
          <w:p w14:paraId="7337AB05" w14:textId="77777777" w:rsidR="00E24BA4" w:rsidRPr="00E03019" w:rsidRDefault="00CC72AC" w:rsidP="009D611D">
            <w:pPr>
              <w:pStyle w:val="Stil4"/>
            </w:pPr>
            <w:r>
              <w:t xml:space="preserve">Aşçılık Programı </w:t>
            </w:r>
          </w:p>
        </w:tc>
        <w:tc>
          <w:tcPr>
            <w:tcW w:w="2790" w:type="dxa"/>
            <w:vAlign w:val="center"/>
          </w:tcPr>
          <w:p w14:paraId="39A8C8C4" w14:textId="77777777" w:rsidR="00E24BA4" w:rsidRPr="00E03019" w:rsidRDefault="001231B8" w:rsidP="00A23656">
            <w:pPr>
              <w:pStyle w:val="Stil4"/>
              <w:jc w:val="center"/>
            </w:pPr>
            <w:r>
              <w:t>1</w:t>
            </w:r>
          </w:p>
        </w:tc>
      </w:tr>
      <w:tr w:rsidR="00E24BA4" w:rsidRPr="00E03019" w14:paraId="560C2898" w14:textId="77777777" w:rsidTr="009D611D">
        <w:trPr>
          <w:tblCellSpacing w:w="15" w:type="dxa"/>
        </w:trPr>
        <w:tc>
          <w:tcPr>
            <w:tcW w:w="6334" w:type="dxa"/>
            <w:vAlign w:val="center"/>
          </w:tcPr>
          <w:p w14:paraId="56223F03" w14:textId="77777777" w:rsidR="00E24BA4" w:rsidRPr="00E03019" w:rsidRDefault="001231B8" w:rsidP="009D611D">
            <w:pPr>
              <w:pStyle w:val="Stil4"/>
            </w:pPr>
            <w:r>
              <w:t>Turizm ve Otel İşletmeciliği Programı</w:t>
            </w:r>
          </w:p>
        </w:tc>
        <w:tc>
          <w:tcPr>
            <w:tcW w:w="2790" w:type="dxa"/>
            <w:vAlign w:val="center"/>
          </w:tcPr>
          <w:p w14:paraId="7AD84641" w14:textId="77777777" w:rsidR="00E24BA4" w:rsidRPr="00E03019" w:rsidRDefault="001231B8" w:rsidP="00A23656">
            <w:pPr>
              <w:pStyle w:val="Stil4"/>
              <w:jc w:val="center"/>
            </w:pPr>
            <w:r>
              <w:t>1</w:t>
            </w:r>
          </w:p>
        </w:tc>
      </w:tr>
    </w:tbl>
    <w:p w14:paraId="2380FE76" w14:textId="77777777" w:rsidR="00E24BA4" w:rsidRDefault="00E24BA4" w:rsidP="00E24BA4">
      <w:pPr>
        <w:jc w:val="both"/>
        <w:rPr>
          <w:rFonts w:ascii="Calibri" w:eastAsia="Times New Roman" w:hAnsi="Calibri" w:cs="Calibri"/>
          <w:color w:val="FF0000"/>
          <w:u w:val="single"/>
          <w:lang w:eastAsia="tr-TR"/>
        </w:rPr>
      </w:pPr>
    </w:p>
    <w:p w14:paraId="26AEC485" w14:textId="77777777" w:rsidR="00E24BA4" w:rsidRDefault="00E24BA4" w:rsidP="00E24BA4">
      <w:r>
        <w:t>Ayrılan Öğrenci Sayısı</w:t>
      </w:r>
    </w:p>
    <w:tbl>
      <w:tblPr>
        <w:tblW w:w="907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05"/>
        <w:gridCol w:w="1397"/>
        <w:gridCol w:w="1635"/>
        <w:gridCol w:w="871"/>
        <w:gridCol w:w="978"/>
        <w:gridCol w:w="986"/>
      </w:tblGrid>
      <w:tr w:rsidR="00E24BA4" w:rsidRPr="00E03019" w14:paraId="0AB0B34C" w14:textId="77777777" w:rsidTr="009D611D">
        <w:trPr>
          <w:trHeight w:val="355"/>
          <w:tblHeader/>
          <w:tblCellSpacing w:w="15" w:type="dxa"/>
        </w:trPr>
        <w:tc>
          <w:tcPr>
            <w:tcW w:w="3160" w:type="dxa"/>
            <w:vMerge w:val="restart"/>
            <w:shd w:val="clear" w:color="auto" w:fill="B99C71"/>
            <w:vAlign w:val="center"/>
          </w:tcPr>
          <w:p w14:paraId="19B5D904" w14:textId="77777777" w:rsidR="00E24BA4" w:rsidRPr="00897A2E" w:rsidRDefault="00E24BA4" w:rsidP="009D611D">
            <w:pPr>
              <w:pStyle w:val="Stil4"/>
            </w:pPr>
            <w:r>
              <w:t>Bölüm/Program</w:t>
            </w:r>
          </w:p>
        </w:tc>
        <w:tc>
          <w:tcPr>
            <w:tcW w:w="1367" w:type="dxa"/>
            <w:vMerge w:val="restart"/>
            <w:shd w:val="clear" w:color="auto" w:fill="B99C71"/>
          </w:tcPr>
          <w:p w14:paraId="705338DB" w14:textId="77777777" w:rsidR="00E24BA4" w:rsidRDefault="00E24BA4" w:rsidP="009D611D">
            <w:pPr>
              <w:pStyle w:val="Stil4"/>
            </w:pPr>
            <w:r>
              <w:t>Öğrenci Sayısı</w:t>
            </w:r>
          </w:p>
        </w:tc>
        <w:tc>
          <w:tcPr>
            <w:tcW w:w="3454" w:type="dxa"/>
            <w:gridSpan w:val="3"/>
            <w:shd w:val="clear" w:color="auto" w:fill="B99C71"/>
            <w:vAlign w:val="center"/>
          </w:tcPr>
          <w:p w14:paraId="43B9118F" w14:textId="77777777" w:rsidR="00E24BA4" w:rsidRDefault="00E24BA4" w:rsidP="009D611D">
            <w:pPr>
              <w:pStyle w:val="Stil4"/>
              <w:jc w:val="center"/>
            </w:pPr>
            <w:r>
              <w:t>Ayrılma Nedeni</w:t>
            </w:r>
          </w:p>
        </w:tc>
        <w:tc>
          <w:tcPr>
            <w:tcW w:w="941" w:type="dxa"/>
            <w:shd w:val="clear" w:color="auto" w:fill="B99C71"/>
          </w:tcPr>
          <w:p w14:paraId="2DE37949" w14:textId="77777777" w:rsidR="00E24BA4" w:rsidRDefault="00E24BA4" w:rsidP="009D611D">
            <w:pPr>
              <w:pStyle w:val="Stil4"/>
            </w:pPr>
          </w:p>
        </w:tc>
      </w:tr>
      <w:tr w:rsidR="00E24BA4" w:rsidRPr="00E03019" w14:paraId="7DEDD39B" w14:textId="77777777" w:rsidTr="009D611D">
        <w:trPr>
          <w:tblCellSpacing w:w="15" w:type="dxa"/>
        </w:trPr>
        <w:tc>
          <w:tcPr>
            <w:tcW w:w="3160" w:type="dxa"/>
            <w:vMerge/>
            <w:shd w:val="clear" w:color="auto" w:fill="B99C71"/>
            <w:vAlign w:val="center"/>
          </w:tcPr>
          <w:p w14:paraId="37DB32EA" w14:textId="77777777" w:rsidR="00E24BA4" w:rsidRPr="00E03019" w:rsidRDefault="00E24BA4" w:rsidP="009D611D">
            <w:pPr>
              <w:pStyle w:val="Stil4"/>
            </w:pPr>
          </w:p>
        </w:tc>
        <w:tc>
          <w:tcPr>
            <w:tcW w:w="1367" w:type="dxa"/>
            <w:vMerge/>
            <w:shd w:val="clear" w:color="auto" w:fill="B99C71"/>
          </w:tcPr>
          <w:p w14:paraId="6F3D1FB5" w14:textId="77777777" w:rsidR="00E24BA4" w:rsidRPr="00E03019" w:rsidRDefault="00E24BA4" w:rsidP="009D611D">
            <w:pPr>
              <w:pStyle w:val="Stil4"/>
            </w:pPr>
          </w:p>
        </w:tc>
        <w:tc>
          <w:tcPr>
            <w:tcW w:w="1605" w:type="dxa"/>
            <w:shd w:val="clear" w:color="auto" w:fill="262F59"/>
          </w:tcPr>
          <w:p w14:paraId="16F667C1" w14:textId="77777777" w:rsidR="00E24BA4" w:rsidRPr="00E03019" w:rsidRDefault="00E24BA4" w:rsidP="009D611D">
            <w:pPr>
              <w:pStyle w:val="Stil4"/>
            </w:pPr>
            <w:r>
              <w:t>Başarısızlık (Azami Süre)</w:t>
            </w:r>
          </w:p>
        </w:tc>
        <w:tc>
          <w:tcPr>
            <w:tcW w:w="841" w:type="dxa"/>
            <w:shd w:val="clear" w:color="auto" w:fill="262F59"/>
          </w:tcPr>
          <w:p w14:paraId="05F71A7A" w14:textId="77777777" w:rsidR="00E24BA4" w:rsidRPr="00E03019" w:rsidRDefault="00E24BA4" w:rsidP="009D611D">
            <w:pPr>
              <w:pStyle w:val="Stil4"/>
            </w:pPr>
            <w:r>
              <w:t>Yatay Geçiş</w:t>
            </w:r>
          </w:p>
        </w:tc>
        <w:tc>
          <w:tcPr>
            <w:tcW w:w="948" w:type="dxa"/>
            <w:shd w:val="clear" w:color="auto" w:fill="262F59"/>
          </w:tcPr>
          <w:p w14:paraId="73BF791B" w14:textId="77777777" w:rsidR="00E24BA4" w:rsidRPr="00E03019" w:rsidRDefault="00E24BA4" w:rsidP="009D611D">
            <w:pPr>
              <w:pStyle w:val="Stil4"/>
            </w:pPr>
            <w:r>
              <w:t>Diğer</w:t>
            </w:r>
          </w:p>
        </w:tc>
        <w:tc>
          <w:tcPr>
            <w:tcW w:w="941" w:type="dxa"/>
            <w:shd w:val="clear" w:color="auto" w:fill="262F59"/>
          </w:tcPr>
          <w:p w14:paraId="13960942" w14:textId="77777777" w:rsidR="00E24BA4" w:rsidRDefault="00E24BA4" w:rsidP="009D611D">
            <w:pPr>
              <w:pStyle w:val="Stil4"/>
            </w:pPr>
            <w:r>
              <w:t>Toplam</w:t>
            </w:r>
          </w:p>
        </w:tc>
      </w:tr>
      <w:tr w:rsidR="00830286" w:rsidRPr="00E03019" w14:paraId="4A4159FF" w14:textId="77777777" w:rsidTr="002305E4">
        <w:trPr>
          <w:tblCellSpacing w:w="15" w:type="dxa"/>
        </w:trPr>
        <w:tc>
          <w:tcPr>
            <w:tcW w:w="3160" w:type="dxa"/>
            <w:vAlign w:val="center"/>
          </w:tcPr>
          <w:p w14:paraId="27DBEF13" w14:textId="7B063D1E" w:rsidR="00830286" w:rsidRPr="00830286" w:rsidRDefault="00830286" w:rsidP="00830286">
            <w:pPr>
              <w:pStyle w:val="Stil4"/>
              <w:rPr>
                <w:szCs w:val="20"/>
              </w:rPr>
            </w:pPr>
            <w:r w:rsidRPr="00830286">
              <w:rPr>
                <w:szCs w:val="20"/>
              </w:rPr>
              <w:t>Aşçılık Programı</w:t>
            </w:r>
          </w:p>
        </w:tc>
        <w:tc>
          <w:tcPr>
            <w:tcW w:w="1367" w:type="dxa"/>
            <w:vAlign w:val="center"/>
          </w:tcPr>
          <w:p w14:paraId="3B6F78DB" w14:textId="4FE2067C" w:rsidR="00830286" w:rsidRPr="00E03019" w:rsidRDefault="00830286" w:rsidP="00830286">
            <w:pPr>
              <w:pStyle w:val="Stil4"/>
            </w:pPr>
            <w:r>
              <w:t>161</w:t>
            </w:r>
          </w:p>
        </w:tc>
        <w:tc>
          <w:tcPr>
            <w:tcW w:w="1605" w:type="dxa"/>
            <w:vAlign w:val="center"/>
          </w:tcPr>
          <w:p w14:paraId="3E7C31F1" w14:textId="7AEC0F94" w:rsidR="00830286" w:rsidRPr="00E03019" w:rsidRDefault="00830286" w:rsidP="00830286">
            <w:pPr>
              <w:pStyle w:val="Stil4"/>
            </w:pPr>
            <w:r>
              <w:t>14</w:t>
            </w:r>
          </w:p>
        </w:tc>
        <w:tc>
          <w:tcPr>
            <w:tcW w:w="841" w:type="dxa"/>
          </w:tcPr>
          <w:p w14:paraId="3D94AFDC" w14:textId="4D1EA34B" w:rsidR="00830286" w:rsidRPr="00E03019" w:rsidRDefault="00830286" w:rsidP="00830286">
            <w:pPr>
              <w:pStyle w:val="Stil4"/>
            </w:pPr>
            <w:r>
              <w:t>4</w:t>
            </w:r>
          </w:p>
        </w:tc>
        <w:tc>
          <w:tcPr>
            <w:tcW w:w="948" w:type="dxa"/>
          </w:tcPr>
          <w:p w14:paraId="0C2B6570" w14:textId="2B6B4ED6" w:rsidR="00830286" w:rsidRPr="00E03019" w:rsidRDefault="00830286" w:rsidP="00830286">
            <w:pPr>
              <w:pStyle w:val="Stil4"/>
            </w:pPr>
            <w:r>
              <w:t>8</w:t>
            </w:r>
          </w:p>
        </w:tc>
        <w:tc>
          <w:tcPr>
            <w:tcW w:w="941" w:type="dxa"/>
          </w:tcPr>
          <w:p w14:paraId="77DF3D58" w14:textId="4EBC325F" w:rsidR="00830286" w:rsidRPr="00E03019" w:rsidRDefault="00830286" w:rsidP="00830286">
            <w:pPr>
              <w:pStyle w:val="Stil4"/>
            </w:pPr>
            <w:r>
              <w:t>26</w:t>
            </w:r>
          </w:p>
        </w:tc>
      </w:tr>
      <w:tr w:rsidR="00830286" w:rsidRPr="00E03019" w14:paraId="2C17FCEA" w14:textId="77777777" w:rsidTr="002305E4">
        <w:trPr>
          <w:tblCellSpacing w:w="15" w:type="dxa"/>
        </w:trPr>
        <w:tc>
          <w:tcPr>
            <w:tcW w:w="3160" w:type="dxa"/>
            <w:vAlign w:val="center"/>
          </w:tcPr>
          <w:p w14:paraId="48265D62" w14:textId="41EBEF2C" w:rsidR="00830286" w:rsidRPr="00830286" w:rsidRDefault="00830286" w:rsidP="00830286">
            <w:pPr>
              <w:pStyle w:val="Stil4"/>
              <w:rPr>
                <w:szCs w:val="20"/>
              </w:rPr>
            </w:pPr>
            <w:r w:rsidRPr="00830286">
              <w:rPr>
                <w:szCs w:val="20"/>
              </w:rPr>
              <w:t>Turist Rehberliği Programı</w:t>
            </w:r>
          </w:p>
        </w:tc>
        <w:tc>
          <w:tcPr>
            <w:tcW w:w="1367" w:type="dxa"/>
            <w:vAlign w:val="center"/>
          </w:tcPr>
          <w:p w14:paraId="02D958F7" w14:textId="3402DD69" w:rsidR="00830286" w:rsidRPr="00E03019" w:rsidRDefault="00830286" w:rsidP="00830286">
            <w:pPr>
              <w:pStyle w:val="Stil4"/>
            </w:pPr>
            <w:r>
              <w:t>125</w:t>
            </w:r>
          </w:p>
        </w:tc>
        <w:tc>
          <w:tcPr>
            <w:tcW w:w="1605" w:type="dxa"/>
            <w:vAlign w:val="center"/>
          </w:tcPr>
          <w:p w14:paraId="67369F78" w14:textId="24E53D0E" w:rsidR="00830286" w:rsidRPr="00E03019" w:rsidRDefault="00830286" w:rsidP="00830286">
            <w:pPr>
              <w:pStyle w:val="Stil4"/>
            </w:pPr>
            <w:r>
              <w:t>13</w:t>
            </w:r>
          </w:p>
        </w:tc>
        <w:tc>
          <w:tcPr>
            <w:tcW w:w="841" w:type="dxa"/>
          </w:tcPr>
          <w:p w14:paraId="3590B116" w14:textId="09641410" w:rsidR="00830286" w:rsidRPr="00E03019" w:rsidRDefault="00830286" w:rsidP="00830286">
            <w:pPr>
              <w:pStyle w:val="Stil4"/>
            </w:pPr>
            <w:r>
              <w:t>4</w:t>
            </w:r>
          </w:p>
        </w:tc>
        <w:tc>
          <w:tcPr>
            <w:tcW w:w="948" w:type="dxa"/>
          </w:tcPr>
          <w:p w14:paraId="0AE67874" w14:textId="5F625259" w:rsidR="00830286" w:rsidRPr="00E03019" w:rsidRDefault="00830286" w:rsidP="00830286">
            <w:pPr>
              <w:pStyle w:val="Stil4"/>
            </w:pPr>
            <w:r>
              <w:t>6</w:t>
            </w:r>
          </w:p>
        </w:tc>
        <w:tc>
          <w:tcPr>
            <w:tcW w:w="941" w:type="dxa"/>
          </w:tcPr>
          <w:p w14:paraId="46A7BD5A" w14:textId="59FE046F" w:rsidR="00830286" w:rsidRPr="00E03019" w:rsidRDefault="00830286" w:rsidP="00830286">
            <w:pPr>
              <w:pStyle w:val="Stil4"/>
            </w:pPr>
            <w:r>
              <w:t>23</w:t>
            </w:r>
          </w:p>
        </w:tc>
      </w:tr>
      <w:tr w:rsidR="00830286" w:rsidRPr="00E03019" w14:paraId="556B168A" w14:textId="77777777" w:rsidTr="002305E4">
        <w:trPr>
          <w:tblCellSpacing w:w="15" w:type="dxa"/>
        </w:trPr>
        <w:tc>
          <w:tcPr>
            <w:tcW w:w="3160" w:type="dxa"/>
            <w:vAlign w:val="center"/>
          </w:tcPr>
          <w:p w14:paraId="2F4E60F8" w14:textId="5F91A5D1" w:rsidR="00830286" w:rsidRPr="00E03019" w:rsidRDefault="00830286" w:rsidP="00830286">
            <w:pPr>
              <w:pStyle w:val="Stil4"/>
            </w:pPr>
            <w:r>
              <w:t>Turizm ve Otel İşletmeciliği Programı</w:t>
            </w:r>
          </w:p>
        </w:tc>
        <w:tc>
          <w:tcPr>
            <w:tcW w:w="1367" w:type="dxa"/>
            <w:vAlign w:val="center"/>
          </w:tcPr>
          <w:p w14:paraId="6CEADA44" w14:textId="6CF4CB0D" w:rsidR="00830286" w:rsidRPr="00E03019" w:rsidRDefault="00830286" w:rsidP="00830286">
            <w:pPr>
              <w:pStyle w:val="Stil4"/>
            </w:pPr>
            <w:r>
              <w:t>121</w:t>
            </w:r>
          </w:p>
        </w:tc>
        <w:tc>
          <w:tcPr>
            <w:tcW w:w="1605" w:type="dxa"/>
            <w:vAlign w:val="center"/>
          </w:tcPr>
          <w:p w14:paraId="08C44A2F" w14:textId="00FD09F1" w:rsidR="00830286" w:rsidRPr="00E03019" w:rsidRDefault="00830286" w:rsidP="00830286">
            <w:pPr>
              <w:pStyle w:val="Stil4"/>
            </w:pPr>
            <w:r>
              <w:t>10</w:t>
            </w:r>
          </w:p>
        </w:tc>
        <w:tc>
          <w:tcPr>
            <w:tcW w:w="841" w:type="dxa"/>
          </w:tcPr>
          <w:p w14:paraId="6D5E9AB4" w14:textId="06732072" w:rsidR="00830286" w:rsidRPr="00E03019" w:rsidRDefault="00830286" w:rsidP="00830286">
            <w:pPr>
              <w:pStyle w:val="Stil4"/>
            </w:pPr>
            <w:r>
              <w:t>2</w:t>
            </w:r>
          </w:p>
        </w:tc>
        <w:tc>
          <w:tcPr>
            <w:tcW w:w="948" w:type="dxa"/>
          </w:tcPr>
          <w:p w14:paraId="6161DCFB" w14:textId="09B06A3E" w:rsidR="00830286" w:rsidRPr="00E03019" w:rsidRDefault="00830286" w:rsidP="00830286">
            <w:pPr>
              <w:pStyle w:val="Stil4"/>
            </w:pPr>
            <w:r>
              <w:t>4</w:t>
            </w:r>
          </w:p>
        </w:tc>
        <w:tc>
          <w:tcPr>
            <w:tcW w:w="941" w:type="dxa"/>
          </w:tcPr>
          <w:p w14:paraId="0267711D" w14:textId="4FE88DAB" w:rsidR="00830286" w:rsidRPr="00E03019" w:rsidRDefault="00830286" w:rsidP="00830286">
            <w:pPr>
              <w:pStyle w:val="Stil4"/>
            </w:pPr>
            <w:r>
              <w:t>16</w:t>
            </w:r>
          </w:p>
        </w:tc>
      </w:tr>
    </w:tbl>
    <w:p w14:paraId="084C7E09" w14:textId="77777777" w:rsidR="00E24BA4" w:rsidRPr="00AA0A8F" w:rsidRDefault="00E24BA4" w:rsidP="00E24BA4">
      <w:pPr>
        <w:jc w:val="both"/>
        <w:rPr>
          <w:rFonts w:ascii="Calibri" w:eastAsia="Times New Roman" w:hAnsi="Calibri" w:cs="Calibri"/>
          <w:u w:val="single"/>
          <w:lang w:eastAsia="tr-TR"/>
        </w:rPr>
      </w:pPr>
    </w:p>
    <w:p w14:paraId="7A459EDB" w14:textId="77777777" w:rsidR="00E24BA4" w:rsidRDefault="00E24BA4" w:rsidP="00E24BA4">
      <w:r w:rsidRPr="008D3E72">
        <w:t>Değişim</w:t>
      </w:r>
      <w:r>
        <w:t xml:space="preserve"> Programı Verileri</w:t>
      </w:r>
    </w:p>
    <w:tbl>
      <w:tblPr>
        <w:tblW w:w="906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992"/>
        <w:gridCol w:w="1276"/>
        <w:gridCol w:w="992"/>
        <w:gridCol w:w="992"/>
        <w:gridCol w:w="2370"/>
        <w:gridCol w:w="886"/>
      </w:tblGrid>
      <w:tr w:rsidR="00E24BA4" w:rsidRPr="008D3E72" w14:paraId="7D33BB18" w14:textId="77777777" w:rsidTr="009D611D">
        <w:trPr>
          <w:trHeight w:val="355"/>
          <w:tblHeader/>
          <w:tblCellSpacing w:w="15" w:type="dxa"/>
        </w:trPr>
        <w:tc>
          <w:tcPr>
            <w:tcW w:w="1510" w:type="dxa"/>
            <w:vMerge w:val="restart"/>
            <w:shd w:val="clear" w:color="auto" w:fill="B99C71"/>
            <w:vAlign w:val="center"/>
          </w:tcPr>
          <w:p w14:paraId="5BEC3E81" w14:textId="77777777" w:rsidR="00E24BA4" w:rsidRPr="008D3E72" w:rsidRDefault="00E24BA4" w:rsidP="009D611D">
            <w:pPr>
              <w:pStyle w:val="Stil4"/>
            </w:pPr>
            <w:r w:rsidRPr="008D3E72">
              <w:t xml:space="preserve">Program Türü </w:t>
            </w:r>
          </w:p>
        </w:tc>
        <w:tc>
          <w:tcPr>
            <w:tcW w:w="4222" w:type="dxa"/>
            <w:gridSpan w:val="4"/>
            <w:shd w:val="clear" w:color="auto" w:fill="B99C71"/>
            <w:vAlign w:val="center"/>
          </w:tcPr>
          <w:p w14:paraId="1126B9F3" w14:textId="77777777" w:rsidR="00E24BA4" w:rsidRPr="008D3E72" w:rsidRDefault="00E24BA4" w:rsidP="009D611D">
            <w:pPr>
              <w:pStyle w:val="Stil4"/>
            </w:pPr>
            <w:r w:rsidRPr="008D3E72">
              <w:t>Değişimden Faydalanan Kişi Sayısı</w:t>
            </w:r>
          </w:p>
        </w:tc>
        <w:tc>
          <w:tcPr>
            <w:tcW w:w="2340" w:type="dxa"/>
            <w:vMerge w:val="restart"/>
            <w:shd w:val="clear" w:color="auto" w:fill="B99C71"/>
            <w:vAlign w:val="bottom"/>
          </w:tcPr>
          <w:p w14:paraId="15B86603" w14:textId="77777777" w:rsidR="00E24BA4" w:rsidRPr="008D3E72" w:rsidRDefault="00E24BA4" w:rsidP="009D611D">
            <w:pPr>
              <w:pStyle w:val="Stil4"/>
            </w:pPr>
          </w:p>
          <w:p w14:paraId="5E2E468C" w14:textId="77777777" w:rsidR="00E24BA4" w:rsidRPr="008D3E72" w:rsidRDefault="00E24BA4" w:rsidP="009D611D">
            <w:pPr>
              <w:pStyle w:val="Stil4"/>
            </w:pPr>
            <w:r w:rsidRPr="008D3E72">
              <w:t>Ülke</w:t>
            </w:r>
          </w:p>
        </w:tc>
        <w:tc>
          <w:tcPr>
            <w:tcW w:w="841" w:type="dxa"/>
            <w:vMerge w:val="restart"/>
            <w:shd w:val="clear" w:color="auto" w:fill="B99C71"/>
            <w:vAlign w:val="bottom"/>
          </w:tcPr>
          <w:p w14:paraId="30555150" w14:textId="77777777" w:rsidR="00E24BA4" w:rsidRPr="008D3E72" w:rsidRDefault="00E24BA4" w:rsidP="009D611D">
            <w:pPr>
              <w:pStyle w:val="Stil4"/>
            </w:pPr>
          </w:p>
          <w:p w14:paraId="541D257B" w14:textId="77777777" w:rsidR="00E24BA4" w:rsidRPr="008D3E72" w:rsidRDefault="00E24BA4" w:rsidP="009D611D">
            <w:pPr>
              <w:pStyle w:val="Stil4"/>
            </w:pPr>
            <w:r w:rsidRPr="008D3E72">
              <w:t>Tarih</w:t>
            </w:r>
          </w:p>
        </w:tc>
      </w:tr>
      <w:tr w:rsidR="00E24BA4" w:rsidRPr="008D3E72" w14:paraId="04651B9C" w14:textId="77777777" w:rsidTr="009D611D">
        <w:trPr>
          <w:trHeight w:val="108"/>
          <w:tblCellSpacing w:w="15" w:type="dxa"/>
        </w:trPr>
        <w:tc>
          <w:tcPr>
            <w:tcW w:w="1510" w:type="dxa"/>
            <w:vMerge/>
            <w:vAlign w:val="center"/>
          </w:tcPr>
          <w:p w14:paraId="449D78A3" w14:textId="77777777" w:rsidR="00E24BA4" w:rsidRPr="008D3E72" w:rsidRDefault="00E24BA4" w:rsidP="009D611D">
            <w:pPr>
              <w:pStyle w:val="Stil4"/>
            </w:pPr>
          </w:p>
        </w:tc>
        <w:tc>
          <w:tcPr>
            <w:tcW w:w="962" w:type="dxa"/>
            <w:shd w:val="clear" w:color="auto" w:fill="262F59"/>
          </w:tcPr>
          <w:p w14:paraId="6829D4DD" w14:textId="77777777" w:rsidR="00E24BA4" w:rsidRPr="008D3E72" w:rsidRDefault="00E24BA4" w:rsidP="009D611D">
            <w:pPr>
              <w:pStyle w:val="Stil4"/>
            </w:pPr>
            <w:r w:rsidRPr="008D3E72">
              <w:t>Personel</w:t>
            </w:r>
          </w:p>
        </w:tc>
        <w:tc>
          <w:tcPr>
            <w:tcW w:w="1246" w:type="dxa"/>
            <w:shd w:val="clear" w:color="auto" w:fill="262F59"/>
          </w:tcPr>
          <w:p w14:paraId="27D7FF59" w14:textId="77777777" w:rsidR="00E24BA4" w:rsidRPr="008D3E72" w:rsidRDefault="00E24BA4" w:rsidP="009D611D">
            <w:pPr>
              <w:pStyle w:val="Stil4"/>
            </w:pPr>
            <w:r w:rsidRPr="008D3E72">
              <w:t>Öğrenci</w:t>
            </w:r>
          </w:p>
        </w:tc>
        <w:tc>
          <w:tcPr>
            <w:tcW w:w="962" w:type="dxa"/>
            <w:shd w:val="clear" w:color="auto" w:fill="262F59"/>
          </w:tcPr>
          <w:p w14:paraId="246BC3BD" w14:textId="77777777" w:rsidR="00E24BA4" w:rsidRPr="008D3E72" w:rsidRDefault="00E24BA4" w:rsidP="009D611D">
            <w:pPr>
              <w:pStyle w:val="Stil4"/>
            </w:pPr>
            <w:r w:rsidRPr="008D3E72">
              <w:t>Gelen</w:t>
            </w:r>
          </w:p>
        </w:tc>
        <w:tc>
          <w:tcPr>
            <w:tcW w:w="962" w:type="dxa"/>
            <w:shd w:val="clear" w:color="auto" w:fill="262F59"/>
            <w:vAlign w:val="bottom"/>
          </w:tcPr>
          <w:p w14:paraId="5540EB4C" w14:textId="77777777" w:rsidR="00E24BA4" w:rsidRPr="008D3E72" w:rsidRDefault="00E24BA4" w:rsidP="009D611D">
            <w:pPr>
              <w:pStyle w:val="Stil4"/>
            </w:pPr>
            <w:r w:rsidRPr="008D3E72">
              <w:t>Giden</w:t>
            </w:r>
          </w:p>
        </w:tc>
        <w:tc>
          <w:tcPr>
            <w:tcW w:w="2340" w:type="dxa"/>
            <w:vMerge/>
          </w:tcPr>
          <w:p w14:paraId="368FA0F2" w14:textId="77777777" w:rsidR="00E24BA4" w:rsidRPr="008D3E72" w:rsidRDefault="00E24BA4" w:rsidP="009D611D">
            <w:pPr>
              <w:pStyle w:val="Stil4"/>
            </w:pPr>
          </w:p>
        </w:tc>
        <w:tc>
          <w:tcPr>
            <w:tcW w:w="841" w:type="dxa"/>
            <w:vMerge/>
          </w:tcPr>
          <w:p w14:paraId="3F1E31B1" w14:textId="77777777" w:rsidR="00E24BA4" w:rsidRPr="008D3E72" w:rsidRDefault="00E24BA4" w:rsidP="009D611D">
            <w:pPr>
              <w:pStyle w:val="Stil4"/>
            </w:pPr>
          </w:p>
        </w:tc>
      </w:tr>
      <w:tr w:rsidR="00E24BA4" w:rsidRPr="008D3E72" w14:paraId="585C7B86" w14:textId="77777777" w:rsidTr="009D611D">
        <w:trPr>
          <w:tblCellSpacing w:w="15" w:type="dxa"/>
        </w:trPr>
        <w:tc>
          <w:tcPr>
            <w:tcW w:w="1510" w:type="dxa"/>
            <w:vAlign w:val="center"/>
          </w:tcPr>
          <w:p w14:paraId="35E0EE03" w14:textId="77777777" w:rsidR="00E24BA4" w:rsidRPr="008D3E72" w:rsidRDefault="00E24BA4" w:rsidP="009D611D">
            <w:pPr>
              <w:pStyle w:val="Stil4"/>
            </w:pPr>
            <w:r w:rsidRPr="008D3E72">
              <w:t>Erasmus</w:t>
            </w:r>
          </w:p>
        </w:tc>
        <w:tc>
          <w:tcPr>
            <w:tcW w:w="962" w:type="dxa"/>
            <w:vAlign w:val="center"/>
          </w:tcPr>
          <w:p w14:paraId="1117C7BA" w14:textId="7F3818E3" w:rsidR="00E24BA4" w:rsidRPr="008D3E72" w:rsidRDefault="00240137" w:rsidP="009D611D">
            <w:pPr>
              <w:pStyle w:val="Stil4"/>
            </w:pPr>
            <w:r>
              <w:t>-</w:t>
            </w:r>
          </w:p>
        </w:tc>
        <w:tc>
          <w:tcPr>
            <w:tcW w:w="1246" w:type="dxa"/>
          </w:tcPr>
          <w:p w14:paraId="5855EDDB" w14:textId="4FDD8A6C" w:rsidR="00E24BA4" w:rsidRPr="008D3E72" w:rsidRDefault="00240137" w:rsidP="009D611D">
            <w:pPr>
              <w:pStyle w:val="Stil4"/>
            </w:pPr>
            <w:r>
              <w:t>-</w:t>
            </w:r>
          </w:p>
        </w:tc>
        <w:tc>
          <w:tcPr>
            <w:tcW w:w="962" w:type="dxa"/>
          </w:tcPr>
          <w:p w14:paraId="7392C8BE" w14:textId="1AA5D658" w:rsidR="00E24BA4" w:rsidRPr="008D3E72" w:rsidRDefault="00240137" w:rsidP="009D611D">
            <w:pPr>
              <w:pStyle w:val="Stil4"/>
            </w:pPr>
            <w:r>
              <w:t>-</w:t>
            </w:r>
          </w:p>
        </w:tc>
        <w:tc>
          <w:tcPr>
            <w:tcW w:w="962" w:type="dxa"/>
          </w:tcPr>
          <w:p w14:paraId="612C0739" w14:textId="06F40035" w:rsidR="00E24BA4" w:rsidRPr="008D3E72" w:rsidRDefault="00240137" w:rsidP="009D611D">
            <w:pPr>
              <w:pStyle w:val="Stil4"/>
            </w:pPr>
            <w:r>
              <w:t>-</w:t>
            </w:r>
          </w:p>
        </w:tc>
        <w:tc>
          <w:tcPr>
            <w:tcW w:w="2340" w:type="dxa"/>
          </w:tcPr>
          <w:p w14:paraId="711E0C9E" w14:textId="77777777" w:rsidR="00E24BA4" w:rsidRPr="008D3E72" w:rsidRDefault="00F531F6" w:rsidP="009D611D">
            <w:pPr>
              <w:pStyle w:val="Stil4"/>
            </w:pPr>
            <w:r>
              <w:t>-</w:t>
            </w:r>
          </w:p>
        </w:tc>
        <w:tc>
          <w:tcPr>
            <w:tcW w:w="841" w:type="dxa"/>
          </w:tcPr>
          <w:p w14:paraId="28D6ED5B" w14:textId="77777777" w:rsidR="00E24BA4" w:rsidRPr="008D3E72" w:rsidRDefault="00F531F6" w:rsidP="009D611D">
            <w:pPr>
              <w:pStyle w:val="Stil4"/>
            </w:pPr>
            <w:r>
              <w:t>-</w:t>
            </w:r>
          </w:p>
        </w:tc>
      </w:tr>
      <w:tr w:rsidR="00E24BA4" w:rsidRPr="008D3E72" w14:paraId="5E5F6438" w14:textId="77777777" w:rsidTr="009D611D">
        <w:trPr>
          <w:tblCellSpacing w:w="15" w:type="dxa"/>
        </w:trPr>
        <w:tc>
          <w:tcPr>
            <w:tcW w:w="1510" w:type="dxa"/>
            <w:vAlign w:val="center"/>
          </w:tcPr>
          <w:p w14:paraId="6EFB97BF" w14:textId="77777777" w:rsidR="00E24BA4" w:rsidRPr="008D3E72" w:rsidRDefault="00E24BA4" w:rsidP="009D611D">
            <w:pPr>
              <w:pStyle w:val="Stil4"/>
            </w:pPr>
          </w:p>
        </w:tc>
        <w:tc>
          <w:tcPr>
            <w:tcW w:w="962" w:type="dxa"/>
            <w:vAlign w:val="center"/>
          </w:tcPr>
          <w:p w14:paraId="44F972F2" w14:textId="77777777" w:rsidR="00E24BA4" w:rsidRPr="008D3E72" w:rsidRDefault="00E24BA4" w:rsidP="009D611D">
            <w:pPr>
              <w:pStyle w:val="Stil4"/>
            </w:pPr>
          </w:p>
        </w:tc>
        <w:tc>
          <w:tcPr>
            <w:tcW w:w="1246" w:type="dxa"/>
          </w:tcPr>
          <w:p w14:paraId="30BB91CB" w14:textId="77777777" w:rsidR="00E24BA4" w:rsidRPr="008D3E72" w:rsidRDefault="00E24BA4" w:rsidP="009D611D">
            <w:pPr>
              <w:pStyle w:val="Stil4"/>
            </w:pPr>
          </w:p>
        </w:tc>
        <w:tc>
          <w:tcPr>
            <w:tcW w:w="962" w:type="dxa"/>
          </w:tcPr>
          <w:p w14:paraId="26D4F775" w14:textId="77777777" w:rsidR="00E24BA4" w:rsidRPr="008D3E72" w:rsidRDefault="00E24BA4" w:rsidP="009D611D">
            <w:pPr>
              <w:pStyle w:val="Stil4"/>
            </w:pPr>
          </w:p>
        </w:tc>
        <w:tc>
          <w:tcPr>
            <w:tcW w:w="962" w:type="dxa"/>
          </w:tcPr>
          <w:p w14:paraId="53260DC2" w14:textId="77777777" w:rsidR="00E24BA4" w:rsidRPr="008D3E72" w:rsidRDefault="00E24BA4" w:rsidP="009D611D">
            <w:pPr>
              <w:pStyle w:val="Stil4"/>
            </w:pPr>
          </w:p>
        </w:tc>
        <w:tc>
          <w:tcPr>
            <w:tcW w:w="2340" w:type="dxa"/>
          </w:tcPr>
          <w:p w14:paraId="75EAA58A" w14:textId="77777777" w:rsidR="00E24BA4" w:rsidRPr="008D3E72" w:rsidRDefault="00E24BA4" w:rsidP="009D611D">
            <w:pPr>
              <w:pStyle w:val="Stil4"/>
            </w:pPr>
          </w:p>
        </w:tc>
        <w:tc>
          <w:tcPr>
            <w:tcW w:w="841" w:type="dxa"/>
          </w:tcPr>
          <w:p w14:paraId="45DD85B6" w14:textId="77777777" w:rsidR="00E24BA4" w:rsidRPr="008D3E72" w:rsidRDefault="00E24BA4" w:rsidP="009D611D">
            <w:pPr>
              <w:pStyle w:val="Stil4"/>
            </w:pPr>
          </w:p>
        </w:tc>
      </w:tr>
    </w:tbl>
    <w:p w14:paraId="0C948EAA" w14:textId="77777777" w:rsidR="00E24BA4" w:rsidRDefault="00E24BA4" w:rsidP="00E24BA4">
      <w:pPr>
        <w:jc w:val="both"/>
      </w:pPr>
    </w:p>
    <w:p w14:paraId="3A31CCD3" w14:textId="77777777" w:rsidR="00E24BA4" w:rsidRDefault="00E24BA4" w:rsidP="00E24BA4">
      <w:r>
        <w:t>Lisansüstü Programlar Eğitim-Öğretim Faaliyetleri</w:t>
      </w:r>
    </w:p>
    <w:tbl>
      <w:tblPr>
        <w:tblW w:w="935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1"/>
        <w:gridCol w:w="2241"/>
        <w:gridCol w:w="1134"/>
        <w:gridCol w:w="1276"/>
        <w:gridCol w:w="992"/>
        <w:gridCol w:w="1134"/>
        <w:gridCol w:w="1418"/>
      </w:tblGrid>
      <w:tr w:rsidR="00E24BA4" w:rsidRPr="0007764D" w14:paraId="3ED085D3" w14:textId="77777777" w:rsidTr="009D611D">
        <w:trPr>
          <w:tblHeader/>
          <w:tblCellSpacing w:w="15" w:type="dxa"/>
        </w:trPr>
        <w:tc>
          <w:tcPr>
            <w:tcW w:w="0" w:type="auto"/>
            <w:shd w:val="clear" w:color="auto" w:fill="B99C71"/>
            <w:vAlign w:val="center"/>
            <w:hideMark/>
          </w:tcPr>
          <w:p w14:paraId="238B95EB" w14:textId="77777777" w:rsidR="00E24BA4" w:rsidRPr="0007764D" w:rsidRDefault="00E24BA4" w:rsidP="009D611D">
            <w:pPr>
              <w:jc w:val="center"/>
              <w:rPr>
                <w:rFonts w:eastAsia="Times New Roman" w:cs="Times New Roman"/>
                <w:b/>
                <w:bCs/>
                <w:szCs w:val="20"/>
                <w:lang w:eastAsia="tr-TR"/>
              </w:rPr>
            </w:pPr>
            <w:r w:rsidRPr="0007764D">
              <w:rPr>
                <w:rFonts w:eastAsia="Times New Roman" w:cs="Times New Roman"/>
                <w:bCs/>
                <w:szCs w:val="20"/>
                <w:lang w:eastAsia="tr-TR"/>
              </w:rPr>
              <w:t>Program</w:t>
            </w:r>
          </w:p>
          <w:p w14:paraId="3D0314FD" w14:textId="77777777" w:rsidR="00E24BA4" w:rsidRPr="004B59C8" w:rsidRDefault="00E24BA4" w:rsidP="009D611D">
            <w:pPr>
              <w:jc w:val="center"/>
              <w:rPr>
                <w:rFonts w:eastAsia="Times New Roman" w:cs="Times New Roman"/>
                <w:b/>
                <w:bCs/>
                <w:szCs w:val="20"/>
                <w:lang w:eastAsia="tr-TR"/>
              </w:rPr>
            </w:pPr>
            <w:r w:rsidRPr="004B59C8">
              <w:rPr>
                <w:rFonts w:eastAsia="Times New Roman" w:cs="Times New Roman"/>
                <w:bCs/>
                <w:szCs w:val="20"/>
                <w:lang w:eastAsia="tr-TR"/>
              </w:rPr>
              <w:t>Türü (YL/DR)</w:t>
            </w:r>
          </w:p>
        </w:tc>
        <w:tc>
          <w:tcPr>
            <w:tcW w:w="2211" w:type="dxa"/>
            <w:shd w:val="clear" w:color="auto" w:fill="B99C71"/>
            <w:vAlign w:val="center"/>
            <w:hideMark/>
          </w:tcPr>
          <w:p w14:paraId="3A4905BA" w14:textId="77777777" w:rsidR="00E24BA4" w:rsidRPr="004B59C8" w:rsidRDefault="00E24BA4" w:rsidP="009D611D">
            <w:pPr>
              <w:jc w:val="center"/>
              <w:rPr>
                <w:rFonts w:eastAsia="Times New Roman" w:cs="Times New Roman"/>
                <w:b/>
                <w:bCs/>
                <w:szCs w:val="20"/>
                <w:lang w:eastAsia="tr-TR"/>
              </w:rPr>
            </w:pPr>
            <w:r w:rsidRPr="004B59C8">
              <w:rPr>
                <w:rFonts w:eastAsia="Times New Roman" w:cs="Times New Roman"/>
                <w:bCs/>
                <w:szCs w:val="20"/>
                <w:lang w:eastAsia="tr-TR"/>
              </w:rPr>
              <w:t>Program Adı</w:t>
            </w:r>
          </w:p>
        </w:tc>
        <w:tc>
          <w:tcPr>
            <w:tcW w:w="1104" w:type="dxa"/>
            <w:shd w:val="clear" w:color="auto" w:fill="B99C71"/>
            <w:vAlign w:val="center"/>
            <w:hideMark/>
          </w:tcPr>
          <w:p w14:paraId="1E6D85EA" w14:textId="77777777" w:rsidR="00E24BA4" w:rsidRPr="004B59C8" w:rsidRDefault="00E24BA4" w:rsidP="009D611D">
            <w:pPr>
              <w:jc w:val="center"/>
              <w:rPr>
                <w:rFonts w:eastAsia="Times New Roman" w:cs="Times New Roman"/>
                <w:b/>
                <w:bCs/>
                <w:szCs w:val="20"/>
                <w:lang w:eastAsia="tr-TR"/>
              </w:rPr>
            </w:pPr>
            <w:r w:rsidRPr="004B59C8">
              <w:rPr>
                <w:rFonts w:eastAsia="Times New Roman" w:cs="Times New Roman"/>
                <w:bCs/>
                <w:szCs w:val="20"/>
                <w:lang w:eastAsia="tr-TR"/>
              </w:rPr>
              <w:t>Öğrenci Sayısı</w:t>
            </w:r>
          </w:p>
        </w:tc>
        <w:tc>
          <w:tcPr>
            <w:tcW w:w="1246" w:type="dxa"/>
            <w:shd w:val="clear" w:color="auto" w:fill="B99C71"/>
            <w:vAlign w:val="center"/>
            <w:hideMark/>
          </w:tcPr>
          <w:p w14:paraId="6AB73793" w14:textId="77777777" w:rsidR="00E24BA4" w:rsidRPr="004B59C8" w:rsidRDefault="00E24BA4" w:rsidP="009D611D">
            <w:pPr>
              <w:jc w:val="center"/>
              <w:rPr>
                <w:rFonts w:eastAsia="Times New Roman" w:cs="Times New Roman"/>
                <w:b/>
                <w:bCs/>
                <w:szCs w:val="20"/>
                <w:lang w:eastAsia="tr-TR"/>
              </w:rPr>
            </w:pPr>
            <w:r w:rsidRPr="004B59C8">
              <w:rPr>
                <w:rFonts w:eastAsia="Times New Roman" w:cs="Times New Roman"/>
                <w:bCs/>
                <w:szCs w:val="20"/>
                <w:lang w:eastAsia="tr-TR"/>
              </w:rPr>
              <w:t>Yeni Kayıt Sayısı</w:t>
            </w:r>
          </w:p>
        </w:tc>
        <w:tc>
          <w:tcPr>
            <w:tcW w:w="962" w:type="dxa"/>
            <w:shd w:val="clear" w:color="auto" w:fill="B99C71"/>
            <w:vAlign w:val="center"/>
            <w:hideMark/>
          </w:tcPr>
          <w:p w14:paraId="11DBECE1" w14:textId="77777777" w:rsidR="00E24BA4" w:rsidRPr="004B59C8" w:rsidRDefault="00E24BA4" w:rsidP="009D611D">
            <w:pPr>
              <w:jc w:val="center"/>
              <w:rPr>
                <w:rFonts w:eastAsia="Times New Roman" w:cs="Times New Roman"/>
                <w:b/>
                <w:bCs/>
                <w:szCs w:val="20"/>
                <w:lang w:eastAsia="tr-TR"/>
              </w:rPr>
            </w:pPr>
            <w:r w:rsidRPr="004B59C8">
              <w:rPr>
                <w:rFonts w:eastAsia="Times New Roman" w:cs="Times New Roman"/>
                <w:bCs/>
                <w:szCs w:val="20"/>
                <w:lang w:eastAsia="tr-TR"/>
              </w:rPr>
              <w:t>Mezun Sayısı</w:t>
            </w:r>
          </w:p>
        </w:tc>
        <w:tc>
          <w:tcPr>
            <w:tcW w:w="1104" w:type="dxa"/>
            <w:shd w:val="clear" w:color="auto" w:fill="B99C71"/>
            <w:vAlign w:val="center"/>
            <w:hideMark/>
          </w:tcPr>
          <w:p w14:paraId="3D1B2B7C" w14:textId="77777777" w:rsidR="00E24BA4" w:rsidRPr="004B59C8" w:rsidRDefault="00E24BA4" w:rsidP="009D611D">
            <w:pPr>
              <w:jc w:val="center"/>
              <w:rPr>
                <w:rFonts w:eastAsia="Times New Roman" w:cs="Times New Roman"/>
                <w:b/>
                <w:bCs/>
                <w:szCs w:val="20"/>
                <w:lang w:eastAsia="tr-TR"/>
              </w:rPr>
            </w:pPr>
            <w:r w:rsidRPr="004B59C8">
              <w:rPr>
                <w:rFonts w:eastAsia="Times New Roman" w:cs="Times New Roman"/>
                <w:bCs/>
                <w:szCs w:val="20"/>
                <w:lang w:eastAsia="tr-TR"/>
              </w:rPr>
              <w:t>Tez / Proje Sayısı</w:t>
            </w:r>
          </w:p>
        </w:tc>
        <w:tc>
          <w:tcPr>
            <w:tcW w:w="1373" w:type="dxa"/>
            <w:shd w:val="clear" w:color="auto" w:fill="B99C71"/>
            <w:vAlign w:val="center"/>
            <w:hideMark/>
          </w:tcPr>
          <w:p w14:paraId="56601348" w14:textId="77777777" w:rsidR="00E24BA4" w:rsidRPr="004B59C8" w:rsidRDefault="00E24BA4" w:rsidP="009D611D">
            <w:pPr>
              <w:jc w:val="center"/>
              <w:rPr>
                <w:rFonts w:eastAsia="Times New Roman" w:cs="Times New Roman"/>
                <w:b/>
                <w:bCs/>
                <w:szCs w:val="20"/>
                <w:lang w:eastAsia="tr-TR"/>
              </w:rPr>
            </w:pPr>
            <w:r w:rsidRPr="004B59C8">
              <w:rPr>
                <w:rFonts w:eastAsia="Times New Roman" w:cs="Times New Roman"/>
                <w:bCs/>
                <w:szCs w:val="20"/>
                <w:lang w:eastAsia="tr-TR"/>
              </w:rPr>
              <w:t>Açılan Ders Sayısı</w:t>
            </w:r>
          </w:p>
        </w:tc>
      </w:tr>
      <w:tr w:rsidR="00E24BA4" w:rsidRPr="0007764D" w14:paraId="071666D3" w14:textId="77777777" w:rsidTr="009D611D">
        <w:trPr>
          <w:tblCellSpacing w:w="15" w:type="dxa"/>
        </w:trPr>
        <w:tc>
          <w:tcPr>
            <w:tcW w:w="0" w:type="auto"/>
            <w:vAlign w:val="center"/>
            <w:hideMark/>
          </w:tcPr>
          <w:p w14:paraId="60AAD33B" w14:textId="77777777" w:rsidR="00E24BA4" w:rsidRPr="004B59C8" w:rsidRDefault="00E24BA4" w:rsidP="009D611D">
            <w:pPr>
              <w:rPr>
                <w:rFonts w:eastAsia="Times New Roman" w:cs="Times New Roman"/>
                <w:szCs w:val="20"/>
                <w:lang w:eastAsia="tr-TR"/>
              </w:rPr>
            </w:pPr>
            <w:r w:rsidRPr="004B59C8">
              <w:rPr>
                <w:rFonts w:eastAsia="Times New Roman" w:cs="Times New Roman"/>
                <w:szCs w:val="20"/>
                <w:lang w:eastAsia="tr-TR"/>
              </w:rPr>
              <w:t xml:space="preserve">YL </w:t>
            </w:r>
          </w:p>
        </w:tc>
        <w:tc>
          <w:tcPr>
            <w:tcW w:w="2211" w:type="dxa"/>
            <w:vAlign w:val="center"/>
            <w:hideMark/>
          </w:tcPr>
          <w:p w14:paraId="147667A3" w14:textId="77777777" w:rsidR="00E24BA4" w:rsidRPr="004B59C8" w:rsidRDefault="00E24BA4" w:rsidP="009D611D">
            <w:pPr>
              <w:rPr>
                <w:rFonts w:eastAsia="Times New Roman" w:cs="Times New Roman"/>
                <w:szCs w:val="20"/>
                <w:lang w:eastAsia="tr-TR"/>
              </w:rPr>
            </w:pPr>
            <w:r w:rsidRPr="004B59C8">
              <w:rPr>
                <w:rFonts w:eastAsia="Times New Roman" w:cs="Times New Roman"/>
                <w:szCs w:val="20"/>
                <w:lang w:eastAsia="tr-TR"/>
              </w:rPr>
              <w:t>…</w:t>
            </w:r>
          </w:p>
        </w:tc>
        <w:tc>
          <w:tcPr>
            <w:tcW w:w="1104" w:type="dxa"/>
            <w:vAlign w:val="center"/>
            <w:hideMark/>
          </w:tcPr>
          <w:p w14:paraId="1D728C98" w14:textId="77777777" w:rsidR="00E24BA4" w:rsidRPr="004B59C8" w:rsidRDefault="00E24BA4" w:rsidP="009D611D">
            <w:pPr>
              <w:rPr>
                <w:rFonts w:eastAsia="Times New Roman" w:cs="Times New Roman"/>
                <w:szCs w:val="20"/>
                <w:lang w:eastAsia="tr-TR"/>
              </w:rPr>
            </w:pPr>
            <w:r w:rsidRPr="004B59C8">
              <w:rPr>
                <w:rFonts w:eastAsia="Times New Roman" w:cs="Times New Roman"/>
                <w:szCs w:val="20"/>
                <w:lang w:eastAsia="tr-TR"/>
              </w:rPr>
              <w:t>…</w:t>
            </w:r>
          </w:p>
        </w:tc>
        <w:tc>
          <w:tcPr>
            <w:tcW w:w="1246" w:type="dxa"/>
            <w:vAlign w:val="center"/>
            <w:hideMark/>
          </w:tcPr>
          <w:p w14:paraId="4E88556C" w14:textId="77777777" w:rsidR="00E24BA4" w:rsidRPr="004B59C8" w:rsidRDefault="00E24BA4" w:rsidP="009D611D">
            <w:pPr>
              <w:rPr>
                <w:rFonts w:eastAsia="Times New Roman" w:cs="Times New Roman"/>
                <w:szCs w:val="20"/>
                <w:lang w:eastAsia="tr-TR"/>
              </w:rPr>
            </w:pPr>
            <w:r w:rsidRPr="004B59C8">
              <w:rPr>
                <w:rFonts w:eastAsia="Times New Roman" w:cs="Times New Roman"/>
                <w:szCs w:val="20"/>
                <w:lang w:eastAsia="tr-TR"/>
              </w:rPr>
              <w:t>…</w:t>
            </w:r>
          </w:p>
        </w:tc>
        <w:tc>
          <w:tcPr>
            <w:tcW w:w="962" w:type="dxa"/>
            <w:vAlign w:val="center"/>
            <w:hideMark/>
          </w:tcPr>
          <w:p w14:paraId="5F41DE88" w14:textId="77777777" w:rsidR="00E24BA4" w:rsidRPr="004B59C8" w:rsidRDefault="00E24BA4" w:rsidP="009D611D">
            <w:pPr>
              <w:rPr>
                <w:rFonts w:eastAsia="Times New Roman" w:cs="Times New Roman"/>
                <w:szCs w:val="20"/>
                <w:lang w:eastAsia="tr-TR"/>
              </w:rPr>
            </w:pPr>
            <w:r w:rsidRPr="004B59C8">
              <w:rPr>
                <w:rFonts w:eastAsia="Times New Roman" w:cs="Times New Roman"/>
                <w:szCs w:val="20"/>
                <w:lang w:eastAsia="tr-TR"/>
              </w:rPr>
              <w:t>…</w:t>
            </w:r>
          </w:p>
        </w:tc>
        <w:tc>
          <w:tcPr>
            <w:tcW w:w="1104" w:type="dxa"/>
            <w:vAlign w:val="center"/>
            <w:hideMark/>
          </w:tcPr>
          <w:p w14:paraId="7D03007D" w14:textId="77777777" w:rsidR="00E24BA4" w:rsidRPr="004B59C8" w:rsidRDefault="00E24BA4" w:rsidP="009D611D">
            <w:pPr>
              <w:rPr>
                <w:rFonts w:eastAsia="Times New Roman" w:cs="Times New Roman"/>
                <w:szCs w:val="20"/>
                <w:lang w:eastAsia="tr-TR"/>
              </w:rPr>
            </w:pPr>
            <w:r w:rsidRPr="004B59C8">
              <w:rPr>
                <w:rFonts w:eastAsia="Times New Roman" w:cs="Times New Roman"/>
                <w:szCs w:val="20"/>
                <w:lang w:eastAsia="tr-TR"/>
              </w:rPr>
              <w:t>…</w:t>
            </w:r>
          </w:p>
        </w:tc>
        <w:tc>
          <w:tcPr>
            <w:tcW w:w="1373" w:type="dxa"/>
            <w:vAlign w:val="center"/>
            <w:hideMark/>
          </w:tcPr>
          <w:p w14:paraId="7736A9A0" w14:textId="77777777" w:rsidR="00E24BA4" w:rsidRPr="004B59C8" w:rsidRDefault="00E24BA4" w:rsidP="009D611D">
            <w:pPr>
              <w:rPr>
                <w:rFonts w:eastAsia="Times New Roman" w:cs="Times New Roman"/>
                <w:szCs w:val="20"/>
                <w:lang w:eastAsia="tr-TR"/>
              </w:rPr>
            </w:pPr>
            <w:r w:rsidRPr="004B59C8">
              <w:rPr>
                <w:rFonts w:eastAsia="Times New Roman" w:cs="Times New Roman"/>
                <w:szCs w:val="20"/>
                <w:lang w:eastAsia="tr-TR"/>
              </w:rPr>
              <w:t>…</w:t>
            </w:r>
          </w:p>
        </w:tc>
      </w:tr>
      <w:tr w:rsidR="00E24BA4" w:rsidRPr="0007764D" w14:paraId="5939C06A" w14:textId="77777777" w:rsidTr="009D611D">
        <w:trPr>
          <w:tblCellSpacing w:w="15" w:type="dxa"/>
        </w:trPr>
        <w:tc>
          <w:tcPr>
            <w:tcW w:w="0" w:type="auto"/>
            <w:vAlign w:val="center"/>
          </w:tcPr>
          <w:p w14:paraId="01735E55" w14:textId="77777777" w:rsidR="00E24BA4" w:rsidRPr="0007764D" w:rsidRDefault="00E24BA4" w:rsidP="009D611D">
            <w:pPr>
              <w:rPr>
                <w:rFonts w:eastAsia="Times New Roman" w:cs="Times New Roman"/>
                <w:szCs w:val="20"/>
                <w:lang w:eastAsia="tr-TR"/>
              </w:rPr>
            </w:pPr>
            <w:r w:rsidRPr="004B59C8">
              <w:rPr>
                <w:rFonts w:eastAsia="Times New Roman" w:cs="Times New Roman"/>
                <w:szCs w:val="20"/>
                <w:lang w:eastAsia="tr-TR"/>
              </w:rPr>
              <w:t>DR</w:t>
            </w:r>
          </w:p>
        </w:tc>
        <w:tc>
          <w:tcPr>
            <w:tcW w:w="2211" w:type="dxa"/>
            <w:vAlign w:val="center"/>
          </w:tcPr>
          <w:p w14:paraId="41F6A6C4" w14:textId="77777777" w:rsidR="00E24BA4" w:rsidRPr="0007764D" w:rsidRDefault="00F531F6" w:rsidP="009D611D">
            <w:pPr>
              <w:rPr>
                <w:rFonts w:eastAsia="Times New Roman" w:cs="Times New Roman"/>
                <w:szCs w:val="20"/>
                <w:lang w:eastAsia="tr-TR"/>
              </w:rPr>
            </w:pPr>
            <w:r>
              <w:rPr>
                <w:rFonts w:eastAsia="Times New Roman" w:cs="Times New Roman"/>
                <w:szCs w:val="20"/>
                <w:lang w:eastAsia="tr-TR"/>
              </w:rPr>
              <w:t>-</w:t>
            </w:r>
          </w:p>
        </w:tc>
        <w:tc>
          <w:tcPr>
            <w:tcW w:w="1104" w:type="dxa"/>
            <w:vAlign w:val="center"/>
          </w:tcPr>
          <w:p w14:paraId="2E687669" w14:textId="77777777" w:rsidR="00E24BA4" w:rsidRPr="0007764D" w:rsidRDefault="00F531F6" w:rsidP="009D611D">
            <w:pPr>
              <w:rPr>
                <w:rFonts w:eastAsia="Times New Roman" w:cs="Times New Roman"/>
                <w:szCs w:val="20"/>
                <w:lang w:eastAsia="tr-TR"/>
              </w:rPr>
            </w:pPr>
            <w:r>
              <w:rPr>
                <w:rFonts w:eastAsia="Times New Roman" w:cs="Times New Roman"/>
                <w:szCs w:val="20"/>
                <w:lang w:eastAsia="tr-TR"/>
              </w:rPr>
              <w:t>-</w:t>
            </w:r>
          </w:p>
        </w:tc>
        <w:tc>
          <w:tcPr>
            <w:tcW w:w="1246" w:type="dxa"/>
            <w:vAlign w:val="center"/>
          </w:tcPr>
          <w:p w14:paraId="78936AD7" w14:textId="77777777" w:rsidR="00E24BA4" w:rsidRPr="0007764D" w:rsidRDefault="00F531F6" w:rsidP="009D611D">
            <w:pPr>
              <w:rPr>
                <w:rFonts w:eastAsia="Times New Roman" w:cs="Times New Roman"/>
                <w:szCs w:val="20"/>
                <w:lang w:eastAsia="tr-TR"/>
              </w:rPr>
            </w:pPr>
            <w:r>
              <w:rPr>
                <w:rFonts w:eastAsia="Times New Roman" w:cs="Times New Roman"/>
                <w:szCs w:val="20"/>
                <w:lang w:eastAsia="tr-TR"/>
              </w:rPr>
              <w:t>-</w:t>
            </w:r>
          </w:p>
        </w:tc>
        <w:tc>
          <w:tcPr>
            <w:tcW w:w="962" w:type="dxa"/>
            <w:vAlign w:val="center"/>
          </w:tcPr>
          <w:p w14:paraId="4A76ABFF" w14:textId="77777777" w:rsidR="00E24BA4" w:rsidRPr="0007764D" w:rsidRDefault="00F531F6" w:rsidP="009D611D">
            <w:pPr>
              <w:rPr>
                <w:rFonts w:eastAsia="Times New Roman" w:cs="Times New Roman"/>
                <w:szCs w:val="20"/>
                <w:lang w:eastAsia="tr-TR"/>
              </w:rPr>
            </w:pPr>
            <w:r>
              <w:rPr>
                <w:rFonts w:eastAsia="Times New Roman" w:cs="Times New Roman"/>
                <w:szCs w:val="20"/>
                <w:lang w:eastAsia="tr-TR"/>
              </w:rPr>
              <w:t>-</w:t>
            </w:r>
          </w:p>
        </w:tc>
        <w:tc>
          <w:tcPr>
            <w:tcW w:w="1104" w:type="dxa"/>
            <w:vAlign w:val="center"/>
          </w:tcPr>
          <w:p w14:paraId="45B13313" w14:textId="77777777" w:rsidR="00E24BA4" w:rsidRPr="0007764D" w:rsidRDefault="00F531F6" w:rsidP="009D611D">
            <w:pPr>
              <w:rPr>
                <w:rFonts w:eastAsia="Times New Roman" w:cs="Times New Roman"/>
                <w:szCs w:val="20"/>
                <w:lang w:eastAsia="tr-TR"/>
              </w:rPr>
            </w:pPr>
            <w:r>
              <w:rPr>
                <w:rFonts w:eastAsia="Times New Roman" w:cs="Times New Roman"/>
                <w:szCs w:val="20"/>
                <w:lang w:eastAsia="tr-TR"/>
              </w:rPr>
              <w:t>-</w:t>
            </w:r>
          </w:p>
        </w:tc>
        <w:tc>
          <w:tcPr>
            <w:tcW w:w="1373" w:type="dxa"/>
            <w:vAlign w:val="center"/>
          </w:tcPr>
          <w:p w14:paraId="3A0126C9" w14:textId="77777777" w:rsidR="00E24BA4" w:rsidRPr="0007764D" w:rsidRDefault="00F531F6" w:rsidP="009D611D">
            <w:pPr>
              <w:rPr>
                <w:rFonts w:eastAsia="Times New Roman" w:cs="Times New Roman"/>
                <w:szCs w:val="20"/>
                <w:lang w:eastAsia="tr-TR"/>
              </w:rPr>
            </w:pPr>
            <w:r>
              <w:rPr>
                <w:rFonts w:eastAsia="Times New Roman" w:cs="Times New Roman"/>
                <w:szCs w:val="20"/>
                <w:lang w:eastAsia="tr-TR"/>
              </w:rPr>
              <w:t>-</w:t>
            </w:r>
          </w:p>
        </w:tc>
      </w:tr>
    </w:tbl>
    <w:p w14:paraId="179782B8" w14:textId="77777777" w:rsidR="00E24BA4" w:rsidRDefault="00E24BA4" w:rsidP="00E24BA4"/>
    <w:p w14:paraId="2A7E8903" w14:textId="77777777" w:rsidR="00E24BA4" w:rsidRDefault="00E24BA4" w:rsidP="00E24BA4">
      <w:pPr>
        <w:pStyle w:val="Stil2"/>
      </w:pPr>
      <w:bookmarkStart w:id="29" w:name="_Toc217311506"/>
      <w:r>
        <w:lastRenderedPageBreak/>
        <w:t>5.2. Araştırma Geliştirme Faaliyetleri</w:t>
      </w:r>
      <w:bookmarkEnd w:id="29"/>
    </w:p>
    <w:p w14:paraId="66F9D292" w14:textId="77777777" w:rsidR="00E24BA4" w:rsidRPr="00FA5DFA" w:rsidRDefault="0010651D" w:rsidP="00E24BA4">
      <w:pPr>
        <w:rPr>
          <w:rFonts w:ascii="Calibri" w:eastAsia="Times New Roman" w:hAnsi="Calibri" w:cs="Calibri"/>
          <w:u w:val="single"/>
          <w:lang w:eastAsia="tr-TR"/>
        </w:rPr>
      </w:pPr>
      <w:r w:rsidRPr="0010651D">
        <w:t>BAP Birimi Tarafından Desteklenen Bilimsel Araştırma Projeleri</w:t>
      </w:r>
    </w:p>
    <w:tbl>
      <w:tblPr>
        <w:tblW w:w="5000" w:type="pct"/>
        <w:tblLayout w:type="fixed"/>
        <w:tblCellMar>
          <w:left w:w="70" w:type="dxa"/>
          <w:right w:w="70" w:type="dxa"/>
        </w:tblCellMar>
        <w:tblLook w:val="04A0" w:firstRow="1" w:lastRow="0" w:firstColumn="1" w:lastColumn="0" w:noHBand="0" w:noVBand="1"/>
      </w:tblPr>
      <w:tblGrid>
        <w:gridCol w:w="2954"/>
        <w:gridCol w:w="1702"/>
        <w:gridCol w:w="1700"/>
        <w:gridCol w:w="1471"/>
        <w:gridCol w:w="1199"/>
      </w:tblGrid>
      <w:tr w:rsidR="00BE5BDA" w:rsidRPr="00BE5BDA" w14:paraId="2E045D4A" w14:textId="77777777" w:rsidTr="006C33F6">
        <w:trPr>
          <w:trHeight w:val="315"/>
        </w:trPr>
        <w:tc>
          <w:tcPr>
            <w:tcW w:w="1636" w:type="pct"/>
            <w:vMerge w:val="restart"/>
            <w:tcBorders>
              <w:top w:val="double" w:sz="6" w:space="0" w:color="auto"/>
              <w:left w:val="double" w:sz="6" w:space="0" w:color="auto"/>
              <w:bottom w:val="double" w:sz="6" w:space="0" w:color="auto"/>
              <w:right w:val="double" w:sz="6" w:space="0" w:color="auto"/>
            </w:tcBorders>
            <w:shd w:val="clear" w:color="000000" w:fill="B99C71"/>
            <w:noWrap/>
            <w:vAlign w:val="center"/>
            <w:hideMark/>
          </w:tcPr>
          <w:p w14:paraId="191024BA" w14:textId="77777777" w:rsidR="00BE5BDA" w:rsidRPr="00BE5BDA" w:rsidRDefault="00BE5BDA" w:rsidP="00BE5BDA">
            <w:pPr>
              <w:spacing w:after="0" w:line="240" w:lineRule="auto"/>
              <w:jc w:val="center"/>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Projenin Adı</w:t>
            </w:r>
          </w:p>
        </w:tc>
        <w:tc>
          <w:tcPr>
            <w:tcW w:w="943" w:type="pct"/>
            <w:vMerge w:val="restart"/>
            <w:tcBorders>
              <w:top w:val="double" w:sz="6" w:space="0" w:color="auto"/>
              <w:left w:val="double" w:sz="6" w:space="0" w:color="auto"/>
              <w:bottom w:val="double" w:sz="6" w:space="0" w:color="auto"/>
              <w:right w:val="double" w:sz="6" w:space="0" w:color="auto"/>
            </w:tcBorders>
            <w:shd w:val="clear" w:color="000000" w:fill="B99C71"/>
            <w:noWrap/>
            <w:vAlign w:val="center"/>
            <w:hideMark/>
          </w:tcPr>
          <w:p w14:paraId="1B5DA673" w14:textId="77777777" w:rsidR="00BE5BDA" w:rsidRPr="00BE5BDA" w:rsidRDefault="00BE5BDA" w:rsidP="00BE5BDA">
            <w:pPr>
              <w:spacing w:after="0" w:line="240" w:lineRule="auto"/>
              <w:jc w:val="center"/>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Yürütücüsü</w:t>
            </w:r>
          </w:p>
        </w:tc>
        <w:tc>
          <w:tcPr>
            <w:tcW w:w="942" w:type="pct"/>
            <w:vMerge w:val="restart"/>
            <w:tcBorders>
              <w:top w:val="double" w:sz="6" w:space="0" w:color="auto"/>
              <w:left w:val="double" w:sz="6" w:space="0" w:color="auto"/>
              <w:bottom w:val="double" w:sz="6" w:space="0" w:color="auto"/>
              <w:right w:val="double" w:sz="6" w:space="0" w:color="auto"/>
            </w:tcBorders>
            <w:shd w:val="clear" w:color="000000" w:fill="B99C71"/>
            <w:vAlign w:val="center"/>
            <w:hideMark/>
          </w:tcPr>
          <w:p w14:paraId="72C74A10" w14:textId="77777777" w:rsidR="00BE5BDA" w:rsidRPr="00BE5BDA" w:rsidRDefault="00BE5BDA" w:rsidP="00BE5BDA">
            <w:pPr>
              <w:spacing w:after="0" w:line="240" w:lineRule="auto"/>
              <w:jc w:val="center"/>
              <w:rPr>
                <w:rFonts w:ascii="Times New Roman" w:eastAsia="Times New Roman" w:hAnsi="Times New Roman" w:cs="Times New Roman"/>
                <w:b/>
                <w:bCs/>
                <w:color w:val="000000"/>
                <w:sz w:val="20"/>
                <w:szCs w:val="20"/>
                <w:lang w:val="tr-TR" w:eastAsia="tr-TR"/>
              </w:rPr>
            </w:pPr>
            <w:r w:rsidRPr="00BE5BDA">
              <w:rPr>
                <w:rFonts w:ascii="Times New Roman" w:eastAsia="Times New Roman" w:hAnsi="Times New Roman" w:cs="Times New Roman"/>
                <w:b/>
                <w:bCs/>
                <w:color w:val="000000"/>
                <w:sz w:val="20"/>
                <w:szCs w:val="20"/>
                <w:lang w:val="tr-TR" w:eastAsia="tr-TR"/>
              </w:rPr>
              <w:t>Projenin Durumu</w:t>
            </w:r>
          </w:p>
        </w:tc>
        <w:tc>
          <w:tcPr>
            <w:tcW w:w="1479" w:type="pct"/>
            <w:gridSpan w:val="2"/>
            <w:tcBorders>
              <w:top w:val="double" w:sz="6" w:space="0" w:color="auto"/>
              <w:left w:val="nil"/>
              <w:bottom w:val="double" w:sz="6" w:space="0" w:color="auto"/>
              <w:right w:val="double" w:sz="6" w:space="0" w:color="auto"/>
            </w:tcBorders>
            <w:shd w:val="clear" w:color="000000" w:fill="262F59"/>
            <w:noWrap/>
            <w:vAlign w:val="center"/>
            <w:hideMark/>
          </w:tcPr>
          <w:p w14:paraId="6271422B" w14:textId="77777777" w:rsidR="00BE5BDA" w:rsidRPr="00BE5BDA" w:rsidRDefault="00BE5BDA" w:rsidP="00BE5BDA">
            <w:pPr>
              <w:spacing w:after="0" w:line="240" w:lineRule="auto"/>
              <w:jc w:val="center"/>
              <w:rPr>
                <w:rFonts w:ascii="Times New Roman" w:eastAsia="Times New Roman" w:hAnsi="Times New Roman" w:cs="Times New Roman"/>
                <w:b/>
                <w:bCs/>
                <w:color w:val="FFFFFF"/>
                <w:sz w:val="20"/>
                <w:szCs w:val="20"/>
                <w:lang w:val="tr-TR" w:eastAsia="tr-TR"/>
              </w:rPr>
            </w:pPr>
            <w:r w:rsidRPr="00BE5BDA">
              <w:rPr>
                <w:rFonts w:ascii="Times New Roman" w:eastAsia="Times New Roman" w:hAnsi="Times New Roman" w:cs="Times New Roman"/>
                <w:b/>
                <w:bCs/>
                <w:color w:val="FFFFFF"/>
                <w:sz w:val="20"/>
                <w:szCs w:val="20"/>
                <w:lang w:val="tr-TR" w:eastAsia="tr-TR"/>
              </w:rPr>
              <w:t>Proje Süresi</w:t>
            </w:r>
          </w:p>
        </w:tc>
      </w:tr>
      <w:tr w:rsidR="006C33F6" w:rsidRPr="00BE5BDA" w14:paraId="281471D5" w14:textId="77777777" w:rsidTr="006C33F6">
        <w:trPr>
          <w:trHeight w:val="330"/>
        </w:trPr>
        <w:tc>
          <w:tcPr>
            <w:tcW w:w="1636" w:type="pct"/>
            <w:vMerge/>
            <w:tcBorders>
              <w:top w:val="double" w:sz="6" w:space="0" w:color="auto"/>
              <w:left w:val="double" w:sz="6" w:space="0" w:color="auto"/>
              <w:bottom w:val="double" w:sz="6" w:space="0" w:color="auto"/>
              <w:right w:val="double" w:sz="6" w:space="0" w:color="auto"/>
            </w:tcBorders>
            <w:vAlign w:val="center"/>
            <w:hideMark/>
          </w:tcPr>
          <w:p w14:paraId="787BA869" w14:textId="77777777"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p>
        </w:tc>
        <w:tc>
          <w:tcPr>
            <w:tcW w:w="943" w:type="pct"/>
            <w:vMerge/>
            <w:tcBorders>
              <w:top w:val="double" w:sz="6" w:space="0" w:color="auto"/>
              <w:left w:val="double" w:sz="6" w:space="0" w:color="auto"/>
              <w:bottom w:val="double" w:sz="6" w:space="0" w:color="auto"/>
              <w:right w:val="double" w:sz="6" w:space="0" w:color="auto"/>
            </w:tcBorders>
            <w:vAlign w:val="center"/>
            <w:hideMark/>
          </w:tcPr>
          <w:p w14:paraId="3AF8BDC1" w14:textId="77777777"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p>
        </w:tc>
        <w:tc>
          <w:tcPr>
            <w:tcW w:w="942" w:type="pct"/>
            <w:vMerge/>
            <w:tcBorders>
              <w:top w:val="double" w:sz="6" w:space="0" w:color="auto"/>
              <w:left w:val="double" w:sz="6" w:space="0" w:color="auto"/>
              <w:bottom w:val="double" w:sz="6" w:space="0" w:color="auto"/>
              <w:right w:val="double" w:sz="6" w:space="0" w:color="auto"/>
            </w:tcBorders>
            <w:vAlign w:val="center"/>
            <w:hideMark/>
          </w:tcPr>
          <w:p w14:paraId="73946775" w14:textId="77777777" w:rsidR="00BE5BDA" w:rsidRPr="00BE5BDA" w:rsidRDefault="00BE5BDA" w:rsidP="00BE5BDA">
            <w:pPr>
              <w:spacing w:after="0" w:line="240" w:lineRule="auto"/>
              <w:rPr>
                <w:rFonts w:ascii="Times New Roman" w:eastAsia="Times New Roman" w:hAnsi="Times New Roman" w:cs="Times New Roman"/>
                <w:b/>
                <w:bCs/>
                <w:color w:val="000000"/>
                <w:sz w:val="20"/>
                <w:szCs w:val="20"/>
                <w:lang w:val="tr-TR" w:eastAsia="tr-TR"/>
              </w:rPr>
            </w:pPr>
          </w:p>
        </w:tc>
        <w:tc>
          <w:tcPr>
            <w:tcW w:w="815" w:type="pct"/>
            <w:tcBorders>
              <w:top w:val="nil"/>
              <w:left w:val="nil"/>
              <w:bottom w:val="double" w:sz="6" w:space="0" w:color="auto"/>
              <w:right w:val="double" w:sz="6" w:space="0" w:color="auto"/>
            </w:tcBorders>
            <w:shd w:val="clear" w:color="000000" w:fill="B99C71"/>
            <w:vAlign w:val="center"/>
            <w:hideMark/>
          </w:tcPr>
          <w:p w14:paraId="1F51E53F" w14:textId="77777777" w:rsidR="00BE5BDA" w:rsidRPr="00BE5BDA" w:rsidRDefault="00BE5BDA" w:rsidP="00BE5BDA">
            <w:pPr>
              <w:spacing w:after="0" w:line="240" w:lineRule="auto"/>
              <w:jc w:val="center"/>
              <w:rPr>
                <w:rFonts w:ascii="Times New Roman" w:eastAsia="Times New Roman" w:hAnsi="Times New Roman" w:cs="Times New Roman"/>
                <w:b/>
                <w:bCs/>
                <w:color w:val="FFFFFF"/>
                <w:sz w:val="20"/>
                <w:szCs w:val="20"/>
                <w:lang w:val="tr-TR" w:eastAsia="tr-TR"/>
              </w:rPr>
            </w:pPr>
            <w:r w:rsidRPr="00BE5BDA">
              <w:rPr>
                <w:rFonts w:ascii="Times New Roman" w:eastAsia="Times New Roman" w:hAnsi="Times New Roman" w:cs="Times New Roman"/>
                <w:b/>
                <w:bCs/>
                <w:color w:val="FFFFFF"/>
                <w:sz w:val="20"/>
                <w:szCs w:val="20"/>
                <w:lang w:val="tr-TR" w:eastAsia="tr-TR"/>
              </w:rPr>
              <w:t>Başlangıç Tarihi</w:t>
            </w:r>
          </w:p>
        </w:tc>
        <w:tc>
          <w:tcPr>
            <w:tcW w:w="664" w:type="pct"/>
            <w:tcBorders>
              <w:top w:val="nil"/>
              <w:left w:val="nil"/>
              <w:bottom w:val="double" w:sz="6" w:space="0" w:color="auto"/>
              <w:right w:val="double" w:sz="6" w:space="0" w:color="auto"/>
            </w:tcBorders>
            <w:shd w:val="clear" w:color="000000" w:fill="B99C71"/>
            <w:vAlign w:val="center"/>
            <w:hideMark/>
          </w:tcPr>
          <w:p w14:paraId="23D4718A" w14:textId="77777777" w:rsidR="00BE5BDA" w:rsidRPr="00BE5BDA" w:rsidRDefault="00BE5BDA" w:rsidP="00BE5BDA">
            <w:pPr>
              <w:spacing w:after="0" w:line="240" w:lineRule="auto"/>
              <w:jc w:val="center"/>
              <w:rPr>
                <w:rFonts w:ascii="Times New Roman" w:eastAsia="Times New Roman" w:hAnsi="Times New Roman" w:cs="Times New Roman"/>
                <w:b/>
                <w:bCs/>
                <w:color w:val="FFFFFF"/>
                <w:sz w:val="20"/>
                <w:szCs w:val="20"/>
                <w:lang w:val="tr-TR" w:eastAsia="tr-TR"/>
              </w:rPr>
            </w:pPr>
            <w:r w:rsidRPr="00BE5BDA">
              <w:rPr>
                <w:rFonts w:ascii="Times New Roman" w:eastAsia="Times New Roman" w:hAnsi="Times New Roman" w:cs="Times New Roman"/>
                <w:b/>
                <w:bCs/>
                <w:color w:val="FFFFFF"/>
                <w:sz w:val="20"/>
                <w:szCs w:val="20"/>
                <w:lang w:val="tr-TR" w:eastAsia="tr-TR"/>
              </w:rPr>
              <w:t>Bitiş Tarihi</w:t>
            </w:r>
          </w:p>
        </w:tc>
      </w:tr>
      <w:tr w:rsidR="006C33F6" w:rsidRPr="00BE5BDA" w14:paraId="117F462A" w14:textId="77777777" w:rsidTr="006C33F6">
        <w:trPr>
          <w:trHeight w:val="315"/>
        </w:trPr>
        <w:tc>
          <w:tcPr>
            <w:tcW w:w="1636" w:type="pct"/>
            <w:tcBorders>
              <w:top w:val="nil"/>
              <w:left w:val="double" w:sz="6" w:space="0" w:color="auto"/>
              <w:bottom w:val="double" w:sz="6" w:space="0" w:color="auto"/>
              <w:right w:val="double" w:sz="6" w:space="0" w:color="auto"/>
            </w:tcBorders>
            <w:shd w:val="clear" w:color="000000" w:fill="FFFFFF"/>
            <w:vAlign w:val="center"/>
            <w:hideMark/>
          </w:tcPr>
          <w:p w14:paraId="335FC2C9" w14:textId="41C716E6" w:rsidR="00BE5BDA" w:rsidRPr="006C33F6" w:rsidRDefault="006C33F6" w:rsidP="00BE5BDA">
            <w:pPr>
              <w:spacing w:after="0" w:line="240" w:lineRule="auto"/>
              <w:rPr>
                <w:rFonts w:ascii="Times New Roman" w:eastAsia="Times New Roman" w:hAnsi="Times New Roman" w:cs="Times New Roman"/>
                <w:bCs/>
                <w:color w:val="000000" w:themeColor="text1"/>
                <w:sz w:val="20"/>
                <w:szCs w:val="20"/>
                <w:lang w:val="tr-TR" w:eastAsia="tr-TR"/>
              </w:rPr>
            </w:pPr>
            <w:r w:rsidRPr="006C33F6">
              <w:rPr>
                <w:rFonts w:ascii="Times New Roman" w:eastAsia="Times New Roman" w:hAnsi="Times New Roman" w:cs="Times New Roman"/>
                <w:bCs/>
                <w:color w:val="000000" w:themeColor="text1"/>
                <w:sz w:val="20"/>
                <w:szCs w:val="20"/>
                <w:lang w:val="tr-TR" w:eastAsia="tr-TR"/>
              </w:rPr>
              <w:t> Fonksiyonel Bileşenle</w:t>
            </w:r>
            <w:r>
              <w:rPr>
                <w:rFonts w:ascii="Times New Roman" w:eastAsia="Times New Roman" w:hAnsi="Times New Roman" w:cs="Times New Roman"/>
                <w:bCs/>
                <w:color w:val="000000" w:themeColor="text1"/>
                <w:sz w:val="20"/>
                <w:szCs w:val="20"/>
                <w:lang w:val="tr-TR" w:eastAsia="tr-TR"/>
              </w:rPr>
              <w:t>rle Zenginleştirilmiş Sağlıklı v</w:t>
            </w:r>
            <w:r w:rsidRPr="006C33F6">
              <w:rPr>
                <w:rFonts w:ascii="Times New Roman" w:eastAsia="Times New Roman" w:hAnsi="Times New Roman" w:cs="Times New Roman"/>
                <w:bCs/>
                <w:color w:val="000000" w:themeColor="text1"/>
                <w:sz w:val="20"/>
                <w:szCs w:val="20"/>
                <w:lang w:val="tr-TR" w:eastAsia="tr-TR"/>
              </w:rPr>
              <w:t>e Besleyici Erişte Üretimi: Alternatif Bir Ürün Geliştirme Yaklaşımı</w:t>
            </w:r>
          </w:p>
        </w:tc>
        <w:tc>
          <w:tcPr>
            <w:tcW w:w="943" w:type="pct"/>
            <w:tcBorders>
              <w:top w:val="nil"/>
              <w:left w:val="nil"/>
              <w:bottom w:val="double" w:sz="6" w:space="0" w:color="auto"/>
              <w:right w:val="double" w:sz="6" w:space="0" w:color="auto"/>
            </w:tcBorders>
            <w:shd w:val="clear" w:color="000000" w:fill="FFFFFF"/>
            <w:noWrap/>
            <w:vAlign w:val="center"/>
            <w:hideMark/>
          </w:tcPr>
          <w:p w14:paraId="7BC05AA7" w14:textId="1AEE87BB" w:rsidR="00BE5BDA" w:rsidRPr="006C33F6" w:rsidRDefault="00BE5BDA" w:rsidP="00BE5BDA">
            <w:pPr>
              <w:spacing w:after="0" w:line="240" w:lineRule="auto"/>
              <w:rPr>
                <w:rFonts w:ascii="Times New Roman" w:eastAsia="Times New Roman" w:hAnsi="Times New Roman" w:cs="Times New Roman"/>
                <w:bCs/>
                <w:color w:val="000000" w:themeColor="text1"/>
                <w:sz w:val="20"/>
                <w:szCs w:val="20"/>
                <w:lang w:val="tr-TR" w:eastAsia="tr-TR"/>
              </w:rPr>
            </w:pPr>
            <w:r w:rsidRPr="006C33F6">
              <w:rPr>
                <w:rFonts w:ascii="Times New Roman" w:eastAsia="Times New Roman" w:hAnsi="Times New Roman" w:cs="Times New Roman"/>
                <w:bCs/>
                <w:color w:val="000000" w:themeColor="text1"/>
                <w:sz w:val="20"/>
                <w:szCs w:val="20"/>
                <w:lang w:val="tr-TR" w:eastAsia="tr-TR"/>
              </w:rPr>
              <w:t> </w:t>
            </w:r>
            <w:r w:rsidR="006C33F6" w:rsidRPr="006C33F6">
              <w:rPr>
                <w:rFonts w:ascii="Times New Roman" w:eastAsia="Times New Roman" w:hAnsi="Times New Roman" w:cs="Times New Roman"/>
                <w:bCs/>
                <w:color w:val="000000" w:themeColor="text1"/>
                <w:sz w:val="20"/>
                <w:szCs w:val="20"/>
                <w:lang w:val="tr-TR" w:eastAsia="tr-TR"/>
              </w:rPr>
              <w:t>Dr. Öğr. Üyesi Arif YILDIZ</w:t>
            </w:r>
          </w:p>
        </w:tc>
        <w:tc>
          <w:tcPr>
            <w:tcW w:w="942" w:type="pct"/>
            <w:tcBorders>
              <w:top w:val="nil"/>
              <w:left w:val="nil"/>
              <w:bottom w:val="double" w:sz="6" w:space="0" w:color="auto"/>
              <w:right w:val="double" w:sz="6" w:space="0" w:color="auto"/>
            </w:tcBorders>
            <w:shd w:val="clear" w:color="000000" w:fill="FFFFFF"/>
            <w:vAlign w:val="center"/>
            <w:hideMark/>
          </w:tcPr>
          <w:p w14:paraId="1D62BD5E" w14:textId="086D8D6F" w:rsidR="00BE5BDA" w:rsidRPr="006C33F6" w:rsidRDefault="00BE5BDA" w:rsidP="00BE5BDA">
            <w:pPr>
              <w:spacing w:after="0" w:line="240" w:lineRule="auto"/>
              <w:rPr>
                <w:rFonts w:ascii="Times New Roman" w:eastAsia="Times New Roman" w:hAnsi="Times New Roman" w:cs="Times New Roman"/>
                <w:bCs/>
                <w:color w:val="000000" w:themeColor="text1"/>
                <w:sz w:val="20"/>
                <w:szCs w:val="20"/>
                <w:lang w:val="tr-TR" w:eastAsia="tr-TR"/>
              </w:rPr>
            </w:pPr>
            <w:r w:rsidRPr="006C33F6">
              <w:rPr>
                <w:rFonts w:ascii="Times New Roman" w:eastAsia="Times New Roman" w:hAnsi="Times New Roman" w:cs="Times New Roman"/>
                <w:bCs/>
                <w:color w:val="000000" w:themeColor="text1"/>
                <w:sz w:val="20"/>
                <w:szCs w:val="20"/>
                <w:lang w:val="tr-TR" w:eastAsia="tr-TR"/>
              </w:rPr>
              <w:t> </w:t>
            </w:r>
            <w:r w:rsidR="006C33F6" w:rsidRPr="006C33F6">
              <w:rPr>
                <w:rFonts w:ascii="Times New Roman" w:eastAsia="Times New Roman" w:hAnsi="Times New Roman" w:cs="Times New Roman"/>
                <w:bCs/>
                <w:color w:val="000000" w:themeColor="text1"/>
                <w:sz w:val="20"/>
                <w:szCs w:val="20"/>
                <w:lang w:val="tr-TR" w:eastAsia="tr-TR"/>
              </w:rPr>
              <w:t>Devam Ediyor</w:t>
            </w:r>
          </w:p>
        </w:tc>
        <w:tc>
          <w:tcPr>
            <w:tcW w:w="815" w:type="pct"/>
            <w:tcBorders>
              <w:top w:val="nil"/>
              <w:left w:val="nil"/>
              <w:bottom w:val="double" w:sz="6" w:space="0" w:color="auto"/>
              <w:right w:val="double" w:sz="6" w:space="0" w:color="auto"/>
            </w:tcBorders>
            <w:shd w:val="clear" w:color="000000" w:fill="FFFFFF"/>
            <w:noWrap/>
            <w:vAlign w:val="center"/>
            <w:hideMark/>
          </w:tcPr>
          <w:p w14:paraId="70078CFF" w14:textId="04061CED" w:rsidR="00BE5BDA" w:rsidRPr="00407BA1" w:rsidRDefault="00407BA1" w:rsidP="00407BA1">
            <w:pPr>
              <w:spacing w:after="0" w:line="240" w:lineRule="auto"/>
              <w:jc w:val="center"/>
              <w:rPr>
                <w:rFonts w:ascii="Times New Roman" w:eastAsia="Times New Roman" w:hAnsi="Times New Roman" w:cs="Times New Roman"/>
                <w:bCs/>
                <w:color w:val="000000" w:themeColor="text1"/>
                <w:sz w:val="20"/>
                <w:szCs w:val="20"/>
                <w:lang w:val="tr-TR" w:eastAsia="tr-TR"/>
              </w:rPr>
            </w:pPr>
            <w:r w:rsidRPr="00407BA1">
              <w:rPr>
                <w:rFonts w:ascii="Times New Roman" w:eastAsia="Times New Roman" w:hAnsi="Times New Roman" w:cs="Times New Roman"/>
                <w:bCs/>
                <w:color w:val="000000" w:themeColor="text1"/>
                <w:sz w:val="20"/>
                <w:szCs w:val="20"/>
                <w:lang w:val="tr-TR" w:eastAsia="tr-TR"/>
              </w:rPr>
              <w:t>2025</w:t>
            </w:r>
          </w:p>
        </w:tc>
        <w:tc>
          <w:tcPr>
            <w:tcW w:w="664" w:type="pct"/>
            <w:tcBorders>
              <w:top w:val="nil"/>
              <w:left w:val="nil"/>
              <w:bottom w:val="double" w:sz="6" w:space="0" w:color="auto"/>
              <w:right w:val="double" w:sz="6" w:space="0" w:color="auto"/>
            </w:tcBorders>
            <w:shd w:val="clear" w:color="000000" w:fill="FFFFFF"/>
            <w:vAlign w:val="center"/>
            <w:hideMark/>
          </w:tcPr>
          <w:p w14:paraId="6CB90846" w14:textId="7355609C" w:rsidR="00BE5BDA" w:rsidRPr="0059656C" w:rsidRDefault="0059656C" w:rsidP="00BE5BDA">
            <w:pPr>
              <w:spacing w:after="0" w:line="240" w:lineRule="auto"/>
              <w:rPr>
                <w:rFonts w:ascii="Times New Roman" w:eastAsia="Times New Roman" w:hAnsi="Times New Roman" w:cs="Times New Roman"/>
                <w:bCs/>
                <w:color w:val="000000" w:themeColor="text1"/>
                <w:sz w:val="20"/>
                <w:szCs w:val="20"/>
                <w:lang w:val="tr-TR" w:eastAsia="tr-TR"/>
              </w:rPr>
            </w:pPr>
            <w:r w:rsidRPr="0059656C">
              <w:rPr>
                <w:rFonts w:ascii="Times New Roman" w:eastAsia="Times New Roman" w:hAnsi="Times New Roman" w:cs="Times New Roman"/>
                <w:bCs/>
                <w:color w:val="000000" w:themeColor="text1"/>
                <w:sz w:val="20"/>
                <w:szCs w:val="20"/>
                <w:lang w:val="tr-TR" w:eastAsia="tr-TR"/>
              </w:rPr>
              <w:t>Devam Ediyor</w:t>
            </w:r>
          </w:p>
        </w:tc>
      </w:tr>
      <w:tr w:rsidR="006C33F6" w:rsidRPr="00BE5BDA" w14:paraId="235C971A" w14:textId="77777777" w:rsidTr="006C33F6">
        <w:trPr>
          <w:trHeight w:val="315"/>
        </w:trPr>
        <w:tc>
          <w:tcPr>
            <w:tcW w:w="1636" w:type="pct"/>
            <w:tcBorders>
              <w:top w:val="nil"/>
              <w:left w:val="double" w:sz="6" w:space="0" w:color="auto"/>
              <w:bottom w:val="double" w:sz="6" w:space="0" w:color="auto"/>
              <w:right w:val="double" w:sz="6" w:space="0" w:color="auto"/>
            </w:tcBorders>
            <w:shd w:val="clear" w:color="000000" w:fill="FFFFFF"/>
            <w:vAlign w:val="center"/>
            <w:hideMark/>
          </w:tcPr>
          <w:p w14:paraId="5AB37FEA" w14:textId="6965B491" w:rsidR="00BE5BDA" w:rsidRPr="0053598E" w:rsidRDefault="00BE5BDA" w:rsidP="00BE5BDA">
            <w:pPr>
              <w:spacing w:after="0" w:line="240" w:lineRule="auto"/>
              <w:rPr>
                <w:rFonts w:ascii="Times New Roman" w:eastAsia="Times New Roman" w:hAnsi="Times New Roman" w:cs="Times New Roman"/>
                <w:b/>
                <w:bCs/>
                <w:color w:val="000000" w:themeColor="text1"/>
                <w:sz w:val="20"/>
                <w:szCs w:val="20"/>
                <w:lang w:val="tr-TR" w:eastAsia="tr-TR"/>
              </w:rPr>
            </w:pPr>
            <w:r w:rsidRPr="0053598E">
              <w:rPr>
                <w:rFonts w:ascii="Times New Roman" w:eastAsia="Times New Roman" w:hAnsi="Times New Roman" w:cs="Times New Roman"/>
                <w:b/>
                <w:bCs/>
                <w:color w:val="000000" w:themeColor="text1"/>
                <w:sz w:val="20"/>
                <w:szCs w:val="20"/>
                <w:lang w:val="tr-TR" w:eastAsia="tr-TR"/>
              </w:rPr>
              <w:t> </w:t>
            </w:r>
            <w:r w:rsidR="00E75D12">
              <w:rPr>
                <w:rFonts w:ascii="Times New Roman" w:eastAsia="Times New Roman" w:hAnsi="Times New Roman" w:cs="Times New Roman"/>
                <w:b/>
                <w:bCs/>
                <w:color w:val="000000" w:themeColor="text1"/>
                <w:sz w:val="20"/>
                <w:szCs w:val="20"/>
                <w:lang w:val="tr-TR" w:eastAsia="tr-TR"/>
              </w:rPr>
              <w:t>--</w:t>
            </w:r>
          </w:p>
        </w:tc>
        <w:tc>
          <w:tcPr>
            <w:tcW w:w="943" w:type="pct"/>
            <w:tcBorders>
              <w:top w:val="nil"/>
              <w:left w:val="nil"/>
              <w:bottom w:val="double" w:sz="6" w:space="0" w:color="auto"/>
              <w:right w:val="double" w:sz="6" w:space="0" w:color="auto"/>
            </w:tcBorders>
            <w:shd w:val="clear" w:color="000000" w:fill="FFFFFF"/>
            <w:noWrap/>
            <w:vAlign w:val="center"/>
            <w:hideMark/>
          </w:tcPr>
          <w:p w14:paraId="333F18DD" w14:textId="77777777" w:rsidR="00BE5BDA" w:rsidRPr="0053598E" w:rsidRDefault="00BE5BDA" w:rsidP="00BE5BDA">
            <w:pPr>
              <w:spacing w:after="0" w:line="240" w:lineRule="auto"/>
              <w:rPr>
                <w:rFonts w:ascii="Times New Roman" w:eastAsia="Times New Roman" w:hAnsi="Times New Roman" w:cs="Times New Roman"/>
                <w:b/>
                <w:bCs/>
                <w:color w:val="000000" w:themeColor="text1"/>
                <w:sz w:val="20"/>
                <w:szCs w:val="20"/>
                <w:lang w:val="tr-TR" w:eastAsia="tr-TR"/>
              </w:rPr>
            </w:pPr>
            <w:r w:rsidRPr="0053598E">
              <w:rPr>
                <w:rFonts w:ascii="Times New Roman" w:eastAsia="Times New Roman" w:hAnsi="Times New Roman" w:cs="Times New Roman"/>
                <w:b/>
                <w:bCs/>
                <w:color w:val="000000" w:themeColor="text1"/>
                <w:sz w:val="20"/>
                <w:szCs w:val="20"/>
                <w:lang w:val="tr-TR" w:eastAsia="tr-TR"/>
              </w:rPr>
              <w:t> </w:t>
            </w:r>
          </w:p>
        </w:tc>
        <w:tc>
          <w:tcPr>
            <w:tcW w:w="942" w:type="pct"/>
            <w:tcBorders>
              <w:top w:val="nil"/>
              <w:left w:val="nil"/>
              <w:bottom w:val="double" w:sz="6" w:space="0" w:color="auto"/>
              <w:right w:val="double" w:sz="6" w:space="0" w:color="auto"/>
            </w:tcBorders>
            <w:shd w:val="clear" w:color="000000" w:fill="FFFFFF"/>
            <w:vAlign w:val="center"/>
            <w:hideMark/>
          </w:tcPr>
          <w:p w14:paraId="16A99C7F" w14:textId="77777777" w:rsidR="00BE5BDA" w:rsidRPr="0053598E" w:rsidRDefault="00BE5BDA" w:rsidP="00BE5BDA">
            <w:pPr>
              <w:spacing w:after="0" w:line="240" w:lineRule="auto"/>
              <w:rPr>
                <w:rFonts w:ascii="Times New Roman" w:eastAsia="Times New Roman" w:hAnsi="Times New Roman" w:cs="Times New Roman"/>
                <w:b/>
                <w:bCs/>
                <w:color w:val="000000" w:themeColor="text1"/>
                <w:sz w:val="20"/>
                <w:szCs w:val="20"/>
                <w:lang w:val="tr-TR" w:eastAsia="tr-TR"/>
              </w:rPr>
            </w:pPr>
            <w:r w:rsidRPr="0053598E">
              <w:rPr>
                <w:rFonts w:ascii="Times New Roman" w:eastAsia="Times New Roman" w:hAnsi="Times New Roman" w:cs="Times New Roman"/>
                <w:b/>
                <w:bCs/>
                <w:color w:val="000000" w:themeColor="text1"/>
                <w:sz w:val="20"/>
                <w:szCs w:val="20"/>
                <w:lang w:val="tr-TR" w:eastAsia="tr-TR"/>
              </w:rPr>
              <w:t> </w:t>
            </w:r>
          </w:p>
        </w:tc>
        <w:tc>
          <w:tcPr>
            <w:tcW w:w="815" w:type="pct"/>
            <w:tcBorders>
              <w:top w:val="nil"/>
              <w:left w:val="nil"/>
              <w:bottom w:val="double" w:sz="6" w:space="0" w:color="auto"/>
              <w:right w:val="double" w:sz="6" w:space="0" w:color="auto"/>
            </w:tcBorders>
            <w:shd w:val="clear" w:color="000000" w:fill="FFFFFF"/>
            <w:noWrap/>
            <w:vAlign w:val="center"/>
            <w:hideMark/>
          </w:tcPr>
          <w:p w14:paraId="03E56F2F" w14:textId="77777777" w:rsidR="00BE5BDA" w:rsidRPr="0053598E" w:rsidRDefault="00BE5BDA" w:rsidP="00BE5BDA">
            <w:pPr>
              <w:spacing w:after="0" w:line="240" w:lineRule="auto"/>
              <w:rPr>
                <w:rFonts w:ascii="Times New Roman" w:eastAsia="Times New Roman" w:hAnsi="Times New Roman" w:cs="Times New Roman"/>
                <w:b/>
                <w:bCs/>
                <w:color w:val="000000" w:themeColor="text1"/>
                <w:sz w:val="20"/>
                <w:szCs w:val="20"/>
                <w:lang w:val="tr-TR" w:eastAsia="tr-TR"/>
              </w:rPr>
            </w:pPr>
            <w:r w:rsidRPr="0053598E">
              <w:rPr>
                <w:rFonts w:ascii="Times New Roman" w:eastAsia="Times New Roman" w:hAnsi="Times New Roman" w:cs="Times New Roman"/>
                <w:b/>
                <w:bCs/>
                <w:color w:val="000000" w:themeColor="text1"/>
                <w:sz w:val="20"/>
                <w:szCs w:val="20"/>
                <w:lang w:val="tr-TR" w:eastAsia="tr-TR"/>
              </w:rPr>
              <w:t> </w:t>
            </w:r>
          </w:p>
        </w:tc>
        <w:tc>
          <w:tcPr>
            <w:tcW w:w="664" w:type="pct"/>
            <w:tcBorders>
              <w:top w:val="nil"/>
              <w:left w:val="nil"/>
              <w:bottom w:val="double" w:sz="6" w:space="0" w:color="auto"/>
              <w:right w:val="double" w:sz="6" w:space="0" w:color="auto"/>
            </w:tcBorders>
            <w:shd w:val="clear" w:color="000000" w:fill="FFFFFF"/>
            <w:vAlign w:val="center"/>
            <w:hideMark/>
          </w:tcPr>
          <w:p w14:paraId="13E716A6" w14:textId="77777777" w:rsidR="00BE5BDA" w:rsidRPr="0053598E" w:rsidRDefault="00BE5BDA" w:rsidP="00BE5BDA">
            <w:pPr>
              <w:spacing w:after="0" w:line="240" w:lineRule="auto"/>
              <w:rPr>
                <w:rFonts w:ascii="Times New Roman" w:eastAsia="Times New Roman" w:hAnsi="Times New Roman" w:cs="Times New Roman"/>
                <w:b/>
                <w:bCs/>
                <w:color w:val="000000" w:themeColor="text1"/>
                <w:sz w:val="20"/>
                <w:szCs w:val="20"/>
                <w:lang w:val="tr-TR" w:eastAsia="tr-TR"/>
              </w:rPr>
            </w:pPr>
            <w:r w:rsidRPr="0053598E">
              <w:rPr>
                <w:rFonts w:ascii="Times New Roman" w:eastAsia="Times New Roman" w:hAnsi="Times New Roman" w:cs="Times New Roman"/>
                <w:b/>
                <w:bCs/>
                <w:color w:val="000000" w:themeColor="text1"/>
                <w:sz w:val="20"/>
                <w:szCs w:val="20"/>
                <w:lang w:val="tr-TR" w:eastAsia="tr-TR"/>
              </w:rPr>
              <w:t> </w:t>
            </w:r>
          </w:p>
        </w:tc>
      </w:tr>
    </w:tbl>
    <w:p w14:paraId="321D8E26" w14:textId="77777777" w:rsidR="00E24BA4" w:rsidRDefault="00E24BA4" w:rsidP="00E24BA4">
      <w:pPr>
        <w:jc w:val="both"/>
        <w:rPr>
          <w:rFonts w:ascii="Calibri" w:eastAsia="Times New Roman" w:hAnsi="Calibri" w:cs="Calibri"/>
          <w:u w:val="single"/>
          <w:lang w:eastAsia="tr-TR"/>
        </w:rPr>
      </w:pPr>
    </w:p>
    <w:p w14:paraId="32E30925" w14:textId="77777777" w:rsidR="00621353" w:rsidRPr="00FA5DFA" w:rsidRDefault="00621353" w:rsidP="00621353">
      <w:pPr>
        <w:rPr>
          <w:lang w:eastAsia="tr-TR"/>
        </w:rPr>
      </w:pPr>
      <w:r>
        <w:rPr>
          <w:lang w:eastAsia="tr-TR"/>
        </w:rPr>
        <w:t>Dış Kaynaklı Projeler</w:t>
      </w:r>
    </w:p>
    <w:tbl>
      <w:tblPr>
        <w:tblW w:w="5025" w:type="pct"/>
        <w:tblInd w:w="-23" w:type="dxa"/>
        <w:tblCellMar>
          <w:left w:w="70" w:type="dxa"/>
          <w:right w:w="70" w:type="dxa"/>
        </w:tblCellMar>
        <w:tblLook w:val="04A0" w:firstRow="1" w:lastRow="0" w:firstColumn="1" w:lastColumn="0" w:noHBand="0" w:noVBand="1"/>
      </w:tblPr>
      <w:tblGrid>
        <w:gridCol w:w="1333"/>
        <w:gridCol w:w="1827"/>
        <w:gridCol w:w="1827"/>
        <w:gridCol w:w="1662"/>
        <w:gridCol w:w="1473"/>
        <w:gridCol w:w="949"/>
      </w:tblGrid>
      <w:tr w:rsidR="007F26AE" w:rsidRPr="00F25ABA" w14:paraId="5CD558BE" w14:textId="77777777" w:rsidTr="00621353">
        <w:trPr>
          <w:trHeight w:val="330"/>
        </w:trPr>
        <w:tc>
          <w:tcPr>
            <w:tcW w:w="735" w:type="pct"/>
            <w:vMerge w:val="restart"/>
            <w:tcBorders>
              <w:top w:val="double" w:sz="6" w:space="0" w:color="auto"/>
              <w:left w:val="double" w:sz="6" w:space="0" w:color="auto"/>
              <w:bottom w:val="double" w:sz="6" w:space="0" w:color="auto"/>
              <w:right w:val="double" w:sz="6" w:space="0" w:color="auto"/>
            </w:tcBorders>
            <w:shd w:val="clear" w:color="000000" w:fill="B99C71"/>
            <w:noWrap/>
            <w:vAlign w:val="center"/>
            <w:hideMark/>
          </w:tcPr>
          <w:p w14:paraId="4AE292E7" w14:textId="77777777" w:rsidR="007F26AE" w:rsidRPr="00F25ABA" w:rsidRDefault="007F26AE" w:rsidP="00F25ABA">
            <w:pPr>
              <w:spacing w:after="0" w:line="240" w:lineRule="auto"/>
              <w:jc w:val="center"/>
              <w:rPr>
                <w:rFonts w:ascii="Times New Roman" w:eastAsia="Times New Roman" w:hAnsi="Times New Roman" w:cs="Times New Roman"/>
                <w:b/>
                <w:bCs/>
                <w:color w:val="000000"/>
                <w:sz w:val="18"/>
                <w:szCs w:val="18"/>
                <w:lang w:val="tr-TR" w:eastAsia="tr-TR"/>
              </w:rPr>
            </w:pPr>
            <w:r w:rsidRPr="00F25ABA">
              <w:rPr>
                <w:rFonts w:ascii="Times New Roman" w:eastAsia="Times New Roman" w:hAnsi="Times New Roman" w:cs="Times New Roman"/>
                <w:b/>
                <w:bCs/>
                <w:color w:val="000000"/>
                <w:sz w:val="18"/>
                <w:szCs w:val="18"/>
                <w:lang w:val="tr-TR" w:eastAsia="tr-TR"/>
              </w:rPr>
              <w:t>Projenin Adı</w:t>
            </w:r>
          </w:p>
        </w:tc>
        <w:tc>
          <w:tcPr>
            <w:tcW w:w="1007" w:type="pct"/>
            <w:vMerge w:val="restart"/>
            <w:tcBorders>
              <w:top w:val="double" w:sz="6" w:space="0" w:color="auto"/>
              <w:left w:val="double" w:sz="6" w:space="0" w:color="auto"/>
              <w:bottom w:val="double" w:sz="6" w:space="0" w:color="auto"/>
              <w:right w:val="double" w:sz="6" w:space="0" w:color="auto"/>
            </w:tcBorders>
            <w:shd w:val="clear" w:color="000000" w:fill="B99C71"/>
            <w:noWrap/>
            <w:vAlign w:val="center"/>
            <w:hideMark/>
          </w:tcPr>
          <w:p w14:paraId="712A862D" w14:textId="77777777" w:rsidR="007F26AE" w:rsidRPr="00F25ABA" w:rsidRDefault="007F26AE" w:rsidP="00F25ABA">
            <w:pPr>
              <w:spacing w:after="0" w:line="240" w:lineRule="auto"/>
              <w:jc w:val="center"/>
              <w:rPr>
                <w:rFonts w:ascii="Times New Roman" w:eastAsia="Times New Roman" w:hAnsi="Times New Roman" w:cs="Times New Roman"/>
                <w:b/>
                <w:bCs/>
                <w:color w:val="000000"/>
                <w:sz w:val="18"/>
                <w:szCs w:val="18"/>
                <w:lang w:val="tr-TR" w:eastAsia="tr-TR"/>
              </w:rPr>
            </w:pPr>
            <w:r w:rsidRPr="00F25ABA">
              <w:rPr>
                <w:rFonts w:ascii="Times New Roman" w:eastAsia="Times New Roman" w:hAnsi="Times New Roman" w:cs="Times New Roman"/>
                <w:b/>
                <w:bCs/>
                <w:color w:val="000000"/>
                <w:sz w:val="18"/>
                <w:szCs w:val="18"/>
                <w:lang w:val="tr-TR" w:eastAsia="tr-TR"/>
              </w:rPr>
              <w:t>Yürütücüsü</w:t>
            </w:r>
          </w:p>
        </w:tc>
        <w:tc>
          <w:tcPr>
            <w:tcW w:w="1007" w:type="pct"/>
            <w:vMerge w:val="restart"/>
            <w:tcBorders>
              <w:top w:val="double" w:sz="6" w:space="0" w:color="auto"/>
              <w:left w:val="double" w:sz="6" w:space="0" w:color="auto"/>
              <w:bottom w:val="double" w:sz="6" w:space="0" w:color="auto"/>
              <w:right w:val="double" w:sz="6" w:space="0" w:color="auto"/>
            </w:tcBorders>
            <w:shd w:val="clear" w:color="000000" w:fill="B99C71"/>
            <w:vAlign w:val="center"/>
            <w:hideMark/>
          </w:tcPr>
          <w:p w14:paraId="076A5986" w14:textId="77777777" w:rsidR="007F26AE" w:rsidRPr="00F25ABA" w:rsidRDefault="007F26AE" w:rsidP="00F25ABA">
            <w:pPr>
              <w:spacing w:after="0" w:line="240" w:lineRule="auto"/>
              <w:jc w:val="center"/>
              <w:rPr>
                <w:rFonts w:ascii="Times New Roman" w:eastAsia="Times New Roman" w:hAnsi="Times New Roman" w:cs="Times New Roman"/>
                <w:b/>
                <w:bCs/>
                <w:color w:val="000000"/>
                <w:sz w:val="18"/>
                <w:szCs w:val="18"/>
                <w:lang w:val="tr-TR" w:eastAsia="tr-TR"/>
              </w:rPr>
            </w:pPr>
            <w:r w:rsidRPr="00F25ABA">
              <w:rPr>
                <w:rFonts w:ascii="Times New Roman" w:eastAsia="Times New Roman" w:hAnsi="Times New Roman" w:cs="Times New Roman"/>
                <w:b/>
                <w:bCs/>
                <w:color w:val="000000"/>
                <w:sz w:val="18"/>
                <w:szCs w:val="18"/>
                <w:lang w:val="tr-TR" w:eastAsia="tr-TR"/>
              </w:rPr>
              <w:t>Destekleyen Kurum/Kuruluş</w:t>
            </w:r>
          </w:p>
        </w:tc>
        <w:tc>
          <w:tcPr>
            <w:tcW w:w="916" w:type="pct"/>
            <w:vMerge w:val="restart"/>
            <w:tcBorders>
              <w:top w:val="double" w:sz="6" w:space="0" w:color="auto"/>
              <w:left w:val="double" w:sz="6" w:space="0" w:color="auto"/>
              <w:bottom w:val="double" w:sz="6" w:space="0" w:color="auto"/>
              <w:right w:val="double" w:sz="6" w:space="0" w:color="auto"/>
            </w:tcBorders>
            <w:shd w:val="clear" w:color="000000" w:fill="B99C71"/>
            <w:vAlign w:val="center"/>
            <w:hideMark/>
          </w:tcPr>
          <w:p w14:paraId="15F90FD2" w14:textId="77777777" w:rsidR="007F26AE" w:rsidRPr="00F25ABA" w:rsidRDefault="007F26AE" w:rsidP="00F25ABA">
            <w:pPr>
              <w:spacing w:after="0" w:line="240" w:lineRule="auto"/>
              <w:jc w:val="center"/>
              <w:rPr>
                <w:rFonts w:ascii="Times New Roman" w:eastAsia="Times New Roman" w:hAnsi="Times New Roman" w:cs="Times New Roman"/>
                <w:b/>
                <w:bCs/>
                <w:color w:val="000000"/>
                <w:sz w:val="18"/>
                <w:szCs w:val="18"/>
                <w:lang w:val="tr-TR" w:eastAsia="tr-TR"/>
              </w:rPr>
            </w:pPr>
            <w:r w:rsidRPr="00F25ABA">
              <w:rPr>
                <w:rFonts w:ascii="Times New Roman" w:eastAsia="Times New Roman" w:hAnsi="Times New Roman" w:cs="Times New Roman"/>
                <w:b/>
                <w:bCs/>
                <w:color w:val="000000"/>
                <w:sz w:val="18"/>
                <w:szCs w:val="18"/>
                <w:lang w:val="tr-TR" w:eastAsia="tr-TR"/>
              </w:rPr>
              <w:t>Projenin Durumu</w:t>
            </w:r>
          </w:p>
        </w:tc>
        <w:tc>
          <w:tcPr>
            <w:tcW w:w="1335" w:type="pct"/>
            <w:gridSpan w:val="2"/>
            <w:tcBorders>
              <w:top w:val="double" w:sz="6" w:space="0" w:color="auto"/>
              <w:left w:val="nil"/>
              <w:bottom w:val="double" w:sz="6" w:space="0" w:color="auto"/>
              <w:right w:val="double" w:sz="6" w:space="0" w:color="auto"/>
            </w:tcBorders>
            <w:shd w:val="clear" w:color="000000" w:fill="262F59"/>
            <w:vAlign w:val="center"/>
            <w:hideMark/>
          </w:tcPr>
          <w:p w14:paraId="0EE0B03A" w14:textId="77777777" w:rsidR="007F26AE" w:rsidRPr="00F25ABA" w:rsidRDefault="007F26AE" w:rsidP="00F25ABA">
            <w:pPr>
              <w:spacing w:after="0" w:line="240" w:lineRule="auto"/>
              <w:jc w:val="center"/>
              <w:rPr>
                <w:rFonts w:ascii="Times New Roman" w:eastAsia="Times New Roman" w:hAnsi="Times New Roman" w:cs="Times New Roman"/>
                <w:b/>
                <w:bCs/>
                <w:color w:val="FFFFFF"/>
                <w:sz w:val="18"/>
                <w:szCs w:val="18"/>
                <w:lang w:val="tr-TR" w:eastAsia="tr-TR"/>
              </w:rPr>
            </w:pPr>
            <w:r w:rsidRPr="00F25ABA">
              <w:rPr>
                <w:rFonts w:ascii="Times New Roman" w:eastAsia="Times New Roman" w:hAnsi="Times New Roman" w:cs="Times New Roman"/>
                <w:b/>
                <w:bCs/>
                <w:color w:val="FFFFFF"/>
                <w:sz w:val="18"/>
                <w:szCs w:val="18"/>
                <w:lang w:val="tr-TR" w:eastAsia="tr-TR"/>
              </w:rPr>
              <w:t>Proje Süresi</w:t>
            </w:r>
          </w:p>
        </w:tc>
      </w:tr>
      <w:tr w:rsidR="007F26AE" w:rsidRPr="00F25ABA" w14:paraId="7095FBF3" w14:textId="77777777" w:rsidTr="00621353">
        <w:trPr>
          <w:trHeight w:val="330"/>
        </w:trPr>
        <w:tc>
          <w:tcPr>
            <w:tcW w:w="735" w:type="pct"/>
            <w:vMerge/>
            <w:tcBorders>
              <w:top w:val="double" w:sz="6" w:space="0" w:color="auto"/>
              <w:left w:val="double" w:sz="6" w:space="0" w:color="auto"/>
              <w:bottom w:val="double" w:sz="6" w:space="0" w:color="auto"/>
              <w:right w:val="double" w:sz="6" w:space="0" w:color="auto"/>
            </w:tcBorders>
            <w:vAlign w:val="center"/>
            <w:hideMark/>
          </w:tcPr>
          <w:p w14:paraId="7FBA4949" w14:textId="77777777" w:rsidR="007F26AE" w:rsidRPr="00F25ABA" w:rsidRDefault="007F26AE" w:rsidP="00F25ABA">
            <w:pPr>
              <w:spacing w:after="0" w:line="240" w:lineRule="auto"/>
              <w:rPr>
                <w:rFonts w:ascii="Times New Roman" w:eastAsia="Times New Roman" w:hAnsi="Times New Roman" w:cs="Times New Roman"/>
                <w:b/>
                <w:bCs/>
                <w:color w:val="000000"/>
                <w:sz w:val="18"/>
                <w:szCs w:val="18"/>
                <w:lang w:val="tr-TR" w:eastAsia="tr-TR"/>
              </w:rPr>
            </w:pPr>
          </w:p>
        </w:tc>
        <w:tc>
          <w:tcPr>
            <w:tcW w:w="1007" w:type="pct"/>
            <w:vMerge/>
            <w:tcBorders>
              <w:top w:val="double" w:sz="6" w:space="0" w:color="auto"/>
              <w:left w:val="double" w:sz="6" w:space="0" w:color="auto"/>
              <w:bottom w:val="double" w:sz="6" w:space="0" w:color="auto"/>
              <w:right w:val="double" w:sz="6" w:space="0" w:color="auto"/>
            </w:tcBorders>
            <w:vAlign w:val="center"/>
            <w:hideMark/>
          </w:tcPr>
          <w:p w14:paraId="289A74AD" w14:textId="77777777" w:rsidR="007F26AE" w:rsidRPr="00F25ABA" w:rsidRDefault="007F26AE" w:rsidP="00F25ABA">
            <w:pPr>
              <w:spacing w:after="0" w:line="240" w:lineRule="auto"/>
              <w:rPr>
                <w:rFonts w:ascii="Times New Roman" w:eastAsia="Times New Roman" w:hAnsi="Times New Roman" w:cs="Times New Roman"/>
                <w:b/>
                <w:bCs/>
                <w:color w:val="000000"/>
                <w:sz w:val="18"/>
                <w:szCs w:val="18"/>
                <w:lang w:val="tr-TR" w:eastAsia="tr-TR"/>
              </w:rPr>
            </w:pPr>
          </w:p>
        </w:tc>
        <w:tc>
          <w:tcPr>
            <w:tcW w:w="1007" w:type="pct"/>
            <w:vMerge/>
            <w:tcBorders>
              <w:top w:val="double" w:sz="6" w:space="0" w:color="auto"/>
              <w:left w:val="double" w:sz="6" w:space="0" w:color="auto"/>
              <w:bottom w:val="double" w:sz="6" w:space="0" w:color="auto"/>
              <w:right w:val="double" w:sz="6" w:space="0" w:color="auto"/>
            </w:tcBorders>
            <w:vAlign w:val="center"/>
            <w:hideMark/>
          </w:tcPr>
          <w:p w14:paraId="487ACDC4" w14:textId="77777777" w:rsidR="007F26AE" w:rsidRPr="00F25ABA" w:rsidRDefault="007F26AE" w:rsidP="00F25ABA">
            <w:pPr>
              <w:spacing w:after="0" w:line="240" w:lineRule="auto"/>
              <w:rPr>
                <w:rFonts w:ascii="Times New Roman" w:eastAsia="Times New Roman" w:hAnsi="Times New Roman" w:cs="Times New Roman"/>
                <w:b/>
                <w:bCs/>
                <w:color w:val="000000"/>
                <w:sz w:val="18"/>
                <w:szCs w:val="18"/>
                <w:lang w:val="tr-TR" w:eastAsia="tr-TR"/>
              </w:rPr>
            </w:pPr>
          </w:p>
        </w:tc>
        <w:tc>
          <w:tcPr>
            <w:tcW w:w="916" w:type="pct"/>
            <w:vMerge/>
            <w:tcBorders>
              <w:top w:val="double" w:sz="6" w:space="0" w:color="auto"/>
              <w:left w:val="double" w:sz="6" w:space="0" w:color="auto"/>
              <w:bottom w:val="double" w:sz="6" w:space="0" w:color="auto"/>
              <w:right w:val="double" w:sz="6" w:space="0" w:color="auto"/>
            </w:tcBorders>
            <w:vAlign w:val="center"/>
            <w:hideMark/>
          </w:tcPr>
          <w:p w14:paraId="2A34A588" w14:textId="77777777" w:rsidR="007F26AE" w:rsidRPr="00F25ABA" w:rsidRDefault="007F26AE" w:rsidP="00F25ABA">
            <w:pPr>
              <w:spacing w:after="0" w:line="240" w:lineRule="auto"/>
              <w:rPr>
                <w:rFonts w:ascii="Times New Roman" w:eastAsia="Times New Roman" w:hAnsi="Times New Roman" w:cs="Times New Roman"/>
                <w:b/>
                <w:bCs/>
                <w:color w:val="000000"/>
                <w:sz w:val="18"/>
                <w:szCs w:val="18"/>
                <w:lang w:val="tr-TR" w:eastAsia="tr-TR"/>
              </w:rPr>
            </w:pPr>
          </w:p>
        </w:tc>
        <w:tc>
          <w:tcPr>
            <w:tcW w:w="812" w:type="pct"/>
            <w:tcBorders>
              <w:top w:val="nil"/>
              <w:left w:val="nil"/>
              <w:bottom w:val="double" w:sz="6" w:space="0" w:color="auto"/>
              <w:right w:val="double" w:sz="6" w:space="0" w:color="auto"/>
            </w:tcBorders>
            <w:shd w:val="clear" w:color="000000" w:fill="B99C71"/>
            <w:vAlign w:val="center"/>
            <w:hideMark/>
          </w:tcPr>
          <w:p w14:paraId="40BF1744" w14:textId="77777777" w:rsidR="007F26AE" w:rsidRPr="00F25ABA" w:rsidRDefault="007F26AE" w:rsidP="00F25ABA">
            <w:pPr>
              <w:spacing w:after="0" w:line="240" w:lineRule="auto"/>
              <w:jc w:val="center"/>
              <w:rPr>
                <w:rFonts w:ascii="Times New Roman" w:eastAsia="Times New Roman" w:hAnsi="Times New Roman" w:cs="Times New Roman"/>
                <w:b/>
                <w:bCs/>
                <w:color w:val="000000"/>
                <w:sz w:val="18"/>
                <w:szCs w:val="18"/>
                <w:lang w:val="tr-TR" w:eastAsia="tr-TR"/>
              </w:rPr>
            </w:pPr>
            <w:r w:rsidRPr="00F25ABA">
              <w:rPr>
                <w:rFonts w:ascii="Times New Roman" w:eastAsia="Times New Roman" w:hAnsi="Times New Roman" w:cs="Times New Roman"/>
                <w:b/>
                <w:bCs/>
                <w:color w:val="000000"/>
                <w:sz w:val="18"/>
                <w:szCs w:val="18"/>
                <w:lang w:val="tr-TR" w:eastAsia="tr-TR"/>
              </w:rPr>
              <w:t>Başlangıç Tarihi</w:t>
            </w:r>
          </w:p>
        </w:tc>
        <w:tc>
          <w:tcPr>
            <w:tcW w:w="523" w:type="pct"/>
            <w:tcBorders>
              <w:top w:val="nil"/>
              <w:left w:val="nil"/>
              <w:bottom w:val="double" w:sz="6" w:space="0" w:color="auto"/>
              <w:right w:val="double" w:sz="6" w:space="0" w:color="auto"/>
            </w:tcBorders>
            <w:shd w:val="clear" w:color="000000" w:fill="B99C71"/>
            <w:vAlign w:val="center"/>
            <w:hideMark/>
          </w:tcPr>
          <w:p w14:paraId="7DEC62C4" w14:textId="77777777" w:rsidR="007F26AE" w:rsidRPr="00F25ABA" w:rsidRDefault="007F26AE" w:rsidP="00F25ABA">
            <w:pPr>
              <w:spacing w:after="0" w:line="240" w:lineRule="auto"/>
              <w:jc w:val="center"/>
              <w:rPr>
                <w:rFonts w:ascii="Times New Roman" w:eastAsia="Times New Roman" w:hAnsi="Times New Roman" w:cs="Times New Roman"/>
                <w:b/>
                <w:bCs/>
                <w:color w:val="000000"/>
                <w:sz w:val="18"/>
                <w:szCs w:val="18"/>
                <w:lang w:val="tr-TR" w:eastAsia="tr-TR"/>
              </w:rPr>
            </w:pPr>
            <w:r w:rsidRPr="00F25ABA">
              <w:rPr>
                <w:rFonts w:ascii="Times New Roman" w:eastAsia="Times New Roman" w:hAnsi="Times New Roman" w:cs="Times New Roman"/>
                <w:b/>
                <w:bCs/>
                <w:color w:val="000000"/>
                <w:sz w:val="18"/>
                <w:szCs w:val="18"/>
                <w:lang w:val="tr-TR" w:eastAsia="tr-TR"/>
              </w:rPr>
              <w:t>Bitiş tarihi</w:t>
            </w:r>
          </w:p>
        </w:tc>
      </w:tr>
      <w:tr w:rsidR="007F26AE" w:rsidRPr="00F25ABA" w14:paraId="79372DAD" w14:textId="77777777" w:rsidTr="00621353">
        <w:trPr>
          <w:trHeight w:val="330"/>
        </w:trPr>
        <w:tc>
          <w:tcPr>
            <w:tcW w:w="735" w:type="pct"/>
            <w:tcBorders>
              <w:top w:val="nil"/>
              <w:left w:val="double" w:sz="6" w:space="0" w:color="auto"/>
              <w:bottom w:val="double" w:sz="6" w:space="0" w:color="auto"/>
              <w:right w:val="double" w:sz="6" w:space="0" w:color="auto"/>
            </w:tcBorders>
            <w:shd w:val="clear" w:color="000000" w:fill="FFFFFF"/>
            <w:vAlign w:val="center"/>
            <w:hideMark/>
          </w:tcPr>
          <w:p w14:paraId="44EF9822" w14:textId="5D89174C" w:rsidR="007F26AE" w:rsidRPr="00F25ABA" w:rsidRDefault="007F26AE" w:rsidP="00F25ABA">
            <w:pPr>
              <w:spacing w:after="0" w:line="240" w:lineRule="auto"/>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r w:rsidR="00E75D12">
              <w:rPr>
                <w:rFonts w:ascii="Times New Roman" w:eastAsia="Times New Roman" w:hAnsi="Times New Roman" w:cs="Times New Roman"/>
                <w:color w:val="000000"/>
                <w:sz w:val="18"/>
                <w:szCs w:val="18"/>
                <w:lang w:val="tr-TR" w:eastAsia="tr-TR"/>
              </w:rPr>
              <w:t>---</w:t>
            </w:r>
          </w:p>
        </w:tc>
        <w:tc>
          <w:tcPr>
            <w:tcW w:w="1007" w:type="pct"/>
            <w:tcBorders>
              <w:top w:val="nil"/>
              <w:left w:val="nil"/>
              <w:bottom w:val="double" w:sz="6" w:space="0" w:color="auto"/>
              <w:right w:val="double" w:sz="6" w:space="0" w:color="auto"/>
            </w:tcBorders>
            <w:shd w:val="clear" w:color="000000" w:fill="FFFFFF"/>
            <w:noWrap/>
            <w:vAlign w:val="center"/>
            <w:hideMark/>
          </w:tcPr>
          <w:p w14:paraId="36AC17C2" w14:textId="77777777"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1007" w:type="pct"/>
            <w:tcBorders>
              <w:top w:val="nil"/>
              <w:left w:val="nil"/>
              <w:bottom w:val="double" w:sz="6" w:space="0" w:color="auto"/>
              <w:right w:val="double" w:sz="6" w:space="0" w:color="auto"/>
            </w:tcBorders>
            <w:shd w:val="clear" w:color="000000" w:fill="FFFFFF"/>
            <w:vAlign w:val="center"/>
            <w:hideMark/>
          </w:tcPr>
          <w:p w14:paraId="03184B4A" w14:textId="77777777"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916" w:type="pct"/>
            <w:tcBorders>
              <w:top w:val="nil"/>
              <w:left w:val="nil"/>
              <w:bottom w:val="double" w:sz="6" w:space="0" w:color="auto"/>
              <w:right w:val="double" w:sz="6" w:space="0" w:color="auto"/>
            </w:tcBorders>
            <w:shd w:val="clear" w:color="000000" w:fill="FFFFFF"/>
            <w:vAlign w:val="center"/>
            <w:hideMark/>
          </w:tcPr>
          <w:p w14:paraId="560D193E" w14:textId="77777777"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812" w:type="pct"/>
            <w:tcBorders>
              <w:top w:val="nil"/>
              <w:left w:val="nil"/>
              <w:bottom w:val="double" w:sz="6" w:space="0" w:color="auto"/>
              <w:right w:val="double" w:sz="6" w:space="0" w:color="auto"/>
            </w:tcBorders>
            <w:shd w:val="clear" w:color="000000" w:fill="FFFFFF"/>
            <w:vAlign w:val="center"/>
            <w:hideMark/>
          </w:tcPr>
          <w:p w14:paraId="4F8E44AE" w14:textId="77777777" w:rsidR="007F26AE" w:rsidRPr="00F25ABA" w:rsidRDefault="007F26AE" w:rsidP="00F25ABA">
            <w:pPr>
              <w:spacing w:after="0" w:line="240" w:lineRule="auto"/>
              <w:rPr>
                <w:rFonts w:ascii="Times New Roman" w:eastAsia="Times New Roman" w:hAnsi="Times New Roman" w:cs="Times New Roman"/>
                <w:color w:val="000000"/>
                <w:sz w:val="16"/>
                <w:szCs w:val="16"/>
                <w:lang w:val="tr-TR" w:eastAsia="tr-TR"/>
              </w:rPr>
            </w:pPr>
            <w:r w:rsidRPr="00F25ABA">
              <w:rPr>
                <w:rFonts w:ascii="Times New Roman" w:eastAsia="Times New Roman" w:hAnsi="Times New Roman" w:cs="Times New Roman"/>
                <w:color w:val="000000"/>
                <w:sz w:val="16"/>
                <w:szCs w:val="16"/>
                <w:lang w:val="tr-TR" w:eastAsia="tr-TR"/>
              </w:rPr>
              <w:t> </w:t>
            </w:r>
          </w:p>
        </w:tc>
        <w:tc>
          <w:tcPr>
            <w:tcW w:w="523" w:type="pct"/>
            <w:tcBorders>
              <w:top w:val="nil"/>
              <w:left w:val="nil"/>
              <w:bottom w:val="double" w:sz="6" w:space="0" w:color="auto"/>
              <w:right w:val="double" w:sz="6" w:space="0" w:color="auto"/>
            </w:tcBorders>
            <w:shd w:val="clear" w:color="000000" w:fill="FFFFFF"/>
            <w:vAlign w:val="center"/>
            <w:hideMark/>
          </w:tcPr>
          <w:p w14:paraId="1FED99EF" w14:textId="77777777" w:rsidR="007F26AE" w:rsidRPr="00F25ABA" w:rsidRDefault="007F26AE" w:rsidP="00F25ABA">
            <w:pPr>
              <w:spacing w:after="0" w:line="240" w:lineRule="auto"/>
              <w:rPr>
                <w:rFonts w:ascii="Times New Roman" w:eastAsia="Times New Roman" w:hAnsi="Times New Roman" w:cs="Times New Roman"/>
                <w:color w:val="000000"/>
                <w:sz w:val="16"/>
                <w:szCs w:val="16"/>
                <w:lang w:val="tr-TR" w:eastAsia="tr-TR"/>
              </w:rPr>
            </w:pPr>
            <w:r w:rsidRPr="00F25ABA">
              <w:rPr>
                <w:rFonts w:ascii="Times New Roman" w:eastAsia="Times New Roman" w:hAnsi="Times New Roman" w:cs="Times New Roman"/>
                <w:color w:val="000000"/>
                <w:sz w:val="16"/>
                <w:szCs w:val="16"/>
                <w:lang w:val="tr-TR" w:eastAsia="tr-TR"/>
              </w:rPr>
              <w:t> </w:t>
            </w:r>
          </w:p>
        </w:tc>
      </w:tr>
      <w:tr w:rsidR="007F26AE" w:rsidRPr="00F25ABA" w14:paraId="1938449F" w14:textId="77777777" w:rsidTr="00621353">
        <w:trPr>
          <w:trHeight w:val="330"/>
        </w:trPr>
        <w:tc>
          <w:tcPr>
            <w:tcW w:w="735" w:type="pct"/>
            <w:tcBorders>
              <w:top w:val="nil"/>
              <w:left w:val="double" w:sz="6" w:space="0" w:color="auto"/>
              <w:bottom w:val="double" w:sz="6" w:space="0" w:color="auto"/>
              <w:right w:val="double" w:sz="6" w:space="0" w:color="auto"/>
            </w:tcBorders>
            <w:shd w:val="clear" w:color="000000" w:fill="FFFFFF"/>
            <w:vAlign w:val="center"/>
            <w:hideMark/>
          </w:tcPr>
          <w:p w14:paraId="54E04D78" w14:textId="57B8F219" w:rsidR="007F26AE" w:rsidRPr="00F25ABA" w:rsidRDefault="007F26AE" w:rsidP="00F25ABA">
            <w:pPr>
              <w:spacing w:after="0" w:line="240" w:lineRule="auto"/>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r w:rsidR="00E75D12">
              <w:rPr>
                <w:rFonts w:ascii="Times New Roman" w:eastAsia="Times New Roman" w:hAnsi="Times New Roman" w:cs="Times New Roman"/>
                <w:color w:val="000000"/>
                <w:sz w:val="18"/>
                <w:szCs w:val="18"/>
                <w:lang w:val="tr-TR" w:eastAsia="tr-TR"/>
              </w:rPr>
              <w:t>---</w:t>
            </w:r>
          </w:p>
        </w:tc>
        <w:tc>
          <w:tcPr>
            <w:tcW w:w="1007" w:type="pct"/>
            <w:tcBorders>
              <w:top w:val="nil"/>
              <w:left w:val="nil"/>
              <w:bottom w:val="double" w:sz="6" w:space="0" w:color="auto"/>
              <w:right w:val="double" w:sz="6" w:space="0" w:color="auto"/>
            </w:tcBorders>
            <w:shd w:val="clear" w:color="000000" w:fill="FFFFFF"/>
            <w:noWrap/>
            <w:vAlign w:val="center"/>
            <w:hideMark/>
          </w:tcPr>
          <w:p w14:paraId="3C08C5BE" w14:textId="77777777"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1007" w:type="pct"/>
            <w:tcBorders>
              <w:top w:val="nil"/>
              <w:left w:val="nil"/>
              <w:bottom w:val="double" w:sz="6" w:space="0" w:color="auto"/>
              <w:right w:val="double" w:sz="6" w:space="0" w:color="auto"/>
            </w:tcBorders>
            <w:shd w:val="clear" w:color="000000" w:fill="FFFFFF"/>
            <w:vAlign w:val="center"/>
            <w:hideMark/>
          </w:tcPr>
          <w:p w14:paraId="3796D900" w14:textId="77777777"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916" w:type="pct"/>
            <w:tcBorders>
              <w:top w:val="nil"/>
              <w:left w:val="nil"/>
              <w:bottom w:val="double" w:sz="6" w:space="0" w:color="auto"/>
              <w:right w:val="double" w:sz="6" w:space="0" w:color="auto"/>
            </w:tcBorders>
            <w:shd w:val="clear" w:color="000000" w:fill="FFFFFF"/>
            <w:vAlign w:val="center"/>
            <w:hideMark/>
          </w:tcPr>
          <w:p w14:paraId="310F99B6" w14:textId="77777777"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812" w:type="pct"/>
            <w:tcBorders>
              <w:top w:val="nil"/>
              <w:left w:val="nil"/>
              <w:bottom w:val="double" w:sz="6" w:space="0" w:color="auto"/>
              <w:right w:val="double" w:sz="6" w:space="0" w:color="auto"/>
            </w:tcBorders>
            <w:shd w:val="clear" w:color="000000" w:fill="FFFFFF"/>
            <w:vAlign w:val="center"/>
            <w:hideMark/>
          </w:tcPr>
          <w:p w14:paraId="3E88A43F" w14:textId="77777777" w:rsidR="007F26AE" w:rsidRPr="00F25ABA" w:rsidRDefault="007F26AE" w:rsidP="00F25ABA">
            <w:pPr>
              <w:spacing w:after="0" w:line="240" w:lineRule="auto"/>
              <w:rPr>
                <w:rFonts w:ascii="Times New Roman" w:eastAsia="Times New Roman" w:hAnsi="Times New Roman" w:cs="Times New Roman"/>
                <w:color w:val="000000"/>
                <w:sz w:val="16"/>
                <w:szCs w:val="16"/>
                <w:lang w:val="tr-TR" w:eastAsia="tr-TR"/>
              </w:rPr>
            </w:pPr>
            <w:r w:rsidRPr="00F25ABA">
              <w:rPr>
                <w:rFonts w:ascii="Times New Roman" w:eastAsia="Times New Roman" w:hAnsi="Times New Roman" w:cs="Times New Roman"/>
                <w:color w:val="000000"/>
                <w:sz w:val="16"/>
                <w:szCs w:val="16"/>
                <w:lang w:val="tr-TR" w:eastAsia="tr-TR"/>
              </w:rPr>
              <w:t> </w:t>
            </w:r>
          </w:p>
        </w:tc>
        <w:tc>
          <w:tcPr>
            <w:tcW w:w="523" w:type="pct"/>
            <w:tcBorders>
              <w:top w:val="nil"/>
              <w:left w:val="nil"/>
              <w:bottom w:val="double" w:sz="6" w:space="0" w:color="auto"/>
              <w:right w:val="double" w:sz="6" w:space="0" w:color="auto"/>
            </w:tcBorders>
            <w:shd w:val="clear" w:color="000000" w:fill="FFFFFF"/>
            <w:vAlign w:val="center"/>
            <w:hideMark/>
          </w:tcPr>
          <w:p w14:paraId="1B11E985" w14:textId="77777777" w:rsidR="007F26AE" w:rsidRPr="00F25ABA" w:rsidRDefault="007F26AE" w:rsidP="00F25ABA">
            <w:pPr>
              <w:spacing w:after="0" w:line="240" w:lineRule="auto"/>
              <w:rPr>
                <w:rFonts w:ascii="Times New Roman" w:eastAsia="Times New Roman" w:hAnsi="Times New Roman" w:cs="Times New Roman"/>
                <w:color w:val="000000"/>
                <w:sz w:val="16"/>
                <w:szCs w:val="16"/>
                <w:lang w:val="tr-TR" w:eastAsia="tr-TR"/>
              </w:rPr>
            </w:pPr>
            <w:r w:rsidRPr="00F25ABA">
              <w:rPr>
                <w:rFonts w:ascii="Times New Roman" w:eastAsia="Times New Roman" w:hAnsi="Times New Roman" w:cs="Times New Roman"/>
                <w:color w:val="000000"/>
                <w:sz w:val="16"/>
                <w:szCs w:val="16"/>
                <w:lang w:val="tr-TR" w:eastAsia="tr-TR"/>
              </w:rPr>
              <w:t> </w:t>
            </w:r>
          </w:p>
        </w:tc>
      </w:tr>
      <w:tr w:rsidR="007F26AE" w:rsidRPr="00F25ABA" w14:paraId="346C5A91" w14:textId="77777777" w:rsidTr="00621353">
        <w:trPr>
          <w:trHeight w:val="330"/>
        </w:trPr>
        <w:tc>
          <w:tcPr>
            <w:tcW w:w="735" w:type="pct"/>
            <w:tcBorders>
              <w:top w:val="nil"/>
              <w:left w:val="double" w:sz="6" w:space="0" w:color="auto"/>
              <w:bottom w:val="double" w:sz="6" w:space="0" w:color="auto"/>
              <w:right w:val="double" w:sz="6" w:space="0" w:color="auto"/>
            </w:tcBorders>
            <w:shd w:val="clear" w:color="000000" w:fill="FFFFFF"/>
            <w:vAlign w:val="center"/>
            <w:hideMark/>
          </w:tcPr>
          <w:p w14:paraId="1EAD4F2C" w14:textId="77777777" w:rsidR="007F26AE" w:rsidRPr="00F25ABA" w:rsidRDefault="007F26AE" w:rsidP="00F25ABA">
            <w:pPr>
              <w:spacing w:after="0" w:line="240" w:lineRule="auto"/>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1007" w:type="pct"/>
            <w:tcBorders>
              <w:top w:val="nil"/>
              <w:left w:val="nil"/>
              <w:bottom w:val="double" w:sz="6" w:space="0" w:color="auto"/>
              <w:right w:val="double" w:sz="6" w:space="0" w:color="auto"/>
            </w:tcBorders>
            <w:shd w:val="clear" w:color="000000" w:fill="FFFFFF"/>
            <w:noWrap/>
            <w:vAlign w:val="center"/>
            <w:hideMark/>
          </w:tcPr>
          <w:p w14:paraId="79C3026E" w14:textId="77777777"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1007" w:type="pct"/>
            <w:tcBorders>
              <w:top w:val="nil"/>
              <w:left w:val="nil"/>
              <w:bottom w:val="double" w:sz="6" w:space="0" w:color="auto"/>
              <w:right w:val="double" w:sz="6" w:space="0" w:color="auto"/>
            </w:tcBorders>
            <w:shd w:val="clear" w:color="000000" w:fill="FFFFFF"/>
            <w:vAlign w:val="center"/>
            <w:hideMark/>
          </w:tcPr>
          <w:p w14:paraId="49411FAF" w14:textId="77777777"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916" w:type="pct"/>
            <w:tcBorders>
              <w:top w:val="nil"/>
              <w:left w:val="nil"/>
              <w:bottom w:val="double" w:sz="6" w:space="0" w:color="auto"/>
              <w:right w:val="double" w:sz="6" w:space="0" w:color="auto"/>
            </w:tcBorders>
            <w:shd w:val="clear" w:color="000000" w:fill="FFFFFF"/>
            <w:vAlign w:val="center"/>
            <w:hideMark/>
          </w:tcPr>
          <w:p w14:paraId="626961CD" w14:textId="77777777" w:rsidR="007F26AE" w:rsidRPr="00F25ABA" w:rsidRDefault="007F26AE" w:rsidP="00F25ABA">
            <w:pPr>
              <w:spacing w:after="0" w:line="240" w:lineRule="auto"/>
              <w:jc w:val="center"/>
              <w:rPr>
                <w:rFonts w:ascii="Times New Roman" w:eastAsia="Times New Roman" w:hAnsi="Times New Roman" w:cs="Times New Roman"/>
                <w:color w:val="000000"/>
                <w:sz w:val="18"/>
                <w:szCs w:val="18"/>
                <w:lang w:val="tr-TR" w:eastAsia="tr-TR"/>
              </w:rPr>
            </w:pPr>
            <w:r w:rsidRPr="00F25ABA">
              <w:rPr>
                <w:rFonts w:ascii="Times New Roman" w:eastAsia="Times New Roman" w:hAnsi="Times New Roman" w:cs="Times New Roman"/>
                <w:color w:val="000000"/>
                <w:sz w:val="18"/>
                <w:szCs w:val="18"/>
                <w:lang w:val="tr-TR" w:eastAsia="tr-TR"/>
              </w:rPr>
              <w:t> </w:t>
            </w:r>
          </w:p>
        </w:tc>
        <w:tc>
          <w:tcPr>
            <w:tcW w:w="812" w:type="pct"/>
            <w:tcBorders>
              <w:top w:val="nil"/>
              <w:left w:val="nil"/>
              <w:bottom w:val="double" w:sz="6" w:space="0" w:color="auto"/>
              <w:right w:val="double" w:sz="6" w:space="0" w:color="auto"/>
            </w:tcBorders>
            <w:shd w:val="clear" w:color="000000" w:fill="FFFFFF"/>
            <w:vAlign w:val="center"/>
            <w:hideMark/>
          </w:tcPr>
          <w:p w14:paraId="7FD9DE85" w14:textId="77777777" w:rsidR="007F26AE" w:rsidRPr="00F25ABA" w:rsidRDefault="007F26AE" w:rsidP="00F25ABA">
            <w:pPr>
              <w:spacing w:after="0" w:line="240" w:lineRule="auto"/>
              <w:rPr>
                <w:rFonts w:ascii="Times New Roman" w:eastAsia="Times New Roman" w:hAnsi="Times New Roman" w:cs="Times New Roman"/>
                <w:color w:val="000000"/>
                <w:sz w:val="16"/>
                <w:szCs w:val="16"/>
                <w:lang w:val="tr-TR" w:eastAsia="tr-TR"/>
              </w:rPr>
            </w:pPr>
            <w:r w:rsidRPr="00F25ABA">
              <w:rPr>
                <w:rFonts w:ascii="Times New Roman" w:eastAsia="Times New Roman" w:hAnsi="Times New Roman" w:cs="Times New Roman"/>
                <w:color w:val="000000"/>
                <w:sz w:val="16"/>
                <w:szCs w:val="16"/>
                <w:lang w:val="tr-TR" w:eastAsia="tr-TR"/>
              </w:rPr>
              <w:t> </w:t>
            </w:r>
          </w:p>
        </w:tc>
        <w:tc>
          <w:tcPr>
            <w:tcW w:w="523" w:type="pct"/>
            <w:tcBorders>
              <w:top w:val="nil"/>
              <w:left w:val="nil"/>
              <w:bottom w:val="double" w:sz="6" w:space="0" w:color="auto"/>
              <w:right w:val="double" w:sz="6" w:space="0" w:color="auto"/>
            </w:tcBorders>
            <w:shd w:val="clear" w:color="000000" w:fill="FFFFFF"/>
            <w:vAlign w:val="center"/>
            <w:hideMark/>
          </w:tcPr>
          <w:p w14:paraId="643A877B" w14:textId="77777777" w:rsidR="007F26AE" w:rsidRPr="00F25ABA" w:rsidRDefault="007F26AE" w:rsidP="00F25ABA">
            <w:pPr>
              <w:spacing w:after="0" w:line="240" w:lineRule="auto"/>
              <w:jc w:val="center"/>
              <w:rPr>
                <w:rFonts w:ascii="Times New Roman" w:eastAsia="Times New Roman" w:hAnsi="Times New Roman" w:cs="Times New Roman"/>
                <w:color w:val="000000"/>
                <w:sz w:val="16"/>
                <w:szCs w:val="16"/>
                <w:lang w:val="tr-TR" w:eastAsia="tr-TR"/>
              </w:rPr>
            </w:pPr>
            <w:r w:rsidRPr="00F25ABA">
              <w:rPr>
                <w:rFonts w:ascii="Times New Roman" w:eastAsia="Times New Roman" w:hAnsi="Times New Roman" w:cs="Times New Roman"/>
                <w:color w:val="000000"/>
                <w:sz w:val="16"/>
                <w:szCs w:val="16"/>
                <w:lang w:val="tr-TR" w:eastAsia="tr-TR"/>
              </w:rPr>
              <w:t> </w:t>
            </w:r>
          </w:p>
        </w:tc>
      </w:tr>
      <w:tr w:rsidR="007F26AE" w:rsidRPr="00F25ABA" w14:paraId="0256BCB3" w14:textId="77777777" w:rsidTr="00621353">
        <w:trPr>
          <w:trHeight w:val="300"/>
        </w:trPr>
        <w:tc>
          <w:tcPr>
            <w:tcW w:w="735" w:type="pct"/>
            <w:tcBorders>
              <w:top w:val="nil"/>
              <w:left w:val="nil"/>
              <w:bottom w:val="nil"/>
              <w:right w:val="nil"/>
            </w:tcBorders>
            <w:shd w:val="clear" w:color="auto" w:fill="auto"/>
            <w:noWrap/>
            <w:vAlign w:val="bottom"/>
            <w:hideMark/>
          </w:tcPr>
          <w:p w14:paraId="3BDB4132" w14:textId="77777777" w:rsidR="007F26AE" w:rsidRDefault="007F26AE" w:rsidP="00F25ABA">
            <w:pPr>
              <w:spacing w:after="0" w:line="240" w:lineRule="auto"/>
              <w:rPr>
                <w:rFonts w:ascii="Times New Roman" w:eastAsia="Times New Roman" w:hAnsi="Times New Roman" w:cs="Times New Roman"/>
                <w:color w:val="000000"/>
                <w:sz w:val="18"/>
                <w:szCs w:val="18"/>
                <w:lang w:val="tr-TR" w:eastAsia="tr-TR"/>
              </w:rPr>
            </w:pPr>
          </w:p>
          <w:p w14:paraId="6560F0CE" w14:textId="77777777" w:rsidR="00134A84" w:rsidRPr="00F25ABA" w:rsidRDefault="00134A84" w:rsidP="00F25ABA">
            <w:pPr>
              <w:spacing w:after="0" w:line="240" w:lineRule="auto"/>
              <w:rPr>
                <w:rFonts w:ascii="Times New Roman" w:eastAsia="Times New Roman" w:hAnsi="Times New Roman" w:cs="Times New Roman"/>
                <w:color w:val="000000"/>
                <w:sz w:val="18"/>
                <w:szCs w:val="18"/>
                <w:lang w:val="tr-TR" w:eastAsia="tr-TR"/>
              </w:rPr>
            </w:pPr>
          </w:p>
        </w:tc>
        <w:tc>
          <w:tcPr>
            <w:tcW w:w="1007" w:type="pct"/>
            <w:tcBorders>
              <w:top w:val="nil"/>
              <w:left w:val="nil"/>
              <w:bottom w:val="nil"/>
              <w:right w:val="nil"/>
            </w:tcBorders>
            <w:shd w:val="clear" w:color="auto" w:fill="auto"/>
            <w:noWrap/>
            <w:vAlign w:val="bottom"/>
            <w:hideMark/>
          </w:tcPr>
          <w:p w14:paraId="53030047" w14:textId="77777777" w:rsidR="007F26AE" w:rsidRPr="00F25ABA" w:rsidRDefault="007F26AE" w:rsidP="00F25ABA">
            <w:pPr>
              <w:spacing w:after="0" w:line="240" w:lineRule="auto"/>
              <w:rPr>
                <w:rFonts w:ascii="Times New Roman" w:eastAsia="Times New Roman" w:hAnsi="Times New Roman" w:cs="Times New Roman"/>
                <w:sz w:val="20"/>
                <w:szCs w:val="20"/>
                <w:lang w:val="tr-TR" w:eastAsia="tr-TR"/>
              </w:rPr>
            </w:pPr>
          </w:p>
        </w:tc>
        <w:tc>
          <w:tcPr>
            <w:tcW w:w="1007" w:type="pct"/>
            <w:tcBorders>
              <w:top w:val="nil"/>
              <w:left w:val="nil"/>
              <w:bottom w:val="nil"/>
              <w:right w:val="nil"/>
            </w:tcBorders>
            <w:shd w:val="clear" w:color="auto" w:fill="auto"/>
            <w:noWrap/>
            <w:vAlign w:val="bottom"/>
            <w:hideMark/>
          </w:tcPr>
          <w:p w14:paraId="352E7DC8" w14:textId="77777777" w:rsidR="007F26AE" w:rsidRPr="00F25ABA" w:rsidRDefault="007F26AE" w:rsidP="00F25ABA">
            <w:pPr>
              <w:spacing w:after="0" w:line="240" w:lineRule="auto"/>
              <w:rPr>
                <w:rFonts w:ascii="Times New Roman" w:eastAsia="Times New Roman" w:hAnsi="Times New Roman" w:cs="Times New Roman"/>
                <w:sz w:val="20"/>
                <w:szCs w:val="20"/>
                <w:lang w:val="tr-TR" w:eastAsia="tr-TR"/>
              </w:rPr>
            </w:pPr>
          </w:p>
        </w:tc>
        <w:tc>
          <w:tcPr>
            <w:tcW w:w="916" w:type="pct"/>
            <w:tcBorders>
              <w:top w:val="nil"/>
              <w:left w:val="nil"/>
              <w:bottom w:val="nil"/>
              <w:right w:val="nil"/>
            </w:tcBorders>
            <w:shd w:val="clear" w:color="auto" w:fill="auto"/>
            <w:noWrap/>
            <w:vAlign w:val="bottom"/>
            <w:hideMark/>
          </w:tcPr>
          <w:p w14:paraId="539C4144" w14:textId="77777777" w:rsidR="007F26AE" w:rsidRPr="00F25ABA" w:rsidRDefault="007F26AE" w:rsidP="00F25ABA">
            <w:pPr>
              <w:spacing w:after="0" w:line="240" w:lineRule="auto"/>
              <w:rPr>
                <w:rFonts w:ascii="Times New Roman" w:eastAsia="Times New Roman" w:hAnsi="Times New Roman" w:cs="Times New Roman"/>
                <w:sz w:val="20"/>
                <w:szCs w:val="20"/>
                <w:lang w:val="tr-TR" w:eastAsia="tr-TR"/>
              </w:rPr>
            </w:pPr>
          </w:p>
        </w:tc>
        <w:tc>
          <w:tcPr>
            <w:tcW w:w="812" w:type="pct"/>
            <w:tcBorders>
              <w:top w:val="nil"/>
              <w:left w:val="nil"/>
              <w:bottom w:val="nil"/>
              <w:right w:val="nil"/>
            </w:tcBorders>
            <w:shd w:val="clear" w:color="auto" w:fill="auto"/>
            <w:noWrap/>
            <w:vAlign w:val="bottom"/>
            <w:hideMark/>
          </w:tcPr>
          <w:p w14:paraId="2C809EDA" w14:textId="77777777" w:rsidR="007F26AE" w:rsidRPr="00F25ABA" w:rsidRDefault="007F26AE" w:rsidP="00F25ABA">
            <w:pPr>
              <w:spacing w:after="0" w:line="240" w:lineRule="auto"/>
              <w:rPr>
                <w:rFonts w:ascii="Times New Roman" w:eastAsia="Times New Roman" w:hAnsi="Times New Roman" w:cs="Times New Roman"/>
                <w:sz w:val="20"/>
                <w:szCs w:val="20"/>
                <w:lang w:val="tr-TR" w:eastAsia="tr-TR"/>
              </w:rPr>
            </w:pPr>
          </w:p>
        </w:tc>
        <w:tc>
          <w:tcPr>
            <w:tcW w:w="523" w:type="pct"/>
            <w:tcBorders>
              <w:top w:val="nil"/>
              <w:left w:val="nil"/>
              <w:bottom w:val="nil"/>
              <w:right w:val="nil"/>
            </w:tcBorders>
            <w:shd w:val="clear" w:color="auto" w:fill="auto"/>
            <w:noWrap/>
            <w:vAlign w:val="bottom"/>
            <w:hideMark/>
          </w:tcPr>
          <w:p w14:paraId="5D5AE02B" w14:textId="77777777" w:rsidR="007F26AE" w:rsidRPr="00F25ABA" w:rsidRDefault="007F26AE" w:rsidP="00F25ABA">
            <w:pPr>
              <w:spacing w:after="0" w:line="240" w:lineRule="auto"/>
              <w:rPr>
                <w:rFonts w:ascii="Times New Roman" w:eastAsia="Times New Roman" w:hAnsi="Times New Roman" w:cs="Times New Roman"/>
                <w:sz w:val="20"/>
                <w:szCs w:val="20"/>
                <w:lang w:val="tr-TR" w:eastAsia="tr-TR"/>
              </w:rPr>
            </w:pPr>
          </w:p>
        </w:tc>
      </w:tr>
    </w:tbl>
    <w:p w14:paraId="19C6BB47" w14:textId="0CC31568" w:rsidR="00E24BA4" w:rsidRDefault="00E24BA4" w:rsidP="00E24BA4">
      <w:r>
        <w:t xml:space="preserve">Bilimsel Yayınlar ve Atıflar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5"/>
        <w:gridCol w:w="3410"/>
        <w:gridCol w:w="850"/>
        <w:gridCol w:w="2137"/>
        <w:gridCol w:w="1260"/>
      </w:tblGrid>
      <w:tr w:rsidR="00E24BA4" w:rsidRPr="00D966FA" w14:paraId="79500765" w14:textId="77777777" w:rsidTr="00445D39">
        <w:trPr>
          <w:tblHeader/>
          <w:tblCellSpacing w:w="15" w:type="dxa"/>
        </w:trPr>
        <w:tc>
          <w:tcPr>
            <w:tcW w:w="0" w:type="auto"/>
            <w:shd w:val="clear" w:color="auto" w:fill="B99C71"/>
            <w:vAlign w:val="center"/>
            <w:hideMark/>
          </w:tcPr>
          <w:p w14:paraId="780B5208" w14:textId="77777777" w:rsidR="00E24BA4" w:rsidRPr="00D966FA" w:rsidRDefault="00E24BA4" w:rsidP="009D611D">
            <w:pPr>
              <w:pStyle w:val="Stil4"/>
            </w:pPr>
            <w:r w:rsidRPr="00D966FA">
              <w:t>Yayın Türü</w:t>
            </w:r>
          </w:p>
        </w:tc>
        <w:tc>
          <w:tcPr>
            <w:tcW w:w="3380" w:type="dxa"/>
            <w:shd w:val="clear" w:color="auto" w:fill="B99C71"/>
            <w:vAlign w:val="center"/>
            <w:hideMark/>
          </w:tcPr>
          <w:p w14:paraId="6556E26F" w14:textId="77777777" w:rsidR="00E24BA4" w:rsidRPr="00D966FA" w:rsidRDefault="00E24BA4" w:rsidP="009D611D">
            <w:pPr>
              <w:pStyle w:val="Stil4"/>
            </w:pPr>
            <w:r w:rsidRPr="00D966FA">
              <w:t xml:space="preserve">Dizin / Kapsam (SCI-E, SSCI, </w:t>
            </w:r>
            <w:r>
              <w:t xml:space="preserve">TR Dizin, </w:t>
            </w:r>
            <w:r w:rsidRPr="00D966FA">
              <w:t>Ulusal vb.)</w:t>
            </w:r>
          </w:p>
        </w:tc>
        <w:tc>
          <w:tcPr>
            <w:tcW w:w="820" w:type="dxa"/>
            <w:shd w:val="clear" w:color="auto" w:fill="B99C71"/>
            <w:vAlign w:val="center"/>
            <w:hideMark/>
          </w:tcPr>
          <w:p w14:paraId="51399AF5" w14:textId="77777777" w:rsidR="00E24BA4" w:rsidRPr="00D966FA" w:rsidRDefault="00E24BA4" w:rsidP="009D611D">
            <w:pPr>
              <w:pStyle w:val="Stil4"/>
            </w:pPr>
            <w:r w:rsidRPr="00D966FA">
              <w:t>Yayın Sayısı</w:t>
            </w:r>
          </w:p>
        </w:tc>
        <w:tc>
          <w:tcPr>
            <w:tcW w:w="2107" w:type="dxa"/>
            <w:shd w:val="clear" w:color="auto" w:fill="B99C71"/>
            <w:vAlign w:val="center"/>
            <w:hideMark/>
          </w:tcPr>
          <w:p w14:paraId="29FA92A8" w14:textId="77777777" w:rsidR="00E24BA4" w:rsidRPr="00D966FA" w:rsidRDefault="00E24BA4" w:rsidP="009D611D">
            <w:pPr>
              <w:pStyle w:val="Stil4"/>
            </w:pPr>
            <w:r w:rsidRPr="00D966FA">
              <w:t>Uluslararası Ortak Yazarlı Yayın Sayısı</w:t>
            </w:r>
          </w:p>
        </w:tc>
        <w:tc>
          <w:tcPr>
            <w:tcW w:w="0" w:type="auto"/>
            <w:shd w:val="clear" w:color="auto" w:fill="B99C71"/>
            <w:vAlign w:val="center"/>
            <w:hideMark/>
          </w:tcPr>
          <w:p w14:paraId="0CD8EEDB" w14:textId="77777777" w:rsidR="00E24BA4" w:rsidRPr="00D966FA" w:rsidRDefault="00E24BA4" w:rsidP="009D611D">
            <w:pPr>
              <w:pStyle w:val="Stil4"/>
            </w:pPr>
            <w:r w:rsidRPr="00D966FA">
              <w:t>Toplam Atıf Sayısı</w:t>
            </w:r>
          </w:p>
        </w:tc>
      </w:tr>
      <w:tr w:rsidR="002E0537" w:rsidRPr="00D966FA" w14:paraId="73478CFA" w14:textId="77777777" w:rsidTr="00445D39">
        <w:trPr>
          <w:tblCellSpacing w:w="15" w:type="dxa"/>
        </w:trPr>
        <w:tc>
          <w:tcPr>
            <w:tcW w:w="0" w:type="auto"/>
            <w:vMerge w:val="restart"/>
            <w:vAlign w:val="center"/>
            <w:hideMark/>
          </w:tcPr>
          <w:p w14:paraId="0E38A49B" w14:textId="77777777" w:rsidR="002E0537" w:rsidRPr="00D966FA" w:rsidRDefault="002E0537" w:rsidP="009D611D">
            <w:pPr>
              <w:pStyle w:val="Stil4"/>
            </w:pPr>
            <w:r w:rsidRPr="00D966FA">
              <w:t>Makale</w:t>
            </w:r>
          </w:p>
        </w:tc>
        <w:tc>
          <w:tcPr>
            <w:tcW w:w="3380" w:type="dxa"/>
            <w:vAlign w:val="center"/>
            <w:hideMark/>
          </w:tcPr>
          <w:p w14:paraId="2E0F8BFA" w14:textId="77777777" w:rsidR="002E0537" w:rsidRPr="00D966FA" w:rsidRDefault="002E0537" w:rsidP="002E0537">
            <w:pPr>
              <w:pStyle w:val="Stil4"/>
            </w:pPr>
            <w:r>
              <w:t>SCI</w:t>
            </w:r>
          </w:p>
        </w:tc>
        <w:tc>
          <w:tcPr>
            <w:tcW w:w="820" w:type="dxa"/>
            <w:vAlign w:val="center"/>
            <w:hideMark/>
          </w:tcPr>
          <w:p w14:paraId="2579BC1B" w14:textId="77777777" w:rsidR="002E0537" w:rsidRPr="00D966FA" w:rsidRDefault="002E0537" w:rsidP="00407BA1">
            <w:pPr>
              <w:pStyle w:val="Stil4"/>
              <w:jc w:val="center"/>
            </w:pPr>
            <w:r w:rsidRPr="00D966FA">
              <w:t>…</w:t>
            </w:r>
          </w:p>
        </w:tc>
        <w:tc>
          <w:tcPr>
            <w:tcW w:w="2107" w:type="dxa"/>
            <w:vAlign w:val="center"/>
            <w:hideMark/>
          </w:tcPr>
          <w:p w14:paraId="4A3219D2" w14:textId="77777777" w:rsidR="002E0537" w:rsidRPr="00D966FA" w:rsidRDefault="002E0537" w:rsidP="00407BA1">
            <w:pPr>
              <w:pStyle w:val="Stil4"/>
              <w:jc w:val="center"/>
            </w:pPr>
            <w:r w:rsidRPr="00D966FA">
              <w:t>…</w:t>
            </w:r>
          </w:p>
        </w:tc>
        <w:tc>
          <w:tcPr>
            <w:tcW w:w="0" w:type="auto"/>
            <w:vAlign w:val="center"/>
            <w:hideMark/>
          </w:tcPr>
          <w:p w14:paraId="7F156819" w14:textId="77777777" w:rsidR="002E0537" w:rsidRPr="00D966FA" w:rsidRDefault="002E0537" w:rsidP="00407BA1">
            <w:pPr>
              <w:pStyle w:val="Stil4"/>
              <w:jc w:val="center"/>
            </w:pPr>
            <w:r w:rsidRPr="00D966FA">
              <w:t>…</w:t>
            </w:r>
          </w:p>
        </w:tc>
      </w:tr>
      <w:tr w:rsidR="002E0537" w:rsidRPr="00D966FA" w14:paraId="59D7B463" w14:textId="77777777" w:rsidTr="00445D39">
        <w:trPr>
          <w:tblCellSpacing w:w="15" w:type="dxa"/>
        </w:trPr>
        <w:tc>
          <w:tcPr>
            <w:tcW w:w="0" w:type="auto"/>
            <w:vMerge/>
            <w:vAlign w:val="center"/>
          </w:tcPr>
          <w:p w14:paraId="1AF84371" w14:textId="77777777" w:rsidR="002E0537" w:rsidRPr="00D966FA" w:rsidRDefault="002E0537" w:rsidP="009D611D">
            <w:pPr>
              <w:pStyle w:val="Stil4"/>
            </w:pPr>
          </w:p>
        </w:tc>
        <w:tc>
          <w:tcPr>
            <w:tcW w:w="3380" w:type="dxa"/>
            <w:vAlign w:val="center"/>
          </w:tcPr>
          <w:p w14:paraId="413FF9D4" w14:textId="77777777" w:rsidR="002E0537" w:rsidRPr="00D966FA" w:rsidRDefault="002E0537" w:rsidP="009D611D">
            <w:pPr>
              <w:pStyle w:val="Stil4"/>
            </w:pPr>
            <w:r w:rsidRPr="00D966FA">
              <w:t>SSCI</w:t>
            </w:r>
          </w:p>
        </w:tc>
        <w:tc>
          <w:tcPr>
            <w:tcW w:w="820" w:type="dxa"/>
            <w:vAlign w:val="center"/>
          </w:tcPr>
          <w:p w14:paraId="4E600132" w14:textId="77777777" w:rsidR="002E0537" w:rsidRPr="00D966FA" w:rsidRDefault="002E0537" w:rsidP="00407BA1">
            <w:pPr>
              <w:pStyle w:val="Stil4"/>
              <w:jc w:val="center"/>
            </w:pPr>
          </w:p>
        </w:tc>
        <w:tc>
          <w:tcPr>
            <w:tcW w:w="2107" w:type="dxa"/>
            <w:vAlign w:val="center"/>
          </w:tcPr>
          <w:p w14:paraId="541ACA6F" w14:textId="77777777" w:rsidR="002E0537" w:rsidRPr="00D966FA" w:rsidRDefault="002E0537" w:rsidP="00407BA1">
            <w:pPr>
              <w:pStyle w:val="Stil4"/>
              <w:jc w:val="center"/>
            </w:pPr>
          </w:p>
        </w:tc>
        <w:tc>
          <w:tcPr>
            <w:tcW w:w="0" w:type="auto"/>
            <w:vAlign w:val="center"/>
          </w:tcPr>
          <w:p w14:paraId="22D4D40D" w14:textId="77777777" w:rsidR="002E0537" w:rsidRPr="00D966FA" w:rsidRDefault="002E0537" w:rsidP="00407BA1">
            <w:pPr>
              <w:pStyle w:val="Stil4"/>
              <w:jc w:val="center"/>
            </w:pPr>
          </w:p>
        </w:tc>
      </w:tr>
      <w:tr w:rsidR="002E0537" w:rsidRPr="00D966FA" w14:paraId="1FB137C6" w14:textId="77777777" w:rsidTr="00445D39">
        <w:trPr>
          <w:tblCellSpacing w:w="15" w:type="dxa"/>
        </w:trPr>
        <w:tc>
          <w:tcPr>
            <w:tcW w:w="0" w:type="auto"/>
            <w:vMerge/>
            <w:vAlign w:val="center"/>
          </w:tcPr>
          <w:p w14:paraId="4330269C" w14:textId="77777777" w:rsidR="002E0537" w:rsidRPr="00D966FA" w:rsidRDefault="002E0537" w:rsidP="009D611D">
            <w:pPr>
              <w:pStyle w:val="Stil4"/>
            </w:pPr>
          </w:p>
        </w:tc>
        <w:tc>
          <w:tcPr>
            <w:tcW w:w="3380" w:type="dxa"/>
            <w:vAlign w:val="center"/>
          </w:tcPr>
          <w:p w14:paraId="2946170C" w14:textId="77777777" w:rsidR="002E0537" w:rsidRPr="00D966FA" w:rsidRDefault="002E0537" w:rsidP="009D611D">
            <w:pPr>
              <w:pStyle w:val="Stil4"/>
            </w:pPr>
            <w:r>
              <w:t>TR DİZİN</w:t>
            </w:r>
          </w:p>
        </w:tc>
        <w:tc>
          <w:tcPr>
            <w:tcW w:w="820" w:type="dxa"/>
            <w:vAlign w:val="center"/>
          </w:tcPr>
          <w:p w14:paraId="00EF022D" w14:textId="505E3D77" w:rsidR="002E0537" w:rsidRPr="00D966FA" w:rsidRDefault="005449FE" w:rsidP="00407BA1">
            <w:pPr>
              <w:pStyle w:val="Stil4"/>
              <w:jc w:val="center"/>
            </w:pPr>
            <w:r>
              <w:t>1</w:t>
            </w:r>
          </w:p>
        </w:tc>
        <w:tc>
          <w:tcPr>
            <w:tcW w:w="2107" w:type="dxa"/>
            <w:vAlign w:val="center"/>
          </w:tcPr>
          <w:p w14:paraId="6C333184" w14:textId="77777777" w:rsidR="002E0537" w:rsidRPr="00D966FA" w:rsidRDefault="002E0537" w:rsidP="00407BA1">
            <w:pPr>
              <w:pStyle w:val="Stil4"/>
              <w:jc w:val="center"/>
            </w:pPr>
          </w:p>
        </w:tc>
        <w:tc>
          <w:tcPr>
            <w:tcW w:w="0" w:type="auto"/>
            <w:vAlign w:val="center"/>
          </w:tcPr>
          <w:p w14:paraId="02FF8580" w14:textId="260FB733" w:rsidR="002E0537" w:rsidRPr="00D966FA" w:rsidRDefault="00F679B0" w:rsidP="00407BA1">
            <w:pPr>
              <w:pStyle w:val="Stil4"/>
              <w:jc w:val="center"/>
            </w:pPr>
            <w:r>
              <w:t>5</w:t>
            </w:r>
          </w:p>
        </w:tc>
      </w:tr>
      <w:tr w:rsidR="002E0537" w:rsidRPr="00D966FA" w14:paraId="298632A5" w14:textId="77777777" w:rsidTr="00445D39">
        <w:trPr>
          <w:tblCellSpacing w:w="15" w:type="dxa"/>
        </w:trPr>
        <w:tc>
          <w:tcPr>
            <w:tcW w:w="0" w:type="auto"/>
            <w:vMerge/>
            <w:vAlign w:val="center"/>
          </w:tcPr>
          <w:p w14:paraId="6CB56A37" w14:textId="77777777" w:rsidR="002E0537" w:rsidRPr="00D966FA" w:rsidRDefault="002E0537" w:rsidP="009D611D">
            <w:pPr>
              <w:pStyle w:val="Stil4"/>
            </w:pPr>
          </w:p>
        </w:tc>
        <w:tc>
          <w:tcPr>
            <w:tcW w:w="3380" w:type="dxa"/>
            <w:vAlign w:val="center"/>
          </w:tcPr>
          <w:p w14:paraId="06B8B52C" w14:textId="77777777" w:rsidR="002E0537" w:rsidRPr="00D966FA" w:rsidRDefault="002E0537" w:rsidP="009D611D">
            <w:pPr>
              <w:pStyle w:val="Stil4"/>
            </w:pPr>
            <w:r>
              <w:t>ULUSAL vb</w:t>
            </w:r>
          </w:p>
        </w:tc>
        <w:tc>
          <w:tcPr>
            <w:tcW w:w="820" w:type="dxa"/>
            <w:vAlign w:val="center"/>
          </w:tcPr>
          <w:p w14:paraId="770B0FC1" w14:textId="77777777" w:rsidR="002E0537" w:rsidRPr="00D966FA" w:rsidRDefault="002E0537" w:rsidP="00407BA1">
            <w:pPr>
              <w:pStyle w:val="Stil4"/>
              <w:jc w:val="center"/>
            </w:pPr>
          </w:p>
        </w:tc>
        <w:tc>
          <w:tcPr>
            <w:tcW w:w="2107" w:type="dxa"/>
            <w:vAlign w:val="center"/>
          </w:tcPr>
          <w:p w14:paraId="7E6856D8" w14:textId="77777777" w:rsidR="002E0537" w:rsidRPr="00D966FA" w:rsidRDefault="002E0537" w:rsidP="00407BA1">
            <w:pPr>
              <w:pStyle w:val="Stil4"/>
              <w:jc w:val="center"/>
            </w:pPr>
          </w:p>
        </w:tc>
        <w:tc>
          <w:tcPr>
            <w:tcW w:w="0" w:type="auto"/>
            <w:vAlign w:val="center"/>
          </w:tcPr>
          <w:p w14:paraId="03D8A6DE" w14:textId="77777777" w:rsidR="002E0537" w:rsidRPr="00D966FA" w:rsidRDefault="002E0537" w:rsidP="00407BA1">
            <w:pPr>
              <w:pStyle w:val="Stil4"/>
              <w:jc w:val="center"/>
            </w:pPr>
          </w:p>
        </w:tc>
      </w:tr>
      <w:tr w:rsidR="00E24BA4" w:rsidRPr="00D966FA" w14:paraId="40799915" w14:textId="77777777" w:rsidTr="00445D39">
        <w:trPr>
          <w:tblCellSpacing w:w="15" w:type="dxa"/>
        </w:trPr>
        <w:tc>
          <w:tcPr>
            <w:tcW w:w="0" w:type="auto"/>
            <w:vAlign w:val="center"/>
            <w:hideMark/>
          </w:tcPr>
          <w:p w14:paraId="1C51ACED" w14:textId="77777777" w:rsidR="00E24BA4" w:rsidRPr="00D966FA" w:rsidRDefault="00E24BA4" w:rsidP="009D611D">
            <w:pPr>
              <w:pStyle w:val="Stil4"/>
            </w:pPr>
            <w:r w:rsidRPr="00D966FA">
              <w:t>Bildiri</w:t>
            </w:r>
          </w:p>
        </w:tc>
        <w:tc>
          <w:tcPr>
            <w:tcW w:w="3380" w:type="dxa"/>
            <w:vAlign w:val="center"/>
            <w:hideMark/>
          </w:tcPr>
          <w:p w14:paraId="0463B06E" w14:textId="77777777" w:rsidR="00E24BA4" w:rsidRPr="00D966FA" w:rsidRDefault="00E24BA4" w:rsidP="009D611D">
            <w:pPr>
              <w:pStyle w:val="Stil4"/>
            </w:pPr>
            <w:r w:rsidRPr="00D966FA">
              <w:t>Uluslararası</w:t>
            </w:r>
          </w:p>
        </w:tc>
        <w:tc>
          <w:tcPr>
            <w:tcW w:w="820" w:type="dxa"/>
            <w:vAlign w:val="center"/>
            <w:hideMark/>
          </w:tcPr>
          <w:p w14:paraId="7F742581" w14:textId="6A9AD159" w:rsidR="00E24BA4" w:rsidRPr="00D966FA" w:rsidRDefault="005449FE" w:rsidP="00407BA1">
            <w:pPr>
              <w:pStyle w:val="Stil4"/>
              <w:jc w:val="center"/>
            </w:pPr>
            <w:r>
              <w:t>2</w:t>
            </w:r>
          </w:p>
        </w:tc>
        <w:tc>
          <w:tcPr>
            <w:tcW w:w="2107" w:type="dxa"/>
            <w:vAlign w:val="center"/>
            <w:hideMark/>
          </w:tcPr>
          <w:p w14:paraId="25CFB2E3" w14:textId="77777777" w:rsidR="00E24BA4" w:rsidRPr="00D966FA" w:rsidRDefault="00E24BA4" w:rsidP="00407BA1">
            <w:pPr>
              <w:pStyle w:val="Stil4"/>
              <w:jc w:val="center"/>
            </w:pPr>
            <w:r w:rsidRPr="00D966FA">
              <w:t>…</w:t>
            </w:r>
          </w:p>
        </w:tc>
        <w:tc>
          <w:tcPr>
            <w:tcW w:w="0" w:type="auto"/>
            <w:vAlign w:val="center"/>
            <w:hideMark/>
          </w:tcPr>
          <w:p w14:paraId="2C0E6D08" w14:textId="77777777" w:rsidR="00E24BA4" w:rsidRPr="00D966FA" w:rsidRDefault="00E24BA4" w:rsidP="00407BA1">
            <w:pPr>
              <w:pStyle w:val="Stil4"/>
              <w:jc w:val="center"/>
            </w:pPr>
            <w:r w:rsidRPr="00D966FA">
              <w:t>…</w:t>
            </w:r>
          </w:p>
        </w:tc>
      </w:tr>
      <w:tr w:rsidR="00E24BA4" w:rsidRPr="00D966FA" w14:paraId="5DE78DCB" w14:textId="77777777" w:rsidTr="00445D39">
        <w:trPr>
          <w:tblCellSpacing w:w="15" w:type="dxa"/>
        </w:trPr>
        <w:tc>
          <w:tcPr>
            <w:tcW w:w="0" w:type="auto"/>
            <w:vAlign w:val="center"/>
            <w:hideMark/>
          </w:tcPr>
          <w:p w14:paraId="13F297EB" w14:textId="77777777" w:rsidR="00E24BA4" w:rsidRPr="00D966FA" w:rsidRDefault="00E24BA4" w:rsidP="009D611D">
            <w:pPr>
              <w:pStyle w:val="Stil4"/>
            </w:pPr>
            <w:r w:rsidRPr="00D966FA">
              <w:t>Bildiri</w:t>
            </w:r>
          </w:p>
        </w:tc>
        <w:tc>
          <w:tcPr>
            <w:tcW w:w="3380" w:type="dxa"/>
            <w:vAlign w:val="center"/>
            <w:hideMark/>
          </w:tcPr>
          <w:p w14:paraId="5CBACB51" w14:textId="77777777" w:rsidR="00E24BA4" w:rsidRPr="00D966FA" w:rsidRDefault="00E24BA4" w:rsidP="009D611D">
            <w:pPr>
              <w:pStyle w:val="Stil4"/>
            </w:pPr>
            <w:r w:rsidRPr="00D966FA">
              <w:t>Ulusal</w:t>
            </w:r>
          </w:p>
        </w:tc>
        <w:tc>
          <w:tcPr>
            <w:tcW w:w="820" w:type="dxa"/>
            <w:vAlign w:val="center"/>
            <w:hideMark/>
          </w:tcPr>
          <w:p w14:paraId="0516BE11" w14:textId="77777777" w:rsidR="00E24BA4" w:rsidRPr="00D966FA" w:rsidRDefault="00E24BA4" w:rsidP="00407BA1">
            <w:pPr>
              <w:pStyle w:val="Stil4"/>
              <w:jc w:val="center"/>
            </w:pPr>
            <w:r w:rsidRPr="00D966FA">
              <w:t>…</w:t>
            </w:r>
          </w:p>
        </w:tc>
        <w:tc>
          <w:tcPr>
            <w:tcW w:w="2107" w:type="dxa"/>
            <w:vAlign w:val="center"/>
            <w:hideMark/>
          </w:tcPr>
          <w:p w14:paraId="54864B45" w14:textId="77777777" w:rsidR="00E24BA4" w:rsidRPr="00D966FA" w:rsidRDefault="00E24BA4" w:rsidP="00407BA1">
            <w:pPr>
              <w:pStyle w:val="Stil4"/>
              <w:jc w:val="center"/>
            </w:pPr>
            <w:r w:rsidRPr="00D966FA">
              <w:t>…</w:t>
            </w:r>
          </w:p>
        </w:tc>
        <w:tc>
          <w:tcPr>
            <w:tcW w:w="0" w:type="auto"/>
            <w:vAlign w:val="center"/>
            <w:hideMark/>
          </w:tcPr>
          <w:p w14:paraId="3F027FA4" w14:textId="77777777" w:rsidR="00E24BA4" w:rsidRPr="00D966FA" w:rsidRDefault="00E24BA4" w:rsidP="00407BA1">
            <w:pPr>
              <w:pStyle w:val="Stil4"/>
              <w:jc w:val="center"/>
            </w:pPr>
            <w:r w:rsidRPr="00D966FA">
              <w:t>…</w:t>
            </w:r>
          </w:p>
        </w:tc>
      </w:tr>
      <w:tr w:rsidR="00E24BA4" w:rsidRPr="00D966FA" w14:paraId="7487CD49" w14:textId="77777777" w:rsidTr="00445D39">
        <w:trPr>
          <w:tblCellSpacing w:w="15" w:type="dxa"/>
        </w:trPr>
        <w:tc>
          <w:tcPr>
            <w:tcW w:w="0" w:type="auto"/>
            <w:vAlign w:val="center"/>
            <w:hideMark/>
          </w:tcPr>
          <w:p w14:paraId="17378F12" w14:textId="77777777" w:rsidR="00E24BA4" w:rsidRPr="00D966FA" w:rsidRDefault="00E24BA4" w:rsidP="009D611D">
            <w:pPr>
              <w:pStyle w:val="Stil4"/>
            </w:pPr>
            <w:r w:rsidRPr="00D966FA">
              <w:t>Kitap / Kitap Bölümü</w:t>
            </w:r>
          </w:p>
        </w:tc>
        <w:tc>
          <w:tcPr>
            <w:tcW w:w="3380" w:type="dxa"/>
            <w:vAlign w:val="center"/>
            <w:hideMark/>
          </w:tcPr>
          <w:p w14:paraId="497875B6" w14:textId="2C828C4F" w:rsidR="00E24BA4" w:rsidRPr="00D966FA" w:rsidRDefault="0083244A" w:rsidP="009D611D">
            <w:pPr>
              <w:pStyle w:val="Stil4"/>
            </w:pPr>
            <w:r>
              <w:t>Kitap Bölümü (Ulusal)</w:t>
            </w:r>
          </w:p>
        </w:tc>
        <w:tc>
          <w:tcPr>
            <w:tcW w:w="820" w:type="dxa"/>
            <w:vAlign w:val="center"/>
            <w:hideMark/>
          </w:tcPr>
          <w:p w14:paraId="2D48AE98" w14:textId="10B3FC96" w:rsidR="00E24BA4" w:rsidRPr="00D966FA" w:rsidRDefault="000E6462" w:rsidP="00407BA1">
            <w:pPr>
              <w:pStyle w:val="Stil4"/>
              <w:jc w:val="center"/>
            </w:pPr>
            <w:r>
              <w:t>2</w:t>
            </w:r>
          </w:p>
        </w:tc>
        <w:tc>
          <w:tcPr>
            <w:tcW w:w="2107" w:type="dxa"/>
            <w:vAlign w:val="center"/>
            <w:hideMark/>
          </w:tcPr>
          <w:p w14:paraId="585ED123" w14:textId="77777777" w:rsidR="00E24BA4" w:rsidRPr="00D966FA" w:rsidRDefault="00E24BA4" w:rsidP="00407BA1">
            <w:pPr>
              <w:pStyle w:val="Stil4"/>
              <w:jc w:val="center"/>
            </w:pPr>
            <w:r w:rsidRPr="00D966FA">
              <w:t>…</w:t>
            </w:r>
          </w:p>
        </w:tc>
        <w:tc>
          <w:tcPr>
            <w:tcW w:w="0" w:type="auto"/>
            <w:vAlign w:val="center"/>
            <w:hideMark/>
          </w:tcPr>
          <w:p w14:paraId="488A1656" w14:textId="77777777" w:rsidR="00E24BA4" w:rsidRPr="00D966FA" w:rsidRDefault="00E24BA4" w:rsidP="00407BA1">
            <w:pPr>
              <w:pStyle w:val="Stil4"/>
              <w:jc w:val="center"/>
            </w:pPr>
            <w:r w:rsidRPr="00D966FA">
              <w:t>…</w:t>
            </w:r>
          </w:p>
        </w:tc>
      </w:tr>
    </w:tbl>
    <w:p w14:paraId="18DB66E1" w14:textId="77777777" w:rsidR="00E24BA4" w:rsidRDefault="00E24BA4" w:rsidP="00E24BA4"/>
    <w:p w14:paraId="340674DF" w14:textId="77777777" w:rsidR="00E24BA4" w:rsidRDefault="00E24BA4" w:rsidP="00E24BA4">
      <w:r>
        <w:t>Lisansüstü Tezler ve Öğrenci Araştırmaları</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23"/>
        <w:gridCol w:w="1004"/>
        <w:gridCol w:w="1292"/>
        <w:gridCol w:w="2067"/>
        <w:gridCol w:w="1782"/>
        <w:gridCol w:w="1894"/>
      </w:tblGrid>
      <w:tr w:rsidR="00E24BA4" w:rsidRPr="0007764D" w14:paraId="10C011F4" w14:textId="77777777" w:rsidTr="009D611D">
        <w:trPr>
          <w:tblHeader/>
          <w:tblCellSpacing w:w="15" w:type="dxa"/>
        </w:trPr>
        <w:tc>
          <w:tcPr>
            <w:tcW w:w="0" w:type="auto"/>
            <w:shd w:val="clear" w:color="auto" w:fill="B99C71"/>
            <w:vAlign w:val="center"/>
            <w:hideMark/>
          </w:tcPr>
          <w:p w14:paraId="76BE4C26" w14:textId="77777777" w:rsidR="00E24BA4" w:rsidRPr="0007764D" w:rsidRDefault="00E24BA4" w:rsidP="009D611D">
            <w:pPr>
              <w:pStyle w:val="Stil4"/>
              <w:rPr>
                <w:rFonts w:eastAsia="Times New Roman"/>
                <w:lang w:eastAsia="tr-TR"/>
              </w:rPr>
            </w:pPr>
            <w:r w:rsidRPr="0007764D">
              <w:rPr>
                <w:rFonts w:eastAsia="Times New Roman"/>
                <w:lang w:eastAsia="tr-TR"/>
              </w:rPr>
              <w:t>Düzey (YL / DR)</w:t>
            </w:r>
          </w:p>
        </w:tc>
        <w:tc>
          <w:tcPr>
            <w:tcW w:w="0" w:type="auto"/>
            <w:shd w:val="clear" w:color="auto" w:fill="B99C71"/>
            <w:vAlign w:val="center"/>
            <w:hideMark/>
          </w:tcPr>
          <w:p w14:paraId="7D7C5665" w14:textId="77777777" w:rsidR="00E24BA4" w:rsidRPr="0007764D" w:rsidRDefault="00E24BA4" w:rsidP="009D611D">
            <w:pPr>
              <w:pStyle w:val="Stil4"/>
              <w:rPr>
                <w:rFonts w:eastAsia="Times New Roman"/>
                <w:lang w:eastAsia="tr-TR"/>
              </w:rPr>
            </w:pPr>
            <w:r w:rsidRPr="0007764D">
              <w:rPr>
                <w:rFonts w:eastAsia="Times New Roman"/>
                <w:lang w:eastAsia="tr-TR"/>
              </w:rPr>
              <w:t>Program Adı</w:t>
            </w:r>
          </w:p>
        </w:tc>
        <w:tc>
          <w:tcPr>
            <w:tcW w:w="0" w:type="auto"/>
            <w:shd w:val="clear" w:color="auto" w:fill="B99C71"/>
            <w:vAlign w:val="center"/>
            <w:hideMark/>
          </w:tcPr>
          <w:p w14:paraId="260B65FE" w14:textId="77777777" w:rsidR="00E24BA4" w:rsidRPr="0007764D" w:rsidRDefault="00E24BA4" w:rsidP="009D611D">
            <w:pPr>
              <w:pStyle w:val="Stil4"/>
              <w:rPr>
                <w:rFonts w:eastAsia="Times New Roman"/>
                <w:lang w:eastAsia="tr-TR"/>
              </w:rPr>
            </w:pPr>
            <w:r w:rsidRPr="0007764D">
              <w:rPr>
                <w:rFonts w:eastAsia="Times New Roman"/>
                <w:lang w:eastAsia="tr-TR"/>
              </w:rPr>
              <w:t>Devam Eden Tez Sayısı</w:t>
            </w:r>
          </w:p>
        </w:tc>
        <w:tc>
          <w:tcPr>
            <w:tcW w:w="0" w:type="auto"/>
            <w:shd w:val="clear" w:color="auto" w:fill="B99C71"/>
            <w:vAlign w:val="center"/>
            <w:hideMark/>
          </w:tcPr>
          <w:p w14:paraId="1E547A25" w14:textId="77777777" w:rsidR="00E24BA4" w:rsidRPr="0007764D" w:rsidRDefault="00E24BA4" w:rsidP="009D611D">
            <w:pPr>
              <w:pStyle w:val="Stil4"/>
              <w:rPr>
                <w:rFonts w:eastAsia="Times New Roman"/>
                <w:lang w:eastAsia="tr-TR"/>
              </w:rPr>
            </w:pPr>
            <w:r w:rsidRPr="0007764D">
              <w:rPr>
                <w:rFonts w:eastAsia="Times New Roman"/>
                <w:lang w:eastAsia="tr-TR"/>
              </w:rPr>
              <w:t>Tamamlanan Tez Sayısı (Yıl İçinde)</w:t>
            </w:r>
          </w:p>
        </w:tc>
        <w:tc>
          <w:tcPr>
            <w:tcW w:w="0" w:type="auto"/>
            <w:shd w:val="clear" w:color="auto" w:fill="B99C71"/>
            <w:vAlign w:val="center"/>
            <w:hideMark/>
          </w:tcPr>
          <w:p w14:paraId="29DEB21D" w14:textId="77777777" w:rsidR="00E24BA4" w:rsidRPr="0007764D" w:rsidRDefault="00E24BA4" w:rsidP="009D611D">
            <w:pPr>
              <w:pStyle w:val="Stil4"/>
              <w:rPr>
                <w:rFonts w:eastAsia="Times New Roman"/>
                <w:lang w:eastAsia="tr-TR"/>
              </w:rPr>
            </w:pPr>
            <w:r w:rsidRPr="0007764D">
              <w:rPr>
                <w:rFonts w:eastAsia="Times New Roman"/>
                <w:lang w:eastAsia="tr-TR"/>
              </w:rPr>
              <w:t>Sanayi / Kurum Destekli Tez Sayısı</w:t>
            </w:r>
          </w:p>
        </w:tc>
        <w:tc>
          <w:tcPr>
            <w:tcW w:w="0" w:type="auto"/>
            <w:shd w:val="clear" w:color="auto" w:fill="B99C71"/>
            <w:vAlign w:val="center"/>
            <w:hideMark/>
          </w:tcPr>
          <w:p w14:paraId="5F63BFC0" w14:textId="77777777" w:rsidR="00E24BA4" w:rsidRPr="0007764D" w:rsidRDefault="00E24BA4" w:rsidP="009D611D">
            <w:pPr>
              <w:pStyle w:val="Stil4"/>
              <w:rPr>
                <w:rFonts w:eastAsia="Times New Roman"/>
                <w:lang w:eastAsia="tr-TR"/>
              </w:rPr>
            </w:pPr>
            <w:r w:rsidRPr="0007764D">
              <w:rPr>
                <w:rFonts w:eastAsia="Times New Roman"/>
                <w:lang w:eastAsia="tr-TR"/>
              </w:rPr>
              <w:t>Tez Konularının Temel Alanları</w:t>
            </w:r>
          </w:p>
        </w:tc>
      </w:tr>
      <w:tr w:rsidR="00E24BA4" w:rsidRPr="0007764D" w14:paraId="13D6C64F" w14:textId="77777777" w:rsidTr="009D611D">
        <w:trPr>
          <w:tblCellSpacing w:w="15" w:type="dxa"/>
        </w:trPr>
        <w:tc>
          <w:tcPr>
            <w:tcW w:w="0" w:type="auto"/>
            <w:vAlign w:val="center"/>
            <w:hideMark/>
          </w:tcPr>
          <w:p w14:paraId="337D7204" w14:textId="77777777" w:rsidR="00E24BA4" w:rsidRPr="0007764D" w:rsidRDefault="00E24BA4" w:rsidP="009D611D">
            <w:pPr>
              <w:pStyle w:val="Stil4"/>
              <w:rPr>
                <w:rFonts w:eastAsia="Times New Roman"/>
                <w:lang w:eastAsia="tr-TR"/>
              </w:rPr>
            </w:pPr>
            <w:r w:rsidRPr="0007764D">
              <w:rPr>
                <w:rFonts w:eastAsia="Times New Roman"/>
                <w:lang w:eastAsia="tr-TR"/>
              </w:rPr>
              <w:t>YL</w:t>
            </w:r>
          </w:p>
        </w:tc>
        <w:tc>
          <w:tcPr>
            <w:tcW w:w="0" w:type="auto"/>
            <w:vAlign w:val="center"/>
            <w:hideMark/>
          </w:tcPr>
          <w:p w14:paraId="6E8BDC04" w14:textId="77777777"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14:paraId="06847A1F" w14:textId="77777777"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14:paraId="234DA3B2" w14:textId="77777777"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14:paraId="748DB27C" w14:textId="77777777"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14:paraId="7B05428B" w14:textId="77777777" w:rsidR="00E24BA4" w:rsidRPr="0007764D" w:rsidRDefault="00E24BA4" w:rsidP="009D611D">
            <w:pPr>
              <w:pStyle w:val="Stil4"/>
              <w:rPr>
                <w:rFonts w:eastAsia="Times New Roman"/>
                <w:lang w:eastAsia="tr-TR"/>
              </w:rPr>
            </w:pPr>
            <w:r w:rsidRPr="0007764D">
              <w:rPr>
                <w:rFonts w:eastAsia="Times New Roman"/>
                <w:lang w:eastAsia="tr-TR"/>
              </w:rPr>
              <w:t>…</w:t>
            </w:r>
          </w:p>
        </w:tc>
      </w:tr>
      <w:tr w:rsidR="00E24BA4" w:rsidRPr="0007764D" w14:paraId="705DC80E" w14:textId="77777777" w:rsidTr="009D611D">
        <w:trPr>
          <w:tblCellSpacing w:w="15" w:type="dxa"/>
        </w:trPr>
        <w:tc>
          <w:tcPr>
            <w:tcW w:w="0" w:type="auto"/>
            <w:vAlign w:val="center"/>
            <w:hideMark/>
          </w:tcPr>
          <w:p w14:paraId="31828943" w14:textId="77777777" w:rsidR="00E24BA4" w:rsidRPr="0007764D" w:rsidRDefault="00E24BA4" w:rsidP="009D611D">
            <w:pPr>
              <w:pStyle w:val="Stil4"/>
              <w:rPr>
                <w:rFonts w:eastAsia="Times New Roman"/>
                <w:lang w:eastAsia="tr-TR"/>
              </w:rPr>
            </w:pPr>
            <w:r w:rsidRPr="0007764D">
              <w:rPr>
                <w:rFonts w:eastAsia="Times New Roman"/>
                <w:lang w:eastAsia="tr-TR"/>
              </w:rPr>
              <w:t>DR</w:t>
            </w:r>
          </w:p>
        </w:tc>
        <w:tc>
          <w:tcPr>
            <w:tcW w:w="0" w:type="auto"/>
            <w:vAlign w:val="center"/>
            <w:hideMark/>
          </w:tcPr>
          <w:p w14:paraId="77D88A88" w14:textId="77777777"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14:paraId="49477047" w14:textId="77777777"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14:paraId="54AB2AC9" w14:textId="77777777"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14:paraId="45953670" w14:textId="77777777" w:rsidR="00E24BA4" w:rsidRPr="0007764D" w:rsidRDefault="00E24BA4" w:rsidP="009D611D">
            <w:pPr>
              <w:pStyle w:val="Stil4"/>
              <w:rPr>
                <w:rFonts w:eastAsia="Times New Roman"/>
                <w:lang w:eastAsia="tr-TR"/>
              </w:rPr>
            </w:pPr>
            <w:r w:rsidRPr="0007764D">
              <w:rPr>
                <w:rFonts w:eastAsia="Times New Roman"/>
                <w:lang w:eastAsia="tr-TR"/>
              </w:rPr>
              <w:t>…</w:t>
            </w:r>
          </w:p>
        </w:tc>
        <w:tc>
          <w:tcPr>
            <w:tcW w:w="0" w:type="auto"/>
            <w:vAlign w:val="center"/>
            <w:hideMark/>
          </w:tcPr>
          <w:p w14:paraId="0856433A" w14:textId="77777777" w:rsidR="00E24BA4" w:rsidRPr="0007764D" w:rsidRDefault="00E24BA4" w:rsidP="009D611D">
            <w:pPr>
              <w:pStyle w:val="Stil4"/>
              <w:rPr>
                <w:rFonts w:eastAsia="Times New Roman"/>
                <w:lang w:eastAsia="tr-TR"/>
              </w:rPr>
            </w:pPr>
            <w:r w:rsidRPr="0007764D">
              <w:rPr>
                <w:rFonts w:eastAsia="Times New Roman"/>
                <w:lang w:eastAsia="tr-TR"/>
              </w:rPr>
              <w:t>…</w:t>
            </w:r>
          </w:p>
        </w:tc>
      </w:tr>
    </w:tbl>
    <w:p w14:paraId="58D0C5EF" w14:textId="77777777" w:rsidR="00E24BA4" w:rsidRDefault="00E24BA4" w:rsidP="00E24BA4"/>
    <w:p w14:paraId="5E9A138E" w14:textId="77777777" w:rsidR="00520A30" w:rsidRDefault="00520A30" w:rsidP="00E24BA4"/>
    <w:p w14:paraId="3BE4B52C" w14:textId="77777777" w:rsidR="00520A30" w:rsidRDefault="00520A30" w:rsidP="00E24BA4"/>
    <w:p w14:paraId="0DB67712" w14:textId="57ED0BA6" w:rsidR="00E24BA4" w:rsidRDefault="00E24BA4" w:rsidP="00E24BA4">
      <w:r>
        <w:lastRenderedPageBreak/>
        <w:t>Patent, Faydalı Model, Prototip ve Diğer Ar-Ge Çıktıları</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94"/>
        <w:gridCol w:w="1112"/>
        <w:gridCol w:w="1270"/>
        <w:gridCol w:w="2586"/>
      </w:tblGrid>
      <w:tr w:rsidR="00621353" w:rsidRPr="0007764D" w14:paraId="36995FBC" w14:textId="77777777" w:rsidTr="009D611D">
        <w:trPr>
          <w:tblHeader/>
          <w:tblCellSpacing w:w="15" w:type="dxa"/>
        </w:trPr>
        <w:tc>
          <w:tcPr>
            <w:tcW w:w="0" w:type="auto"/>
            <w:shd w:val="clear" w:color="auto" w:fill="B99C71"/>
            <w:vAlign w:val="center"/>
            <w:hideMark/>
          </w:tcPr>
          <w:p w14:paraId="2C02A882" w14:textId="77777777" w:rsidR="00621353" w:rsidRPr="0007764D" w:rsidRDefault="00621353" w:rsidP="009D611D">
            <w:pPr>
              <w:pStyle w:val="Stil4"/>
              <w:rPr>
                <w:rFonts w:eastAsia="Times New Roman"/>
                <w:lang w:eastAsia="tr-TR"/>
              </w:rPr>
            </w:pPr>
            <w:r w:rsidRPr="0007764D">
              <w:rPr>
                <w:rFonts w:eastAsia="Times New Roman"/>
                <w:lang w:eastAsia="tr-TR"/>
              </w:rPr>
              <w:t>Çıktı Türü (Patent, Faydalı Model, Yazılım, Prototip vb.)</w:t>
            </w:r>
          </w:p>
        </w:tc>
        <w:tc>
          <w:tcPr>
            <w:tcW w:w="0" w:type="auto"/>
            <w:shd w:val="clear" w:color="auto" w:fill="B99C71"/>
            <w:vAlign w:val="center"/>
            <w:hideMark/>
          </w:tcPr>
          <w:p w14:paraId="7D075B30" w14:textId="77777777" w:rsidR="00621353" w:rsidRPr="0007764D" w:rsidRDefault="00621353" w:rsidP="009D611D">
            <w:pPr>
              <w:pStyle w:val="Stil4"/>
              <w:rPr>
                <w:rFonts w:eastAsia="Times New Roman"/>
                <w:lang w:eastAsia="tr-TR"/>
              </w:rPr>
            </w:pPr>
            <w:r w:rsidRPr="0007764D">
              <w:rPr>
                <w:rFonts w:eastAsia="Times New Roman"/>
                <w:lang w:eastAsia="tr-TR"/>
              </w:rPr>
              <w:t>Başlık / Konu</w:t>
            </w:r>
          </w:p>
        </w:tc>
        <w:tc>
          <w:tcPr>
            <w:tcW w:w="0" w:type="auto"/>
            <w:shd w:val="clear" w:color="auto" w:fill="B99C71"/>
            <w:vAlign w:val="center"/>
            <w:hideMark/>
          </w:tcPr>
          <w:p w14:paraId="1E424A15" w14:textId="77777777" w:rsidR="00621353" w:rsidRPr="0007764D" w:rsidRDefault="00621353" w:rsidP="009D611D">
            <w:pPr>
              <w:pStyle w:val="Stil4"/>
              <w:rPr>
                <w:rFonts w:eastAsia="Times New Roman"/>
                <w:lang w:eastAsia="tr-TR"/>
              </w:rPr>
            </w:pPr>
            <w:r w:rsidRPr="0007764D">
              <w:rPr>
                <w:rFonts w:eastAsia="Times New Roman"/>
                <w:lang w:eastAsia="tr-TR"/>
              </w:rPr>
              <w:t>Başvuru Tarihi</w:t>
            </w:r>
          </w:p>
        </w:tc>
        <w:tc>
          <w:tcPr>
            <w:tcW w:w="0" w:type="auto"/>
            <w:shd w:val="clear" w:color="auto" w:fill="B99C71"/>
            <w:vAlign w:val="center"/>
            <w:hideMark/>
          </w:tcPr>
          <w:p w14:paraId="7020D507" w14:textId="77777777" w:rsidR="00621353" w:rsidRPr="0007764D" w:rsidRDefault="00621353" w:rsidP="009D611D">
            <w:pPr>
              <w:pStyle w:val="Stil4"/>
              <w:rPr>
                <w:rFonts w:eastAsia="Times New Roman"/>
                <w:lang w:eastAsia="tr-TR"/>
              </w:rPr>
            </w:pPr>
            <w:r w:rsidRPr="0007764D">
              <w:rPr>
                <w:rFonts w:eastAsia="Times New Roman"/>
                <w:lang w:eastAsia="tr-TR"/>
              </w:rPr>
              <w:t>Tescil Durumu (Başvuru / Tescilli)</w:t>
            </w:r>
          </w:p>
        </w:tc>
      </w:tr>
      <w:tr w:rsidR="00621353" w:rsidRPr="0007764D" w14:paraId="4A1DF353" w14:textId="77777777" w:rsidTr="009D611D">
        <w:trPr>
          <w:tblCellSpacing w:w="15" w:type="dxa"/>
        </w:trPr>
        <w:tc>
          <w:tcPr>
            <w:tcW w:w="0" w:type="auto"/>
            <w:vAlign w:val="center"/>
            <w:hideMark/>
          </w:tcPr>
          <w:p w14:paraId="34FA823E" w14:textId="77777777" w:rsidR="00621353" w:rsidRPr="0007764D" w:rsidRDefault="00621353" w:rsidP="009D611D">
            <w:pPr>
              <w:pStyle w:val="Stil4"/>
              <w:rPr>
                <w:rFonts w:eastAsia="Times New Roman"/>
                <w:lang w:eastAsia="tr-TR"/>
              </w:rPr>
            </w:pPr>
          </w:p>
        </w:tc>
        <w:tc>
          <w:tcPr>
            <w:tcW w:w="0" w:type="auto"/>
            <w:vAlign w:val="center"/>
            <w:hideMark/>
          </w:tcPr>
          <w:p w14:paraId="0963614A" w14:textId="77777777" w:rsidR="00621353" w:rsidRPr="0007764D" w:rsidRDefault="00621353" w:rsidP="009D611D">
            <w:pPr>
              <w:pStyle w:val="Stil4"/>
              <w:rPr>
                <w:rFonts w:eastAsia="Times New Roman"/>
                <w:lang w:eastAsia="tr-TR"/>
              </w:rPr>
            </w:pPr>
            <w:r w:rsidRPr="0007764D">
              <w:rPr>
                <w:rFonts w:eastAsia="Times New Roman"/>
                <w:lang w:eastAsia="tr-TR"/>
              </w:rPr>
              <w:t>…</w:t>
            </w:r>
          </w:p>
        </w:tc>
        <w:tc>
          <w:tcPr>
            <w:tcW w:w="0" w:type="auto"/>
            <w:vAlign w:val="center"/>
            <w:hideMark/>
          </w:tcPr>
          <w:p w14:paraId="4498026A" w14:textId="77777777" w:rsidR="00621353" w:rsidRPr="0007764D" w:rsidRDefault="00621353" w:rsidP="009D611D">
            <w:pPr>
              <w:pStyle w:val="Stil4"/>
              <w:rPr>
                <w:rFonts w:eastAsia="Times New Roman"/>
                <w:lang w:eastAsia="tr-TR"/>
              </w:rPr>
            </w:pPr>
            <w:r w:rsidRPr="0007764D">
              <w:rPr>
                <w:rFonts w:eastAsia="Times New Roman"/>
                <w:lang w:eastAsia="tr-TR"/>
              </w:rPr>
              <w:t>…</w:t>
            </w:r>
          </w:p>
        </w:tc>
        <w:tc>
          <w:tcPr>
            <w:tcW w:w="0" w:type="auto"/>
            <w:vAlign w:val="center"/>
            <w:hideMark/>
          </w:tcPr>
          <w:p w14:paraId="16A16EA2" w14:textId="77777777" w:rsidR="00621353" w:rsidRPr="0007764D" w:rsidRDefault="00621353" w:rsidP="009D611D">
            <w:pPr>
              <w:pStyle w:val="Stil4"/>
              <w:rPr>
                <w:rFonts w:eastAsia="Times New Roman"/>
                <w:lang w:eastAsia="tr-TR"/>
              </w:rPr>
            </w:pPr>
            <w:r w:rsidRPr="0007764D">
              <w:rPr>
                <w:rFonts w:eastAsia="Times New Roman"/>
                <w:lang w:eastAsia="tr-TR"/>
              </w:rPr>
              <w:t>Başvuru / Tescilli</w:t>
            </w:r>
          </w:p>
        </w:tc>
      </w:tr>
      <w:tr w:rsidR="00621353" w:rsidRPr="0007764D" w14:paraId="62EA00EB" w14:textId="77777777" w:rsidTr="009D611D">
        <w:trPr>
          <w:tblCellSpacing w:w="15" w:type="dxa"/>
        </w:trPr>
        <w:tc>
          <w:tcPr>
            <w:tcW w:w="0" w:type="auto"/>
            <w:vAlign w:val="center"/>
          </w:tcPr>
          <w:p w14:paraId="7A0C9303" w14:textId="77777777" w:rsidR="00621353" w:rsidRPr="0007764D" w:rsidRDefault="00621353" w:rsidP="009D611D">
            <w:pPr>
              <w:pStyle w:val="Stil4"/>
              <w:rPr>
                <w:rFonts w:eastAsia="Times New Roman"/>
                <w:lang w:eastAsia="tr-TR"/>
              </w:rPr>
            </w:pPr>
          </w:p>
        </w:tc>
        <w:tc>
          <w:tcPr>
            <w:tcW w:w="0" w:type="auto"/>
            <w:vAlign w:val="center"/>
          </w:tcPr>
          <w:p w14:paraId="4F70CE74" w14:textId="77777777" w:rsidR="00621353" w:rsidRPr="0007764D" w:rsidRDefault="00621353" w:rsidP="009D611D">
            <w:pPr>
              <w:pStyle w:val="Stil4"/>
              <w:rPr>
                <w:rFonts w:eastAsia="Times New Roman"/>
                <w:lang w:eastAsia="tr-TR"/>
              </w:rPr>
            </w:pPr>
          </w:p>
        </w:tc>
        <w:tc>
          <w:tcPr>
            <w:tcW w:w="0" w:type="auto"/>
            <w:vAlign w:val="center"/>
          </w:tcPr>
          <w:p w14:paraId="35AD156D" w14:textId="77777777" w:rsidR="00621353" w:rsidRPr="0007764D" w:rsidRDefault="00621353" w:rsidP="009D611D">
            <w:pPr>
              <w:pStyle w:val="Stil4"/>
              <w:rPr>
                <w:rFonts w:eastAsia="Times New Roman"/>
                <w:lang w:eastAsia="tr-TR"/>
              </w:rPr>
            </w:pPr>
          </w:p>
        </w:tc>
        <w:tc>
          <w:tcPr>
            <w:tcW w:w="0" w:type="auto"/>
            <w:vAlign w:val="center"/>
          </w:tcPr>
          <w:p w14:paraId="4C1BD5E8" w14:textId="77777777" w:rsidR="00621353" w:rsidRPr="0007764D" w:rsidRDefault="00621353" w:rsidP="009D611D">
            <w:pPr>
              <w:pStyle w:val="Stil4"/>
              <w:rPr>
                <w:rFonts w:eastAsia="Times New Roman"/>
                <w:lang w:eastAsia="tr-TR"/>
              </w:rPr>
            </w:pPr>
          </w:p>
        </w:tc>
      </w:tr>
    </w:tbl>
    <w:p w14:paraId="463216D4" w14:textId="77777777" w:rsidR="00E24BA4" w:rsidRDefault="00E24BA4" w:rsidP="00E24BA4"/>
    <w:p w14:paraId="0AA2AC98" w14:textId="77777777" w:rsidR="00E24BA4" w:rsidRPr="004D13C3" w:rsidRDefault="00E24BA4" w:rsidP="00E24BA4">
      <w:pPr>
        <w:pStyle w:val="Stil2"/>
      </w:pPr>
      <w:bookmarkStart w:id="30" w:name="_Toc217311507"/>
      <w:r w:rsidRPr="004D13C3">
        <w:rPr>
          <w:rFonts w:cs="Times New Roman"/>
          <w:szCs w:val="24"/>
        </w:rPr>
        <w:t xml:space="preserve">5.3. </w:t>
      </w:r>
      <w:r w:rsidRPr="004D13C3">
        <w:t>Toplumsal Katkı Faaliyetleri</w:t>
      </w:r>
      <w:bookmarkEnd w:id="30"/>
    </w:p>
    <w:p w14:paraId="0EFC7B2A" w14:textId="48A9AC4B" w:rsidR="00C00507" w:rsidRDefault="00F066CC" w:rsidP="00C00507">
      <w:pPr>
        <w:rPr>
          <w:lang w:val="tr-TR" w:eastAsia="tr-TR"/>
        </w:rPr>
      </w:pPr>
      <w:r>
        <w:rPr>
          <w:lang w:val="tr-TR" w:eastAsia="tr-TR"/>
        </w:rPr>
        <w:t>Birimimizin Toplumsal Katkı Faaliyetleri kapsamında gerçekleştirdiği etkinlikler;</w:t>
      </w:r>
    </w:p>
    <w:p w14:paraId="342207B6" w14:textId="188E9096" w:rsidR="00C00507" w:rsidRPr="00C00507" w:rsidRDefault="00C00507" w:rsidP="00C00507">
      <w:pPr>
        <w:rPr>
          <w:lang w:val="tr-TR" w:eastAsia="tr-TR"/>
        </w:rPr>
      </w:pPr>
      <w:r>
        <w:rPr>
          <w:noProof/>
          <w:lang w:val="tr-TR" w:eastAsia="tr-TR"/>
        </w:rPr>
        <w:drawing>
          <wp:inline distT="0" distB="0" distL="0" distR="0" wp14:anchorId="304D7833" wp14:editId="7286F486">
            <wp:extent cx="2545080" cy="2092968"/>
            <wp:effectExtent l="0" t="0" r="7620" b="2540"/>
            <wp:docPr id="508538135" name="Resim 4"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38135" name="Resim 4" descr="metin, ekran görüntüsü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5624" cy="2101639"/>
                    </a:xfrm>
                    <a:prstGeom prst="rect">
                      <a:avLst/>
                    </a:prstGeom>
                    <a:noFill/>
                    <a:ln>
                      <a:noFill/>
                    </a:ln>
                  </pic:spPr>
                </pic:pic>
              </a:graphicData>
            </a:graphic>
          </wp:inline>
        </w:drawing>
      </w:r>
    </w:p>
    <w:p w14:paraId="70DE3DBC" w14:textId="4E3D88C8" w:rsidR="00F05DF0" w:rsidRDefault="00227818" w:rsidP="00E24BA4">
      <w:r>
        <w:t xml:space="preserve">Anadolu Lezzet Yolculuğu: </w:t>
      </w:r>
      <w:r w:rsidRPr="00227818">
        <w:t>https://kale.ozal.edu.tr/announcements-detail/3285</w:t>
      </w:r>
    </w:p>
    <w:p w14:paraId="466C6BFB" w14:textId="5B293744" w:rsidR="00F05DF0" w:rsidRDefault="00227818" w:rsidP="00E24BA4">
      <w:r>
        <w:t xml:space="preserve">Baklava şöleni: </w:t>
      </w:r>
      <w:hyperlink r:id="rId11" w:history="1">
        <w:r w:rsidRPr="002D43CE">
          <w:rPr>
            <w:rStyle w:val="Kpr"/>
          </w:rPr>
          <w:t>https://kale.ozal.edu.tr/news-detail/2565</w:t>
        </w:r>
      </w:hyperlink>
    </w:p>
    <w:p w14:paraId="2CC39873" w14:textId="4E440C29" w:rsidR="00FE0C38" w:rsidRDefault="00FE0C38" w:rsidP="00E24BA4">
      <w:r>
        <w:t xml:space="preserve">Turizmde kariyer rotası:  </w:t>
      </w:r>
      <w:hyperlink r:id="rId12" w:history="1">
        <w:r w:rsidR="0057664C" w:rsidRPr="002D43CE">
          <w:rPr>
            <w:rStyle w:val="Kpr"/>
          </w:rPr>
          <w:t>https://kale.ozal.edu.tr/announcements-detail/2410</w:t>
        </w:r>
      </w:hyperlink>
    </w:p>
    <w:p w14:paraId="496A5ABA" w14:textId="77C5B485" w:rsidR="0057664C" w:rsidRDefault="0057664C" w:rsidP="00E24BA4">
      <w:r>
        <w:t xml:space="preserve">Pizza Workshop: </w:t>
      </w:r>
      <w:hyperlink r:id="rId13" w:history="1">
        <w:r w:rsidR="00227818" w:rsidRPr="002D43CE">
          <w:rPr>
            <w:rStyle w:val="Kpr"/>
          </w:rPr>
          <w:t>https://kale.ozal.edu.tr/announcements-detail/1428</w:t>
        </w:r>
      </w:hyperlink>
    </w:p>
    <w:p w14:paraId="7F233225" w14:textId="2E03F4F2" w:rsidR="00F90C42" w:rsidRDefault="00F90C42" w:rsidP="00E24BA4">
      <w:r>
        <w:t xml:space="preserve">Miniklerle Bayram Coşkusu: </w:t>
      </w:r>
      <w:hyperlink r:id="rId14" w:history="1">
        <w:r w:rsidRPr="002D43CE">
          <w:rPr>
            <w:rStyle w:val="Kpr"/>
          </w:rPr>
          <w:t>https://kale.ozal.edu.tr/news-detail/1241</w:t>
        </w:r>
      </w:hyperlink>
    </w:p>
    <w:p w14:paraId="3B23CF0E" w14:textId="77777777" w:rsidR="000D124F" w:rsidRDefault="000D124F" w:rsidP="00E24BA4"/>
    <w:p w14:paraId="3D0325FB" w14:textId="0F1BDE17" w:rsidR="00E24BA4" w:rsidRDefault="00E24BA4" w:rsidP="00E24BA4">
      <w:r>
        <w:t>Kamu, Yerel Yönetim ve STK’larla Ortak Toplumsal Katkı Projeleri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2"/>
        <w:gridCol w:w="1777"/>
        <w:gridCol w:w="1403"/>
        <w:gridCol w:w="679"/>
        <w:gridCol w:w="1605"/>
        <w:gridCol w:w="1220"/>
        <w:gridCol w:w="926"/>
      </w:tblGrid>
      <w:tr w:rsidR="00C51517" w:rsidRPr="0007764D" w14:paraId="7C22592B" w14:textId="77777777" w:rsidTr="00511BA2">
        <w:trPr>
          <w:tblHeader/>
          <w:tblCellSpacing w:w="15" w:type="dxa"/>
        </w:trPr>
        <w:tc>
          <w:tcPr>
            <w:tcW w:w="1407" w:type="dxa"/>
            <w:shd w:val="clear" w:color="auto" w:fill="B99C71"/>
            <w:vAlign w:val="center"/>
            <w:hideMark/>
          </w:tcPr>
          <w:p w14:paraId="3CD4ED91" w14:textId="77777777" w:rsidR="00E24BA4" w:rsidRPr="0007764D" w:rsidRDefault="00E24BA4" w:rsidP="009D611D">
            <w:pPr>
              <w:pStyle w:val="Stil4"/>
              <w:rPr>
                <w:rFonts w:eastAsia="Times New Roman"/>
                <w:lang w:eastAsia="tr-TR"/>
              </w:rPr>
            </w:pPr>
            <w:r w:rsidRPr="0007764D">
              <w:rPr>
                <w:rFonts w:eastAsia="Times New Roman"/>
                <w:lang w:eastAsia="tr-TR"/>
              </w:rPr>
              <w:t>Proje Adı</w:t>
            </w:r>
          </w:p>
        </w:tc>
        <w:tc>
          <w:tcPr>
            <w:tcW w:w="1747" w:type="dxa"/>
            <w:shd w:val="clear" w:color="auto" w:fill="B99C71"/>
            <w:vAlign w:val="center"/>
            <w:hideMark/>
          </w:tcPr>
          <w:p w14:paraId="4FAAB648" w14:textId="77777777" w:rsidR="00E24BA4" w:rsidRPr="0007764D" w:rsidRDefault="00E24BA4" w:rsidP="009D611D">
            <w:pPr>
              <w:pStyle w:val="Stil4"/>
              <w:rPr>
                <w:rFonts w:eastAsia="Times New Roman"/>
                <w:lang w:eastAsia="tr-TR"/>
              </w:rPr>
            </w:pPr>
            <w:r w:rsidRPr="0007764D">
              <w:rPr>
                <w:rFonts w:eastAsia="Times New Roman"/>
                <w:lang w:eastAsia="tr-TR"/>
              </w:rPr>
              <w:t>Ortak Kurum / Kuruluş (Belediye, Bakanlık, STK vb.)</w:t>
            </w:r>
          </w:p>
        </w:tc>
        <w:tc>
          <w:tcPr>
            <w:tcW w:w="0" w:type="auto"/>
            <w:shd w:val="clear" w:color="auto" w:fill="B99C71"/>
            <w:vAlign w:val="center"/>
            <w:hideMark/>
          </w:tcPr>
          <w:p w14:paraId="631FC37E" w14:textId="77777777" w:rsidR="00E24BA4" w:rsidRPr="0007764D" w:rsidRDefault="00E24BA4" w:rsidP="009D611D">
            <w:pPr>
              <w:pStyle w:val="Stil4"/>
              <w:rPr>
                <w:rFonts w:eastAsia="Times New Roman"/>
                <w:lang w:eastAsia="tr-TR"/>
              </w:rPr>
            </w:pPr>
            <w:r w:rsidRPr="0007764D">
              <w:rPr>
                <w:rFonts w:eastAsia="Times New Roman"/>
                <w:lang w:eastAsia="tr-TR"/>
              </w:rPr>
              <w:t>Hedef Grup (Gençler, Çiftçiler, Kadınlar vb.)</w:t>
            </w:r>
          </w:p>
        </w:tc>
        <w:tc>
          <w:tcPr>
            <w:tcW w:w="0" w:type="auto"/>
            <w:shd w:val="clear" w:color="auto" w:fill="B99C71"/>
            <w:vAlign w:val="center"/>
            <w:hideMark/>
          </w:tcPr>
          <w:p w14:paraId="549BA2B9" w14:textId="77777777" w:rsidR="00E24BA4" w:rsidRPr="0007764D" w:rsidRDefault="00E24BA4" w:rsidP="009D611D">
            <w:pPr>
              <w:pStyle w:val="Stil4"/>
              <w:rPr>
                <w:rFonts w:eastAsia="Times New Roman"/>
                <w:lang w:eastAsia="tr-TR"/>
              </w:rPr>
            </w:pPr>
            <w:r w:rsidRPr="0007764D">
              <w:rPr>
                <w:rFonts w:eastAsia="Times New Roman"/>
                <w:lang w:eastAsia="tr-TR"/>
              </w:rPr>
              <w:t>Proje Süresi</w:t>
            </w:r>
          </w:p>
        </w:tc>
        <w:tc>
          <w:tcPr>
            <w:tcW w:w="0" w:type="auto"/>
            <w:shd w:val="clear" w:color="auto" w:fill="B99C71"/>
            <w:vAlign w:val="center"/>
            <w:hideMark/>
          </w:tcPr>
          <w:p w14:paraId="71BE66E6" w14:textId="77777777" w:rsidR="00E24BA4" w:rsidRPr="0007764D" w:rsidRDefault="00E24BA4" w:rsidP="009D611D">
            <w:pPr>
              <w:pStyle w:val="Stil4"/>
              <w:rPr>
                <w:rFonts w:eastAsia="Times New Roman"/>
                <w:lang w:eastAsia="tr-TR"/>
              </w:rPr>
            </w:pPr>
            <w:r w:rsidRPr="0007764D">
              <w:rPr>
                <w:rFonts w:eastAsia="Times New Roman"/>
                <w:lang w:eastAsia="tr-TR"/>
              </w:rPr>
              <w:t>Temel Faaliyetler</w:t>
            </w:r>
          </w:p>
        </w:tc>
        <w:tc>
          <w:tcPr>
            <w:tcW w:w="0" w:type="auto"/>
            <w:shd w:val="clear" w:color="auto" w:fill="B99C71"/>
            <w:vAlign w:val="center"/>
            <w:hideMark/>
          </w:tcPr>
          <w:p w14:paraId="307E81A3" w14:textId="77777777" w:rsidR="00E24BA4" w:rsidRPr="0007764D" w:rsidRDefault="00E24BA4" w:rsidP="009D611D">
            <w:pPr>
              <w:pStyle w:val="Stil4"/>
              <w:rPr>
                <w:rFonts w:eastAsia="Times New Roman"/>
                <w:lang w:eastAsia="tr-TR"/>
              </w:rPr>
            </w:pPr>
            <w:r w:rsidRPr="0007764D">
              <w:rPr>
                <w:rFonts w:eastAsia="Times New Roman"/>
                <w:lang w:eastAsia="tr-TR"/>
              </w:rPr>
              <w:t>Elde Edilen Sonuçlar / Çıktılar</w:t>
            </w:r>
          </w:p>
        </w:tc>
        <w:tc>
          <w:tcPr>
            <w:tcW w:w="0" w:type="auto"/>
            <w:shd w:val="clear" w:color="auto" w:fill="B99C71"/>
            <w:vAlign w:val="center"/>
            <w:hideMark/>
          </w:tcPr>
          <w:p w14:paraId="00401C44" w14:textId="77777777" w:rsidR="00E24BA4" w:rsidRPr="00BC1E5A" w:rsidRDefault="00E24BA4" w:rsidP="009D611D">
            <w:pPr>
              <w:pStyle w:val="Stil4"/>
              <w:rPr>
                <w:rFonts w:eastAsia="Times New Roman"/>
                <w:lang w:eastAsia="tr-TR"/>
              </w:rPr>
            </w:pPr>
            <w:r w:rsidRPr="0007764D">
              <w:rPr>
                <w:rFonts w:eastAsia="Times New Roman"/>
                <w:lang w:eastAsia="tr-TR"/>
              </w:rPr>
              <w:t>Kapsam (Yerel/</w:t>
            </w:r>
          </w:p>
          <w:p w14:paraId="36890C35" w14:textId="77777777" w:rsidR="00E24BA4" w:rsidRPr="00BC1E5A" w:rsidRDefault="00E24BA4" w:rsidP="009D611D">
            <w:pPr>
              <w:pStyle w:val="Stil4"/>
              <w:rPr>
                <w:rFonts w:eastAsia="Times New Roman"/>
                <w:lang w:eastAsia="tr-TR"/>
              </w:rPr>
            </w:pPr>
            <w:r w:rsidRPr="0007764D">
              <w:rPr>
                <w:rFonts w:eastAsia="Times New Roman"/>
                <w:lang w:eastAsia="tr-TR"/>
              </w:rPr>
              <w:t>Bölgesel/</w:t>
            </w:r>
          </w:p>
          <w:p w14:paraId="42A62D3D" w14:textId="77777777" w:rsidR="00E24BA4" w:rsidRPr="0007764D" w:rsidRDefault="00E24BA4" w:rsidP="009D611D">
            <w:pPr>
              <w:pStyle w:val="Stil4"/>
              <w:rPr>
                <w:rFonts w:eastAsia="Times New Roman"/>
                <w:lang w:eastAsia="tr-TR"/>
              </w:rPr>
            </w:pPr>
            <w:r w:rsidRPr="0007764D">
              <w:rPr>
                <w:rFonts w:eastAsia="Times New Roman"/>
                <w:lang w:eastAsia="tr-TR"/>
              </w:rPr>
              <w:t>Ulusal)</w:t>
            </w:r>
          </w:p>
        </w:tc>
      </w:tr>
      <w:tr w:rsidR="00C51517" w:rsidRPr="0007764D" w14:paraId="75A643B6" w14:textId="77777777" w:rsidTr="00511BA2">
        <w:trPr>
          <w:tblCellSpacing w:w="15" w:type="dxa"/>
        </w:trPr>
        <w:tc>
          <w:tcPr>
            <w:tcW w:w="1407" w:type="dxa"/>
            <w:vAlign w:val="center"/>
            <w:hideMark/>
          </w:tcPr>
          <w:p w14:paraId="4CC3C8EC" w14:textId="77777777" w:rsidR="00E24BA4" w:rsidRPr="00511BA2" w:rsidRDefault="00F531F6" w:rsidP="009D611D">
            <w:pPr>
              <w:pStyle w:val="Stil4"/>
              <w:rPr>
                <w:rFonts w:eastAsia="Times New Roman"/>
                <w:b w:val="0"/>
                <w:lang w:eastAsia="tr-TR"/>
              </w:rPr>
            </w:pPr>
            <w:r w:rsidRPr="00511BA2">
              <w:rPr>
                <w:rFonts w:eastAsia="Times New Roman"/>
                <w:b w:val="0"/>
                <w:lang w:eastAsia="tr-TR"/>
              </w:rPr>
              <w:t>SİNEMA</w:t>
            </w:r>
          </w:p>
        </w:tc>
        <w:tc>
          <w:tcPr>
            <w:tcW w:w="1747" w:type="dxa"/>
            <w:vAlign w:val="center"/>
            <w:hideMark/>
          </w:tcPr>
          <w:p w14:paraId="0DFFDAC8" w14:textId="56DBB96D" w:rsidR="00E24BA4" w:rsidRPr="00511BA2" w:rsidRDefault="00F05DF0" w:rsidP="009D611D">
            <w:pPr>
              <w:pStyle w:val="Stil4"/>
              <w:rPr>
                <w:rFonts w:eastAsia="Times New Roman"/>
                <w:b w:val="0"/>
                <w:lang w:eastAsia="tr-TR"/>
              </w:rPr>
            </w:pPr>
            <w:r w:rsidRPr="00511BA2">
              <w:rPr>
                <w:rFonts w:eastAsia="Times New Roman"/>
                <w:b w:val="0"/>
                <w:lang w:eastAsia="tr-TR"/>
              </w:rPr>
              <w:t>Malatya Milli Eğitim Müdürlüğü,</w:t>
            </w:r>
            <w:r w:rsidR="00227818" w:rsidRPr="00511BA2">
              <w:rPr>
                <w:rFonts w:eastAsia="Times New Roman"/>
                <w:b w:val="0"/>
                <w:lang w:eastAsia="tr-TR"/>
              </w:rPr>
              <w:t xml:space="preserve"> Kale Bent </w:t>
            </w:r>
            <w:r w:rsidRPr="00511BA2">
              <w:rPr>
                <w:rFonts w:eastAsia="Times New Roman"/>
                <w:b w:val="0"/>
                <w:lang w:eastAsia="tr-TR"/>
              </w:rPr>
              <w:t>İlköğretim Okulu</w:t>
            </w:r>
          </w:p>
        </w:tc>
        <w:tc>
          <w:tcPr>
            <w:tcW w:w="0" w:type="auto"/>
            <w:vAlign w:val="center"/>
            <w:hideMark/>
          </w:tcPr>
          <w:p w14:paraId="2B78E45A" w14:textId="39CDF9BE" w:rsidR="00E24BA4" w:rsidRPr="00511BA2" w:rsidRDefault="00F05DF0" w:rsidP="009D611D">
            <w:pPr>
              <w:pStyle w:val="Stil4"/>
              <w:rPr>
                <w:rFonts w:eastAsia="Times New Roman"/>
                <w:b w:val="0"/>
                <w:lang w:eastAsia="tr-TR"/>
              </w:rPr>
            </w:pPr>
            <w:r w:rsidRPr="00511BA2">
              <w:rPr>
                <w:rFonts w:eastAsia="Times New Roman"/>
                <w:b w:val="0"/>
                <w:lang w:eastAsia="tr-TR"/>
              </w:rPr>
              <w:t>İlköğretim öğrencileri</w:t>
            </w:r>
            <w:r w:rsidR="00227818" w:rsidRPr="00511BA2">
              <w:rPr>
                <w:rFonts w:eastAsia="Times New Roman"/>
                <w:b w:val="0"/>
                <w:lang w:eastAsia="tr-TR"/>
              </w:rPr>
              <w:t xml:space="preserve"> </w:t>
            </w:r>
          </w:p>
        </w:tc>
        <w:tc>
          <w:tcPr>
            <w:tcW w:w="0" w:type="auto"/>
            <w:vAlign w:val="center"/>
            <w:hideMark/>
          </w:tcPr>
          <w:p w14:paraId="57DD254A" w14:textId="5A4967B6" w:rsidR="00E24BA4" w:rsidRPr="00511BA2" w:rsidRDefault="00F05DF0" w:rsidP="009D611D">
            <w:pPr>
              <w:pStyle w:val="Stil4"/>
              <w:rPr>
                <w:rFonts w:eastAsia="Times New Roman"/>
                <w:b w:val="0"/>
                <w:lang w:eastAsia="tr-TR"/>
              </w:rPr>
            </w:pPr>
            <w:r w:rsidRPr="00511BA2">
              <w:rPr>
                <w:rFonts w:eastAsia="Times New Roman"/>
                <w:b w:val="0"/>
                <w:lang w:eastAsia="tr-TR"/>
              </w:rPr>
              <w:t xml:space="preserve"> 1 gün</w:t>
            </w:r>
          </w:p>
        </w:tc>
        <w:tc>
          <w:tcPr>
            <w:tcW w:w="0" w:type="auto"/>
            <w:vAlign w:val="center"/>
            <w:hideMark/>
          </w:tcPr>
          <w:p w14:paraId="59EC647E" w14:textId="3510D7CF" w:rsidR="00E24BA4" w:rsidRPr="00511BA2" w:rsidRDefault="0085694E" w:rsidP="009D611D">
            <w:pPr>
              <w:pStyle w:val="Stil4"/>
              <w:rPr>
                <w:rFonts w:eastAsia="Times New Roman"/>
                <w:b w:val="0"/>
                <w:lang w:eastAsia="tr-TR"/>
              </w:rPr>
            </w:pPr>
            <w:r w:rsidRPr="00511BA2">
              <w:rPr>
                <w:rFonts w:eastAsia="Times New Roman"/>
                <w:b w:val="0"/>
                <w:lang w:eastAsia="tr-TR"/>
              </w:rPr>
              <w:t>Sosyal</w:t>
            </w:r>
          </w:p>
        </w:tc>
        <w:tc>
          <w:tcPr>
            <w:tcW w:w="0" w:type="auto"/>
            <w:vAlign w:val="center"/>
            <w:hideMark/>
          </w:tcPr>
          <w:p w14:paraId="5CD82318" w14:textId="7E9136DF" w:rsidR="00E24BA4" w:rsidRPr="00511BA2" w:rsidRDefault="00F066CC" w:rsidP="009D611D">
            <w:pPr>
              <w:pStyle w:val="Stil4"/>
              <w:rPr>
                <w:rFonts w:eastAsia="Times New Roman"/>
                <w:b w:val="0"/>
                <w:lang w:eastAsia="tr-TR"/>
              </w:rPr>
            </w:pPr>
            <w:r w:rsidRPr="00511BA2">
              <w:rPr>
                <w:rFonts w:eastAsia="Times New Roman"/>
                <w:b w:val="0"/>
                <w:lang w:eastAsia="tr-TR"/>
              </w:rPr>
              <w:t>Deneyim</w:t>
            </w:r>
          </w:p>
        </w:tc>
        <w:tc>
          <w:tcPr>
            <w:tcW w:w="0" w:type="auto"/>
            <w:vAlign w:val="center"/>
            <w:hideMark/>
          </w:tcPr>
          <w:p w14:paraId="6AC72A14" w14:textId="13E50201" w:rsidR="00E24BA4" w:rsidRPr="00511BA2" w:rsidRDefault="00F05DF0" w:rsidP="009D611D">
            <w:pPr>
              <w:pStyle w:val="Stil4"/>
              <w:rPr>
                <w:rFonts w:eastAsia="Times New Roman"/>
                <w:b w:val="0"/>
                <w:lang w:eastAsia="tr-TR"/>
              </w:rPr>
            </w:pPr>
            <w:r w:rsidRPr="00511BA2">
              <w:rPr>
                <w:rFonts w:eastAsia="Times New Roman"/>
                <w:b w:val="0"/>
                <w:lang w:eastAsia="tr-TR"/>
              </w:rPr>
              <w:t>Yerel</w:t>
            </w:r>
          </w:p>
        </w:tc>
      </w:tr>
      <w:tr w:rsidR="00C51517" w:rsidRPr="0007764D" w14:paraId="10294601" w14:textId="77777777" w:rsidTr="00511BA2">
        <w:trPr>
          <w:tblCellSpacing w:w="15" w:type="dxa"/>
        </w:trPr>
        <w:tc>
          <w:tcPr>
            <w:tcW w:w="1407" w:type="dxa"/>
            <w:vAlign w:val="center"/>
          </w:tcPr>
          <w:p w14:paraId="0680A677" w14:textId="77777777" w:rsidR="00E24BA4" w:rsidRPr="00511BA2" w:rsidRDefault="00F531F6" w:rsidP="009D611D">
            <w:pPr>
              <w:pStyle w:val="Stil4"/>
              <w:rPr>
                <w:rFonts w:eastAsia="Times New Roman"/>
                <w:b w:val="0"/>
                <w:lang w:eastAsia="tr-TR"/>
              </w:rPr>
            </w:pPr>
            <w:r w:rsidRPr="00511BA2">
              <w:rPr>
                <w:rFonts w:eastAsia="Times New Roman"/>
                <w:b w:val="0"/>
                <w:lang w:eastAsia="tr-TR"/>
              </w:rPr>
              <w:t>WORKSHOP</w:t>
            </w:r>
          </w:p>
        </w:tc>
        <w:tc>
          <w:tcPr>
            <w:tcW w:w="1747" w:type="dxa"/>
            <w:vAlign w:val="center"/>
          </w:tcPr>
          <w:p w14:paraId="107ED4C3" w14:textId="2DFF0DE7" w:rsidR="00E24BA4" w:rsidRPr="00511BA2" w:rsidRDefault="001D2524" w:rsidP="009D611D">
            <w:pPr>
              <w:pStyle w:val="Stil4"/>
              <w:rPr>
                <w:rFonts w:eastAsia="Times New Roman"/>
                <w:b w:val="0"/>
                <w:lang w:eastAsia="tr-TR"/>
              </w:rPr>
            </w:pPr>
            <w:r w:rsidRPr="00511BA2">
              <w:rPr>
                <w:rFonts w:eastAsia="Times New Roman"/>
                <w:b w:val="0"/>
                <w:lang w:eastAsia="tr-TR"/>
              </w:rPr>
              <w:t>Malatya Milli Eğitim Müdürlüğü</w:t>
            </w:r>
          </w:p>
        </w:tc>
        <w:tc>
          <w:tcPr>
            <w:tcW w:w="0" w:type="auto"/>
            <w:vAlign w:val="center"/>
          </w:tcPr>
          <w:p w14:paraId="6CB4F2C9" w14:textId="797F009D" w:rsidR="00E24BA4" w:rsidRPr="00511BA2" w:rsidRDefault="00F05DF0" w:rsidP="009D611D">
            <w:pPr>
              <w:pStyle w:val="Stil4"/>
              <w:rPr>
                <w:rFonts w:eastAsia="Times New Roman"/>
                <w:b w:val="0"/>
                <w:lang w:eastAsia="tr-TR"/>
              </w:rPr>
            </w:pPr>
            <w:r w:rsidRPr="00511BA2">
              <w:rPr>
                <w:rFonts w:eastAsia="Times New Roman"/>
                <w:b w:val="0"/>
                <w:lang w:eastAsia="tr-TR"/>
              </w:rPr>
              <w:t>Lise Öğrencileri</w:t>
            </w:r>
          </w:p>
        </w:tc>
        <w:tc>
          <w:tcPr>
            <w:tcW w:w="0" w:type="auto"/>
            <w:vAlign w:val="center"/>
          </w:tcPr>
          <w:p w14:paraId="74D300D4" w14:textId="78512186" w:rsidR="00E24BA4" w:rsidRPr="00511BA2" w:rsidRDefault="00F05DF0" w:rsidP="009D611D">
            <w:pPr>
              <w:pStyle w:val="Stil4"/>
              <w:rPr>
                <w:rFonts w:eastAsia="Times New Roman"/>
                <w:b w:val="0"/>
                <w:lang w:eastAsia="tr-TR"/>
              </w:rPr>
            </w:pPr>
            <w:r w:rsidRPr="00511BA2">
              <w:rPr>
                <w:rFonts w:eastAsia="Times New Roman"/>
                <w:b w:val="0"/>
                <w:lang w:eastAsia="tr-TR"/>
              </w:rPr>
              <w:t>2 gün</w:t>
            </w:r>
          </w:p>
        </w:tc>
        <w:tc>
          <w:tcPr>
            <w:tcW w:w="0" w:type="auto"/>
            <w:vAlign w:val="center"/>
          </w:tcPr>
          <w:p w14:paraId="5DD3AFF0" w14:textId="18A92546" w:rsidR="00E24BA4" w:rsidRPr="00511BA2" w:rsidRDefault="00C51517" w:rsidP="009D611D">
            <w:pPr>
              <w:pStyle w:val="Stil4"/>
              <w:rPr>
                <w:rFonts w:eastAsia="Times New Roman"/>
                <w:b w:val="0"/>
                <w:lang w:eastAsia="tr-TR"/>
              </w:rPr>
            </w:pPr>
            <w:r w:rsidRPr="00511BA2">
              <w:rPr>
                <w:rFonts w:eastAsia="Times New Roman"/>
                <w:b w:val="0"/>
                <w:lang w:eastAsia="tr-TR"/>
              </w:rPr>
              <w:t>Mesleki Eğitim</w:t>
            </w:r>
          </w:p>
        </w:tc>
        <w:tc>
          <w:tcPr>
            <w:tcW w:w="0" w:type="auto"/>
            <w:vAlign w:val="center"/>
          </w:tcPr>
          <w:p w14:paraId="1D116BD2" w14:textId="096FF78F" w:rsidR="00E24BA4" w:rsidRPr="00511BA2" w:rsidRDefault="00F066CC" w:rsidP="009D611D">
            <w:pPr>
              <w:pStyle w:val="Stil4"/>
              <w:rPr>
                <w:rFonts w:eastAsia="Times New Roman"/>
                <w:b w:val="0"/>
                <w:lang w:eastAsia="tr-TR"/>
              </w:rPr>
            </w:pPr>
            <w:r w:rsidRPr="00511BA2">
              <w:rPr>
                <w:rFonts w:eastAsia="Times New Roman"/>
                <w:b w:val="0"/>
                <w:lang w:eastAsia="tr-TR"/>
              </w:rPr>
              <w:t>Deneyim</w:t>
            </w:r>
          </w:p>
        </w:tc>
        <w:tc>
          <w:tcPr>
            <w:tcW w:w="0" w:type="auto"/>
            <w:vAlign w:val="center"/>
          </w:tcPr>
          <w:p w14:paraId="406224C4" w14:textId="71DD9D3F" w:rsidR="00E24BA4" w:rsidRPr="00511BA2" w:rsidRDefault="00F05DF0" w:rsidP="009D611D">
            <w:pPr>
              <w:pStyle w:val="Stil4"/>
              <w:rPr>
                <w:rFonts w:eastAsia="Times New Roman"/>
                <w:b w:val="0"/>
                <w:lang w:eastAsia="tr-TR"/>
              </w:rPr>
            </w:pPr>
            <w:r w:rsidRPr="00511BA2">
              <w:rPr>
                <w:rFonts w:eastAsia="Times New Roman"/>
                <w:b w:val="0"/>
                <w:lang w:eastAsia="tr-TR"/>
              </w:rPr>
              <w:t>Yerel</w:t>
            </w:r>
          </w:p>
        </w:tc>
      </w:tr>
      <w:tr w:rsidR="00C51517" w:rsidRPr="0007764D" w14:paraId="1CBC1F59" w14:textId="77777777" w:rsidTr="00511BA2">
        <w:trPr>
          <w:tblCellSpacing w:w="15" w:type="dxa"/>
        </w:trPr>
        <w:tc>
          <w:tcPr>
            <w:tcW w:w="1407" w:type="dxa"/>
            <w:vAlign w:val="center"/>
          </w:tcPr>
          <w:p w14:paraId="1A6F3CD4" w14:textId="77777777" w:rsidR="00F531F6" w:rsidRPr="00511BA2" w:rsidRDefault="00F531F6" w:rsidP="009D611D">
            <w:pPr>
              <w:pStyle w:val="Stil4"/>
              <w:rPr>
                <w:rFonts w:eastAsia="Times New Roman"/>
                <w:b w:val="0"/>
                <w:lang w:eastAsia="tr-TR"/>
              </w:rPr>
            </w:pPr>
            <w:r w:rsidRPr="00511BA2">
              <w:rPr>
                <w:rFonts w:eastAsia="Times New Roman"/>
                <w:b w:val="0"/>
                <w:lang w:eastAsia="tr-TR"/>
              </w:rPr>
              <w:t>FİDAN DİKİMİ</w:t>
            </w:r>
          </w:p>
        </w:tc>
        <w:tc>
          <w:tcPr>
            <w:tcW w:w="1747" w:type="dxa"/>
            <w:vAlign w:val="center"/>
          </w:tcPr>
          <w:p w14:paraId="387D47CA" w14:textId="2950A983" w:rsidR="00F531F6" w:rsidRPr="00511BA2" w:rsidRDefault="00C51517" w:rsidP="009D611D">
            <w:pPr>
              <w:pStyle w:val="Stil4"/>
              <w:rPr>
                <w:rFonts w:eastAsia="Times New Roman"/>
                <w:b w:val="0"/>
                <w:lang w:eastAsia="tr-TR"/>
              </w:rPr>
            </w:pPr>
            <w:r w:rsidRPr="00511BA2">
              <w:rPr>
                <w:rFonts w:eastAsia="Times New Roman"/>
                <w:b w:val="0"/>
                <w:lang w:eastAsia="tr-TR"/>
              </w:rPr>
              <w:t>Malatya Milli Eğitim Müdürlüğü</w:t>
            </w:r>
          </w:p>
        </w:tc>
        <w:tc>
          <w:tcPr>
            <w:tcW w:w="0" w:type="auto"/>
            <w:vAlign w:val="center"/>
          </w:tcPr>
          <w:p w14:paraId="3937E1C1" w14:textId="53A1D4E0" w:rsidR="00F531F6" w:rsidRPr="00511BA2" w:rsidRDefault="00F05DF0" w:rsidP="009D611D">
            <w:pPr>
              <w:pStyle w:val="Stil4"/>
              <w:rPr>
                <w:rFonts w:eastAsia="Times New Roman"/>
                <w:b w:val="0"/>
                <w:lang w:eastAsia="tr-TR"/>
              </w:rPr>
            </w:pPr>
            <w:r w:rsidRPr="00511BA2">
              <w:rPr>
                <w:rFonts w:eastAsia="Times New Roman"/>
                <w:b w:val="0"/>
                <w:lang w:eastAsia="tr-TR"/>
              </w:rPr>
              <w:t>İlköğretim öğrencileri</w:t>
            </w:r>
          </w:p>
        </w:tc>
        <w:tc>
          <w:tcPr>
            <w:tcW w:w="0" w:type="auto"/>
            <w:vAlign w:val="center"/>
          </w:tcPr>
          <w:p w14:paraId="2FDC8CFE" w14:textId="1B802B1C" w:rsidR="00F531F6" w:rsidRPr="00511BA2" w:rsidRDefault="0057664C" w:rsidP="009D611D">
            <w:pPr>
              <w:pStyle w:val="Stil4"/>
              <w:rPr>
                <w:rFonts w:eastAsia="Times New Roman"/>
                <w:b w:val="0"/>
                <w:lang w:eastAsia="tr-TR"/>
              </w:rPr>
            </w:pPr>
            <w:r w:rsidRPr="00511BA2">
              <w:rPr>
                <w:rFonts w:eastAsia="Times New Roman"/>
                <w:b w:val="0"/>
                <w:lang w:eastAsia="tr-TR"/>
              </w:rPr>
              <w:t>1 gün</w:t>
            </w:r>
          </w:p>
        </w:tc>
        <w:tc>
          <w:tcPr>
            <w:tcW w:w="0" w:type="auto"/>
            <w:vAlign w:val="center"/>
          </w:tcPr>
          <w:p w14:paraId="3B19CAFC" w14:textId="32965D16" w:rsidR="00F531F6" w:rsidRPr="00511BA2" w:rsidRDefault="00F05DF0" w:rsidP="009D611D">
            <w:pPr>
              <w:pStyle w:val="Stil4"/>
              <w:rPr>
                <w:rFonts w:eastAsia="Times New Roman"/>
                <w:b w:val="0"/>
                <w:lang w:eastAsia="tr-TR"/>
              </w:rPr>
            </w:pPr>
            <w:r w:rsidRPr="00511BA2">
              <w:rPr>
                <w:rFonts w:eastAsia="Times New Roman"/>
                <w:b w:val="0"/>
                <w:lang w:eastAsia="tr-TR"/>
              </w:rPr>
              <w:t>Çevre ve Sürdürülebilirlik Faaliyeti</w:t>
            </w:r>
          </w:p>
        </w:tc>
        <w:tc>
          <w:tcPr>
            <w:tcW w:w="0" w:type="auto"/>
            <w:vAlign w:val="center"/>
          </w:tcPr>
          <w:p w14:paraId="678CEFCC" w14:textId="02E33926" w:rsidR="00F531F6" w:rsidRPr="00511BA2" w:rsidRDefault="00F066CC" w:rsidP="009D611D">
            <w:pPr>
              <w:pStyle w:val="Stil4"/>
              <w:rPr>
                <w:rFonts w:eastAsia="Times New Roman"/>
                <w:b w:val="0"/>
                <w:lang w:eastAsia="tr-TR"/>
              </w:rPr>
            </w:pPr>
            <w:r w:rsidRPr="00511BA2">
              <w:rPr>
                <w:rFonts w:eastAsia="Times New Roman"/>
                <w:b w:val="0"/>
                <w:lang w:eastAsia="tr-TR"/>
              </w:rPr>
              <w:t>Çevre Bilinci</w:t>
            </w:r>
          </w:p>
        </w:tc>
        <w:tc>
          <w:tcPr>
            <w:tcW w:w="0" w:type="auto"/>
            <w:vAlign w:val="center"/>
          </w:tcPr>
          <w:p w14:paraId="24D8658A" w14:textId="481FBEE3" w:rsidR="00F531F6" w:rsidRPr="00511BA2" w:rsidRDefault="00F05DF0" w:rsidP="009D611D">
            <w:pPr>
              <w:pStyle w:val="Stil4"/>
              <w:rPr>
                <w:rFonts w:eastAsia="Times New Roman"/>
                <w:b w:val="0"/>
                <w:lang w:eastAsia="tr-TR"/>
              </w:rPr>
            </w:pPr>
            <w:r w:rsidRPr="00511BA2">
              <w:rPr>
                <w:rFonts w:eastAsia="Times New Roman"/>
                <w:b w:val="0"/>
                <w:lang w:eastAsia="tr-TR"/>
              </w:rPr>
              <w:t>Yerel</w:t>
            </w:r>
          </w:p>
        </w:tc>
      </w:tr>
      <w:tr w:rsidR="00C51517" w:rsidRPr="0007764D" w14:paraId="0258F513" w14:textId="77777777" w:rsidTr="00511BA2">
        <w:trPr>
          <w:tblCellSpacing w:w="15" w:type="dxa"/>
        </w:trPr>
        <w:tc>
          <w:tcPr>
            <w:tcW w:w="1407" w:type="dxa"/>
            <w:vAlign w:val="center"/>
          </w:tcPr>
          <w:p w14:paraId="780B665B" w14:textId="77777777" w:rsidR="00F531F6" w:rsidRPr="00511BA2" w:rsidRDefault="00F531F6" w:rsidP="00F531F6">
            <w:pPr>
              <w:pStyle w:val="Stil4"/>
              <w:rPr>
                <w:rFonts w:eastAsia="Times New Roman"/>
                <w:b w:val="0"/>
                <w:lang w:eastAsia="tr-TR"/>
              </w:rPr>
            </w:pPr>
            <w:r w:rsidRPr="00511BA2">
              <w:rPr>
                <w:rFonts w:eastAsia="Times New Roman"/>
                <w:b w:val="0"/>
                <w:lang w:eastAsia="tr-TR"/>
              </w:rPr>
              <w:lastRenderedPageBreak/>
              <w:t>MUTFAK UYGULAMASI</w:t>
            </w:r>
          </w:p>
        </w:tc>
        <w:tc>
          <w:tcPr>
            <w:tcW w:w="1747" w:type="dxa"/>
            <w:vAlign w:val="center"/>
          </w:tcPr>
          <w:p w14:paraId="6862A6C5" w14:textId="1A4EEA18" w:rsidR="00F531F6" w:rsidRPr="00511BA2" w:rsidRDefault="00C51517" w:rsidP="00F531F6">
            <w:pPr>
              <w:pStyle w:val="Stil4"/>
              <w:rPr>
                <w:rFonts w:eastAsia="Times New Roman"/>
                <w:b w:val="0"/>
                <w:lang w:eastAsia="tr-TR"/>
              </w:rPr>
            </w:pPr>
            <w:r w:rsidRPr="00511BA2">
              <w:rPr>
                <w:rFonts w:eastAsia="Times New Roman"/>
                <w:b w:val="0"/>
                <w:lang w:eastAsia="tr-TR"/>
              </w:rPr>
              <w:t>Türk Kızılay Malatya Topluma Hizmet Merkezi</w:t>
            </w:r>
          </w:p>
        </w:tc>
        <w:tc>
          <w:tcPr>
            <w:tcW w:w="0" w:type="auto"/>
            <w:vAlign w:val="center"/>
          </w:tcPr>
          <w:p w14:paraId="2BA4BB32" w14:textId="671C9B70" w:rsidR="00F531F6" w:rsidRPr="00511BA2" w:rsidRDefault="00F05DF0" w:rsidP="00F531F6">
            <w:pPr>
              <w:pStyle w:val="Stil4"/>
              <w:rPr>
                <w:rFonts w:eastAsia="Times New Roman"/>
                <w:b w:val="0"/>
                <w:lang w:eastAsia="tr-TR"/>
              </w:rPr>
            </w:pPr>
            <w:r w:rsidRPr="00511BA2">
              <w:rPr>
                <w:rFonts w:ascii="Calibri" w:hAnsi="Calibri" w:cs="Calibri"/>
                <w:b w:val="0"/>
                <w:color w:val="000000"/>
                <w:sz w:val="22"/>
              </w:rPr>
              <w:t>Çölyak hastaları</w:t>
            </w:r>
          </w:p>
        </w:tc>
        <w:tc>
          <w:tcPr>
            <w:tcW w:w="0" w:type="auto"/>
            <w:vAlign w:val="center"/>
          </w:tcPr>
          <w:p w14:paraId="69AE28A8" w14:textId="656D5DDD" w:rsidR="00F531F6" w:rsidRPr="00511BA2" w:rsidRDefault="00F05DF0" w:rsidP="00F531F6">
            <w:pPr>
              <w:pStyle w:val="Stil4"/>
              <w:rPr>
                <w:rFonts w:eastAsia="Times New Roman"/>
                <w:b w:val="0"/>
                <w:lang w:eastAsia="tr-TR"/>
              </w:rPr>
            </w:pPr>
            <w:r w:rsidRPr="00511BA2">
              <w:rPr>
                <w:rFonts w:eastAsia="Times New Roman"/>
                <w:b w:val="0"/>
                <w:lang w:eastAsia="tr-TR"/>
              </w:rPr>
              <w:t>1 gün</w:t>
            </w:r>
          </w:p>
        </w:tc>
        <w:tc>
          <w:tcPr>
            <w:tcW w:w="0" w:type="auto"/>
            <w:vAlign w:val="center"/>
          </w:tcPr>
          <w:p w14:paraId="595A9769" w14:textId="1971735F" w:rsidR="00F531F6" w:rsidRPr="00511BA2" w:rsidRDefault="00F05DF0" w:rsidP="00F531F6">
            <w:pPr>
              <w:pStyle w:val="Stil4"/>
              <w:rPr>
                <w:rFonts w:eastAsia="Times New Roman"/>
                <w:b w:val="0"/>
                <w:lang w:eastAsia="tr-TR"/>
              </w:rPr>
            </w:pPr>
            <w:r w:rsidRPr="00511BA2">
              <w:rPr>
                <w:rFonts w:eastAsia="Times New Roman"/>
                <w:b w:val="0"/>
                <w:lang w:eastAsia="tr-TR"/>
              </w:rPr>
              <w:t>Beslenme Kalitesini arttırmak</w:t>
            </w:r>
          </w:p>
        </w:tc>
        <w:tc>
          <w:tcPr>
            <w:tcW w:w="0" w:type="auto"/>
            <w:vAlign w:val="center"/>
          </w:tcPr>
          <w:p w14:paraId="036F83F2" w14:textId="487C7E10" w:rsidR="00F531F6" w:rsidRPr="00511BA2" w:rsidRDefault="00F066CC" w:rsidP="00F531F6">
            <w:pPr>
              <w:pStyle w:val="Stil4"/>
              <w:rPr>
                <w:rFonts w:eastAsia="Times New Roman"/>
                <w:b w:val="0"/>
                <w:lang w:eastAsia="tr-TR"/>
              </w:rPr>
            </w:pPr>
            <w:r w:rsidRPr="00511BA2">
              <w:rPr>
                <w:rFonts w:eastAsia="Times New Roman"/>
                <w:b w:val="0"/>
                <w:lang w:eastAsia="tr-TR"/>
              </w:rPr>
              <w:t>Farkındalık</w:t>
            </w:r>
          </w:p>
        </w:tc>
        <w:tc>
          <w:tcPr>
            <w:tcW w:w="0" w:type="auto"/>
            <w:vAlign w:val="center"/>
          </w:tcPr>
          <w:p w14:paraId="6825847F" w14:textId="2EF42456" w:rsidR="00F531F6" w:rsidRPr="00511BA2" w:rsidRDefault="00F05DF0" w:rsidP="00F531F6">
            <w:pPr>
              <w:pStyle w:val="Stil4"/>
              <w:rPr>
                <w:rFonts w:eastAsia="Times New Roman"/>
                <w:b w:val="0"/>
                <w:lang w:eastAsia="tr-TR"/>
              </w:rPr>
            </w:pPr>
            <w:r w:rsidRPr="00511BA2">
              <w:rPr>
                <w:rFonts w:eastAsia="Times New Roman"/>
                <w:b w:val="0"/>
                <w:lang w:eastAsia="tr-TR"/>
              </w:rPr>
              <w:t>Yerel</w:t>
            </w:r>
          </w:p>
        </w:tc>
      </w:tr>
      <w:tr w:rsidR="00C51517" w:rsidRPr="0007764D" w14:paraId="5799092D" w14:textId="77777777" w:rsidTr="00511BA2">
        <w:trPr>
          <w:tblCellSpacing w:w="15" w:type="dxa"/>
        </w:trPr>
        <w:tc>
          <w:tcPr>
            <w:tcW w:w="1407" w:type="dxa"/>
            <w:vAlign w:val="center"/>
          </w:tcPr>
          <w:p w14:paraId="29BE93D3" w14:textId="77777777" w:rsidR="00F531F6" w:rsidRPr="00511BA2" w:rsidRDefault="00F531F6" w:rsidP="00F531F6">
            <w:pPr>
              <w:pStyle w:val="Stil4"/>
              <w:rPr>
                <w:rFonts w:eastAsia="Times New Roman"/>
                <w:b w:val="0"/>
                <w:lang w:eastAsia="tr-TR"/>
              </w:rPr>
            </w:pPr>
            <w:r w:rsidRPr="00511BA2">
              <w:rPr>
                <w:rFonts w:eastAsia="Times New Roman"/>
                <w:b w:val="0"/>
                <w:lang w:eastAsia="tr-TR"/>
              </w:rPr>
              <w:t>KUTLAMA</w:t>
            </w:r>
          </w:p>
        </w:tc>
        <w:tc>
          <w:tcPr>
            <w:tcW w:w="1747" w:type="dxa"/>
            <w:vAlign w:val="center"/>
          </w:tcPr>
          <w:p w14:paraId="0F39C8CB" w14:textId="4D12E198" w:rsidR="00F531F6" w:rsidRPr="00511BA2" w:rsidRDefault="00F90C42" w:rsidP="00F531F6">
            <w:pPr>
              <w:pStyle w:val="Stil4"/>
              <w:rPr>
                <w:rFonts w:eastAsia="Times New Roman"/>
                <w:b w:val="0"/>
                <w:lang w:eastAsia="tr-TR"/>
              </w:rPr>
            </w:pPr>
            <w:r w:rsidRPr="00511BA2">
              <w:rPr>
                <w:rFonts w:eastAsia="Times New Roman"/>
                <w:b w:val="0"/>
                <w:lang w:eastAsia="tr-TR"/>
              </w:rPr>
              <w:t>Aksaray Şehit Akgün İlkokulu Öğrencileri</w:t>
            </w:r>
          </w:p>
        </w:tc>
        <w:tc>
          <w:tcPr>
            <w:tcW w:w="0" w:type="auto"/>
            <w:vAlign w:val="center"/>
          </w:tcPr>
          <w:p w14:paraId="36D8D4A3" w14:textId="1BD731CD" w:rsidR="00F531F6" w:rsidRPr="00511BA2" w:rsidRDefault="00F05DF0" w:rsidP="00F531F6">
            <w:pPr>
              <w:pStyle w:val="Stil4"/>
              <w:rPr>
                <w:rFonts w:eastAsia="Times New Roman"/>
                <w:b w:val="0"/>
                <w:lang w:eastAsia="tr-TR"/>
              </w:rPr>
            </w:pPr>
            <w:r w:rsidRPr="00511BA2">
              <w:rPr>
                <w:rFonts w:ascii="Calibri" w:hAnsi="Calibri" w:cs="Calibri"/>
                <w:b w:val="0"/>
                <w:color w:val="000000"/>
                <w:sz w:val="22"/>
              </w:rPr>
              <w:t>İlköğretim</w:t>
            </w:r>
            <w:r w:rsidR="00F531F6" w:rsidRPr="00511BA2">
              <w:rPr>
                <w:rFonts w:ascii="Calibri" w:hAnsi="Calibri" w:cs="Calibri"/>
                <w:b w:val="0"/>
                <w:color w:val="000000"/>
                <w:sz w:val="22"/>
              </w:rPr>
              <w:t xml:space="preserve"> öğrencileri</w:t>
            </w:r>
          </w:p>
        </w:tc>
        <w:tc>
          <w:tcPr>
            <w:tcW w:w="0" w:type="auto"/>
            <w:vAlign w:val="center"/>
          </w:tcPr>
          <w:p w14:paraId="3762303B" w14:textId="27B82B24" w:rsidR="00F531F6" w:rsidRPr="00511BA2" w:rsidRDefault="0057664C" w:rsidP="00F531F6">
            <w:pPr>
              <w:pStyle w:val="Stil4"/>
              <w:rPr>
                <w:rFonts w:eastAsia="Times New Roman"/>
                <w:b w:val="0"/>
                <w:lang w:eastAsia="tr-TR"/>
              </w:rPr>
            </w:pPr>
            <w:r w:rsidRPr="00511BA2">
              <w:rPr>
                <w:rFonts w:eastAsia="Times New Roman"/>
                <w:b w:val="0"/>
                <w:lang w:eastAsia="tr-TR"/>
              </w:rPr>
              <w:t>1 gün</w:t>
            </w:r>
          </w:p>
        </w:tc>
        <w:tc>
          <w:tcPr>
            <w:tcW w:w="0" w:type="auto"/>
            <w:vAlign w:val="center"/>
          </w:tcPr>
          <w:p w14:paraId="4CE1180E" w14:textId="094CECB6" w:rsidR="00F531F6" w:rsidRPr="00511BA2" w:rsidRDefault="00AD47DD" w:rsidP="00F531F6">
            <w:pPr>
              <w:pStyle w:val="Stil4"/>
              <w:rPr>
                <w:rFonts w:eastAsia="Times New Roman"/>
                <w:b w:val="0"/>
                <w:lang w:eastAsia="tr-TR"/>
              </w:rPr>
            </w:pPr>
            <w:r w:rsidRPr="00511BA2">
              <w:rPr>
                <w:rFonts w:eastAsia="Times New Roman"/>
                <w:b w:val="0"/>
                <w:lang w:eastAsia="tr-TR"/>
              </w:rPr>
              <w:t>Sağlık, sosyal ve kültürel katkılar</w:t>
            </w:r>
          </w:p>
        </w:tc>
        <w:tc>
          <w:tcPr>
            <w:tcW w:w="0" w:type="auto"/>
            <w:vAlign w:val="center"/>
          </w:tcPr>
          <w:p w14:paraId="7264BC01" w14:textId="75B43E35" w:rsidR="00F531F6" w:rsidRPr="00511BA2" w:rsidRDefault="00F066CC" w:rsidP="00F531F6">
            <w:pPr>
              <w:pStyle w:val="Stil4"/>
              <w:rPr>
                <w:rFonts w:eastAsia="Times New Roman"/>
                <w:b w:val="0"/>
                <w:lang w:eastAsia="tr-TR"/>
              </w:rPr>
            </w:pPr>
            <w:r w:rsidRPr="00511BA2">
              <w:rPr>
                <w:rFonts w:eastAsia="Times New Roman"/>
                <w:b w:val="0"/>
                <w:lang w:eastAsia="tr-TR"/>
              </w:rPr>
              <w:t>Sosyal sorumluluk</w:t>
            </w:r>
          </w:p>
        </w:tc>
        <w:tc>
          <w:tcPr>
            <w:tcW w:w="0" w:type="auto"/>
            <w:vAlign w:val="center"/>
          </w:tcPr>
          <w:p w14:paraId="1D8D7A49" w14:textId="4EF76AA1" w:rsidR="00F531F6" w:rsidRPr="00511BA2" w:rsidRDefault="00F05DF0" w:rsidP="00F531F6">
            <w:pPr>
              <w:pStyle w:val="Stil4"/>
              <w:rPr>
                <w:rFonts w:eastAsia="Times New Roman"/>
                <w:b w:val="0"/>
                <w:lang w:eastAsia="tr-TR"/>
              </w:rPr>
            </w:pPr>
            <w:r w:rsidRPr="00511BA2">
              <w:rPr>
                <w:rFonts w:eastAsia="Times New Roman"/>
                <w:b w:val="0"/>
                <w:lang w:eastAsia="tr-TR"/>
              </w:rPr>
              <w:t>Yerel</w:t>
            </w:r>
          </w:p>
        </w:tc>
      </w:tr>
      <w:tr w:rsidR="00C51517" w:rsidRPr="0007764D" w14:paraId="34E641D2" w14:textId="77777777" w:rsidTr="00511BA2">
        <w:trPr>
          <w:tblCellSpacing w:w="15" w:type="dxa"/>
        </w:trPr>
        <w:tc>
          <w:tcPr>
            <w:tcW w:w="1407" w:type="dxa"/>
            <w:vAlign w:val="center"/>
          </w:tcPr>
          <w:p w14:paraId="2501E834" w14:textId="77777777" w:rsidR="00F531F6" w:rsidRPr="00511BA2" w:rsidRDefault="00F531F6" w:rsidP="00F531F6">
            <w:pPr>
              <w:pStyle w:val="Stil4"/>
              <w:rPr>
                <w:rFonts w:eastAsia="Times New Roman"/>
                <w:b w:val="0"/>
                <w:lang w:eastAsia="tr-TR"/>
              </w:rPr>
            </w:pPr>
            <w:r w:rsidRPr="00511BA2">
              <w:rPr>
                <w:rFonts w:eastAsia="Times New Roman"/>
                <w:b w:val="0"/>
                <w:lang w:eastAsia="tr-TR"/>
              </w:rPr>
              <w:t>MUTFAK UYGULAMASI</w:t>
            </w:r>
          </w:p>
        </w:tc>
        <w:tc>
          <w:tcPr>
            <w:tcW w:w="1747" w:type="dxa"/>
            <w:vAlign w:val="center"/>
          </w:tcPr>
          <w:p w14:paraId="5535D919" w14:textId="416AF649" w:rsidR="00F531F6" w:rsidRPr="00511BA2" w:rsidRDefault="00F90C42" w:rsidP="00F531F6">
            <w:pPr>
              <w:pStyle w:val="Stil4"/>
              <w:rPr>
                <w:rFonts w:eastAsia="Times New Roman"/>
                <w:b w:val="0"/>
                <w:lang w:eastAsia="tr-TR"/>
              </w:rPr>
            </w:pPr>
            <w:r w:rsidRPr="00511BA2">
              <w:rPr>
                <w:rFonts w:eastAsia="Times New Roman"/>
                <w:b w:val="0"/>
                <w:lang w:eastAsia="tr-TR"/>
              </w:rPr>
              <w:t>Malatya Down Sendrumlular Derneği</w:t>
            </w:r>
          </w:p>
        </w:tc>
        <w:tc>
          <w:tcPr>
            <w:tcW w:w="0" w:type="auto"/>
            <w:vAlign w:val="center"/>
          </w:tcPr>
          <w:p w14:paraId="0DD6757E" w14:textId="77777777" w:rsidR="00F531F6" w:rsidRPr="00511BA2" w:rsidRDefault="00F531F6" w:rsidP="00F531F6">
            <w:pPr>
              <w:pStyle w:val="Stil4"/>
              <w:rPr>
                <w:rFonts w:eastAsia="Times New Roman"/>
                <w:b w:val="0"/>
                <w:lang w:eastAsia="tr-TR"/>
              </w:rPr>
            </w:pPr>
            <w:r w:rsidRPr="00511BA2">
              <w:rPr>
                <w:rFonts w:ascii="Calibri" w:hAnsi="Calibri" w:cs="Calibri"/>
                <w:b w:val="0"/>
                <w:color w:val="000000"/>
                <w:sz w:val="22"/>
              </w:rPr>
              <w:t>İlköğretim öğrencileri</w:t>
            </w:r>
          </w:p>
        </w:tc>
        <w:tc>
          <w:tcPr>
            <w:tcW w:w="0" w:type="auto"/>
            <w:vAlign w:val="center"/>
          </w:tcPr>
          <w:p w14:paraId="77661B57" w14:textId="19AB8670" w:rsidR="00F531F6" w:rsidRPr="00511BA2" w:rsidRDefault="0057664C" w:rsidP="00F531F6">
            <w:pPr>
              <w:pStyle w:val="Stil4"/>
              <w:rPr>
                <w:rFonts w:eastAsia="Times New Roman"/>
                <w:b w:val="0"/>
                <w:lang w:eastAsia="tr-TR"/>
              </w:rPr>
            </w:pPr>
            <w:r w:rsidRPr="00511BA2">
              <w:rPr>
                <w:rFonts w:eastAsia="Times New Roman"/>
                <w:b w:val="0"/>
                <w:lang w:eastAsia="tr-TR"/>
              </w:rPr>
              <w:t>1 gün</w:t>
            </w:r>
          </w:p>
        </w:tc>
        <w:tc>
          <w:tcPr>
            <w:tcW w:w="0" w:type="auto"/>
            <w:vAlign w:val="center"/>
          </w:tcPr>
          <w:p w14:paraId="2333DE21" w14:textId="45F69054" w:rsidR="00F531F6" w:rsidRPr="00511BA2" w:rsidRDefault="00F90C42" w:rsidP="00F531F6">
            <w:pPr>
              <w:pStyle w:val="Stil4"/>
              <w:rPr>
                <w:rFonts w:eastAsia="Times New Roman"/>
                <w:b w:val="0"/>
                <w:lang w:eastAsia="tr-TR"/>
              </w:rPr>
            </w:pPr>
            <w:r w:rsidRPr="00511BA2">
              <w:rPr>
                <w:rFonts w:eastAsia="Times New Roman"/>
                <w:b w:val="0"/>
                <w:lang w:eastAsia="tr-TR"/>
              </w:rPr>
              <w:t>Eğitim</w:t>
            </w:r>
          </w:p>
        </w:tc>
        <w:tc>
          <w:tcPr>
            <w:tcW w:w="0" w:type="auto"/>
            <w:vAlign w:val="center"/>
          </w:tcPr>
          <w:p w14:paraId="17DD65D7" w14:textId="6A893047" w:rsidR="00F531F6" w:rsidRPr="00511BA2" w:rsidRDefault="00F066CC" w:rsidP="00F531F6">
            <w:pPr>
              <w:pStyle w:val="Stil4"/>
              <w:rPr>
                <w:rFonts w:eastAsia="Times New Roman"/>
                <w:b w:val="0"/>
                <w:lang w:eastAsia="tr-TR"/>
              </w:rPr>
            </w:pPr>
            <w:r w:rsidRPr="00511BA2">
              <w:rPr>
                <w:rFonts w:eastAsia="Times New Roman"/>
                <w:b w:val="0"/>
                <w:lang w:eastAsia="tr-TR"/>
              </w:rPr>
              <w:t>Farkındalık</w:t>
            </w:r>
          </w:p>
        </w:tc>
        <w:tc>
          <w:tcPr>
            <w:tcW w:w="0" w:type="auto"/>
            <w:vAlign w:val="center"/>
          </w:tcPr>
          <w:p w14:paraId="2398B862" w14:textId="6215A43D" w:rsidR="00F531F6" w:rsidRPr="00511BA2" w:rsidRDefault="00F05DF0" w:rsidP="00F531F6">
            <w:pPr>
              <w:pStyle w:val="Stil4"/>
              <w:rPr>
                <w:rFonts w:eastAsia="Times New Roman"/>
                <w:b w:val="0"/>
                <w:lang w:eastAsia="tr-TR"/>
              </w:rPr>
            </w:pPr>
            <w:r w:rsidRPr="00511BA2">
              <w:rPr>
                <w:rFonts w:eastAsia="Times New Roman"/>
                <w:b w:val="0"/>
                <w:lang w:eastAsia="tr-TR"/>
              </w:rPr>
              <w:t>Yerel</w:t>
            </w:r>
          </w:p>
        </w:tc>
      </w:tr>
    </w:tbl>
    <w:p w14:paraId="0077F44D" w14:textId="77777777" w:rsidR="00E24BA4" w:rsidRDefault="00E24BA4" w:rsidP="00E24BA4"/>
    <w:p w14:paraId="14E3EDBD" w14:textId="77777777" w:rsidR="006C02BD" w:rsidRDefault="006C02BD" w:rsidP="006C02BD">
      <w:r>
        <w:t>Sosyal ve Kültürel Etkinlikler</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26"/>
        <w:gridCol w:w="1880"/>
        <w:gridCol w:w="1134"/>
        <w:gridCol w:w="1701"/>
        <w:gridCol w:w="2126"/>
      </w:tblGrid>
      <w:tr w:rsidR="006C02BD" w:rsidRPr="00964B2D" w14:paraId="45273966" w14:textId="77777777" w:rsidTr="00A4680D">
        <w:trPr>
          <w:tblHeader/>
          <w:tblCellSpacing w:w="15" w:type="dxa"/>
        </w:trPr>
        <w:tc>
          <w:tcPr>
            <w:tcW w:w="0" w:type="auto"/>
            <w:shd w:val="clear" w:color="auto" w:fill="B99C71"/>
            <w:vAlign w:val="center"/>
            <w:hideMark/>
          </w:tcPr>
          <w:p w14:paraId="0724353F" w14:textId="77777777" w:rsidR="006C02BD" w:rsidRPr="00964B2D" w:rsidRDefault="006C02BD" w:rsidP="00A4680D">
            <w:pPr>
              <w:pStyle w:val="Stil4"/>
              <w:rPr>
                <w:lang w:eastAsia="tr-TR"/>
              </w:rPr>
            </w:pPr>
            <w:r w:rsidRPr="00964B2D">
              <w:rPr>
                <w:lang w:eastAsia="tr-TR"/>
              </w:rPr>
              <w:t xml:space="preserve"> </w:t>
            </w:r>
            <w:r>
              <w:rPr>
                <w:lang w:eastAsia="tr-TR"/>
              </w:rPr>
              <w:t>Etkinliğin Türü</w:t>
            </w:r>
          </w:p>
        </w:tc>
        <w:tc>
          <w:tcPr>
            <w:tcW w:w="1850" w:type="dxa"/>
            <w:shd w:val="clear" w:color="auto" w:fill="B99C71"/>
            <w:vAlign w:val="center"/>
          </w:tcPr>
          <w:p w14:paraId="131B58BD" w14:textId="77777777" w:rsidR="006C02BD" w:rsidRDefault="006C02BD" w:rsidP="00A4680D">
            <w:pPr>
              <w:pStyle w:val="Stil4"/>
              <w:rPr>
                <w:lang w:eastAsia="tr-TR"/>
              </w:rPr>
            </w:pPr>
          </w:p>
          <w:p w14:paraId="1B281840" w14:textId="77777777" w:rsidR="006C02BD" w:rsidRPr="00964B2D" w:rsidRDefault="006C02BD" w:rsidP="00A4680D">
            <w:pPr>
              <w:pStyle w:val="Stil4"/>
              <w:rPr>
                <w:lang w:eastAsia="tr-TR"/>
              </w:rPr>
            </w:pPr>
            <w:r w:rsidRPr="00964B2D">
              <w:rPr>
                <w:lang w:eastAsia="tr-TR"/>
              </w:rPr>
              <w:t xml:space="preserve">Etkinlik </w:t>
            </w:r>
            <w:r>
              <w:rPr>
                <w:lang w:eastAsia="tr-TR"/>
              </w:rPr>
              <w:t xml:space="preserve">Adı </w:t>
            </w:r>
            <w:r w:rsidRPr="00964B2D">
              <w:rPr>
                <w:lang w:eastAsia="tr-TR"/>
              </w:rPr>
              <w:t xml:space="preserve"> </w:t>
            </w:r>
          </w:p>
          <w:p w14:paraId="6C371950" w14:textId="77777777" w:rsidR="006C02BD" w:rsidRPr="00964B2D" w:rsidRDefault="006C02BD" w:rsidP="00A4680D">
            <w:pPr>
              <w:pStyle w:val="Stil4"/>
              <w:rPr>
                <w:lang w:eastAsia="tr-TR"/>
              </w:rPr>
            </w:pPr>
          </w:p>
        </w:tc>
        <w:tc>
          <w:tcPr>
            <w:tcW w:w="1104" w:type="dxa"/>
            <w:shd w:val="clear" w:color="auto" w:fill="B99C71"/>
            <w:vAlign w:val="center"/>
            <w:hideMark/>
          </w:tcPr>
          <w:p w14:paraId="18D31441" w14:textId="77777777" w:rsidR="006C02BD" w:rsidRPr="00964B2D" w:rsidRDefault="006C02BD" w:rsidP="00A4680D">
            <w:pPr>
              <w:pStyle w:val="Stil4"/>
              <w:rPr>
                <w:lang w:eastAsia="tr-TR"/>
              </w:rPr>
            </w:pPr>
            <w:r>
              <w:rPr>
                <w:lang w:eastAsia="tr-TR"/>
              </w:rPr>
              <w:t>Tarih /</w:t>
            </w:r>
          </w:p>
        </w:tc>
        <w:tc>
          <w:tcPr>
            <w:tcW w:w="1671" w:type="dxa"/>
            <w:shd w:val="clear" w:color="auto" w:fill="B99C71"/>
            <w:vAlign w:val="center"/>
            <w:hideMark/>
          </w:tcPr>
          <w:p w14:paraId="74BCB8FB" w14:textId="77777777" w:rsidR="006C02BD" w:rsidRPr="00964B2D" w:rsidRDefault="006C02BD" w:rsidP="00A4680D">
            <w:pPr>
              <w:pStyle w:val="Stil4"/>
              <w:rPr>
                <w:lang w:eastAsia="tr-TR"/>
              </w:rPr>
            </w:pPr>
            <w:r w:rsidRPr="00964B2D">
              <w:rPr>
                <w:lang w:eastAsia="tr-TR"/>
              </w:rPr>
              <w:t>Yer</w:t>
            </w:r>
          </w:p>
        </w:tc>
        <w:tc>
          <w:tcPr>
            <w:tcW w:w="2081" w:type="dxa"/>
            <w:shd w:val="clear" w:color="auto" w:fill="B99C71"/>
            <w:vAlign w:val="center"/>
            <w:hideMark/>
          </w:tcPr>
          <w:p w14:paraId="07117E4E" w14:textId="77777777" w:rsidR="006C02BD" w:rsidRPr="00964B2D" w:rsidRDefault="006C02BD" w:rsidP="00A4680D">
            <w:pPr>
              <w:pStyle w:val="Stil4"/>
              <w:rPr>
                <w:lang w:eastAsia="tr-TR"/>
              </w:rPr>
            </w:pPr>
            <w:r w:rsidRPr="00964B2D">
              <w:rPr>
                <w:lang w:eastAsia="tr-TR"/>
              </w:rPr>
              <w:t>Katılımcı Sayısı</w:t>
            </w:r>
          </w:p>
        </w:tc>
      </w:tr>
      <w:tr w:rsidR="006C02BD" w:rsidRPr="00964B2D" w14:paraId="388B3DB0" w14:textId="77777777" w:rsidTr="00A4680D">
        <w:trPr>
          <w:tblCellSpacing w:w="15" w:type="dxa"/>
        </w:trPr>
        <w:tc>
          <w:tcPr>
            <w:tcW w:w="0" w:type="auto"/>
            <w:vAlign w:val="center"/>
            <w:hideMark/>
          </w:tcPr>
          <w:p w14:paraId="0CD1C757" w14:textId="77777777" w:rsidR="006C02BD" w:rsidRDefault="006C02BD" w:rsidP="00A4680D">
            <w:pPr>
              <w:pStyle w:val="Stil4"/>
              <w:rPr>
                <w:bCs/>
                <w:color w:val="000000"/>
                <w:szCs w:val="20"/>
              </w:rPr>
            </w:pPr>
            <w:r>
              <w:rPr>
                <w:bCs/>
                <w:color w:val="000000"/>
                <w:szCs w:val="20"/>
              </w:rPr>
              <w:t>Bilimsel</w:t>
            </w:r>
          </w:p>
        </w:tc>
        <w:tc>
          <w:tcPr>
            <w:tcW w:w="1850" w:type="dxa"/>
            <w:vAlign w:val="center"/>
            <w:hideMark/>
          </w:tcPr>
          <w:p w14:paraId="66D8FA71" w14:textId="77777777" w:rsidR="006C02BD" w:rsidRPr="00964B2D" w:rsidRDefault="006C02BD" w:rsidP="00A4680D">
            <w:pPr>
              <w:pStyle w:val="Stil4"/>
              <w:rPr>
                <w:lang w:eastAsia="tr-TR"/>
              </w:rPr>
            </w:pPr>
            <w:r w:rsidRPr="00964B2D">
              <w:rPr>
                <w:lang w:eastAsia="tr-TR"/>
              </w:rPr>
              <w:t>…</w:t>
            </w:r>
          </w:p>
        </w:tc>
        <w:tc>
          <w:tcPr>
            <w:tcW w:w="1104" w:type="dxa"/>
            <w:vAlign w:val="center"/>
            <w:hideMark/>
          </w:tcPr>
          <w:p w14:paraId="2D0CB6D7" w14:textId="77777777" w:rsidR="006C02BD" w:rsidRPr="00964B2D" w:rsidRDefault="006C02BD" w:rsidP="00A4680D">
            <w:pPr>
              <w:pStyle w:val="Stil4"/>
              <w:rPr>
                <w:lang w:eastAsia="tr-TR"/>
              </w:rPr>
            </w:pPr>
            <w:r w:rsidRPr="00964B2D">
              <w:rPr>
                <w:lang w:eastAsia="tr-TR"/>
              </w:rPr>
              <w:t>…</w:t>
            </w:r>
          </w:p>
        </w:tc>
        <w:tc>
          <w:tcPr>
            <w:tcW w:w="1671" w:type="dxa"/>
            <w:vAlign w:val="center"/>
            <w:hideMark/>
          </w:tcPr>
          <w:p w14:paraId="5BCF1E43" w14:textId="77777777" w:rsidR="006C02BD" w:rsidRPr="00964B2D" w:rsidRDefault="006C02BD" w:rsidP="00A4680D">
            <w:pPr>
              <w:pStyle w:val="Stil4"/>
              <w:rPr>
                <w:lang w:eastAsia="tr-TR"/>
              </w:rPr>
            </w:pPr>
            <w:r w:rsidRPr="00964B2D">
              <w:rPr>
                <w:lang w:eastAsia="tr-TR"/>
              </w:rPr>
              <w:t>…</w:t>
            </w:r>
          </w:p>
        </w:tc>
        <w:tc>
          <w:tcPr>
            <w:tcW w:w="2081" w:type="dxa"/>
            <w:vAlign w:val="center"/>
            <w:hideMark/>
          </w:tcPr>
          <w:p w14:paraId="33C8C71C" w14:textId="77777777" w:rsidR="006C02BD" w:rsidRPr="00964B2D" w:rsidRDefault="006C02BD" w:rsidP="00A4680D">
            <w:pPr>
              <w:pStyle w:val="Stil4"/>
              <w:rPr>
                <w:lang w:eastAsia="tr-TR"/>
              </w:rPr>
            </w:pPr>
            <w:r w:rsidRPr="00964B2D">
              <w:rPr>
                <w:lang w:eastAsia="tr-TR"/>
              </w:rPr>
              <w:t>…</w:t>
            </w:r>
          </w:p>
        </w:tc>
      </w:tr>
      <w:tr w:rsidR="006C02BD" w:rsidRPr="00964B2D" w14:paraId="5BD7171D" w14:textId="77777777" w:rsidTr="00A4680D">
        <w:trPr>
          <w:tblCellSpacing w:w="15" w:type="dxa"/>
        </w:trPr>
        <w:tc>
          <w:tcPr>
            <w:tcW w:w="0" w:type="auto"/>
            <w:vAlign w:val="center"/>
          </w:tcPr>
          <w:p w14:paraId="50CA4B79" w14:textId="77777777" w:rsidR="006C02BD" w:rsidRDefault="006C02BD" w:rsidP="00A4680D">
            <w:pPr>
              <w:pStyle w:val="Stil4"/>
              <w:rPr>
                <w:bCs/>
                <w:color w:val="000000"/>
                <w:szCs w:val="20"/>
              </w:rPr>
            </w:pPr>
            <w:r>
              <w:rPr>
                <w:bCs/>
                <w:color w:val="000000"/>
                <w:szCs w:val="20"/>
              </w:rPr>
              <w:t>Çalıştay</w:t>
            </w:r>
          </w:p>
        </w:tc>
        <w:tc>
          <w:tcPr>
            <w:tcW w:w="1850" w:type="dxa"/>
            <w:vAlign w:val="center"/>
          </w:tcPr>
          <w:p w14:paraId="7BBE462F" w14:textId="77777777" w:rsidR="006C02BD" w:rsidRPr="00964B2D" w:rsidRDefault="006C02BD" w:rsidP="00A4680D">
            <w:pPr>
              <w:pStyle w:val="Stil4"/>
              <w:rPr>
                <w:lang w:eastAsia="tr-TR"/>
              </w:rPr>
            </w:pPr>
          </w:p>
        </w:tc>
        <w:tc>
          <w:tcPr>
            <w:tcW w:w="1104" w:type="dxa"/>
            <w:vAlign w:val="center"/>
          </w:tcPr>
          <w:p w14:paraId="4D976220" w14:textId="77777777" w:rsidR="006C02BD" w:rsidRPr="00964B2D" w:rsidRDefault="006C02BD" w:rsidP="00A4680D">
            <w:pPr>
              <w:pStyle w:val="Stil4"/>
              <w:rPr>
                <w:lang w:eastAsia="tr-TR"/>
              </w:rPr>
            </w:pPr>
          </w:p>
        </w:tc>
        <w:tc>
          <w:tcPr>
            <w:tcW w:w="1671" w:type="dxa"/>
            <w:vAlign w:val="center"/>
          </w:tcPr>
          <w:p w14:paraId="439C3294" w14:textId="77777777" w:rsidR="006C02BD" w:rsidRPr="00964B2D" w:rsidRDefault="006C02BD" w:rsidP="00A4680D">
            <w:pPr>
              <w:pStyle w:val="Stil4"/>
              <w:rPr>
                <w:lang w:eastAsia="tr-TR"/>
              </w:rPr>
            </w:pPr>
          </w:p>
        </w:tc>
        <w:tc>
          <w:tcPr>
            <w:tcW w:w="2081" w:type="dxa"/>
            <w:vAlign w:val="center"/>
          </w:tcPr>
          <w:p w14:paraId="5A4D2025" w14:textId="77777777" w:rsidR="006C02BD" w:rsidRPr="00964B2D" w:rsidRDefault="006C02BD" w:rsidP="00A4680D">
            <w:pPr>
              <w:pStyle w:val="Stil4"/>
              <w:rPr>
                <w:lang w:eastAsia="tr-TR"/>
              </w:rPr>
            </w:pPr>
          </w:p>
        </w:tc>
      </w:tr>
      <w:tr w:rsidR="006C02BD" w:rsidRPr="00964B2D" w14:paraId="63CFB109" w14:textId="77777777" w:rsidTr="00A4680D">
        <w:trPr>
          <w:tblCellSpacing w:w="15" w:type="dxa"/>
        </w:trPr>
        <w:tc>
          <w:tcPr>
            <w:tcW w:w="0" w:type="auto"/>
            <w:vAlign w:val="center"/>
          </w:tcPr>
          <w:p w14:paraId="659E8E0C" w14:textId="77777777" w:rsidR="006C02BD" w:rsidRDefault="006C02BD" w:rsidP="00A4680D">
            <w:pPr>
              <w:pStyle w:val="Stil4"/>
              <w:rPr>
                <w:bCs/>
                <w:color w:val="000000"/>
                <w:szCs w:val="20"/>
              </w:rPr>
            </w:pPr>
            <w:r>
              <w:rPr>
                <w:bCs/>
                <w:color w:val="000000"/>
                <w:szCs w:val="20"/>
              </w:rPr>
              <w:t>Doğa</w:t>
            </w:r>
          </w:p>
        </w:tc>
        <w:tc>
          <w:tcPr>
            <w:tcW w:w="1850" w:type="dxa"/>
            <w:vAlign w:val="center"/>
          </w:tcPr>
          <w:p w14:paraId="0EBC4C63" w14:textId="77777777" w:rsidR="006C02BD" w:rsidRPr="00964B2D" w:rsidRDefault="006C02BD" w:rsidP="00A4680D">
            <w:pPr>
              <w:pStyle w:val="Stil4"/>
              <w:rPr>
                <w:lang w:eastAsia="tr-TR"/>
              </w:rPr>
            </w:pPr>
          </w:p>
        </w:tc>
        <w:tc>
          <w:tcPr>
            <w:tcW w:w="1104" w:type="dxa"/>
            <w:vAlign w:val="center"/>
          </w:tcPr>
          <w:p w14:paraId="68CB2643" w14:textId="77777777" w:rsidR="006C02BD" w:rsidRPr="00964B2D" w:rsidRDefault="006C02BD" w:rsidP="00A4680D">
            <w:pPr>
              <w:pStyle w:val="Stil4"/>
              <w:rPr>
                <w:lang w:eastAsia="tr-TR"/>
              </w:rPr>
            </w:pPr>
          </w:p>
        </w:tc>
        <w:tc>
          <w:tcPr>
            <w:tcW w:w="1671" w:type="dxa"/>
            <w:vAlign w:val="center"/>
          </w:tcPr>
          <w:p w14:paraId="5487D04D" w14:textId="77777777" w:rsidR="006C02BD" w:rsidRPr="00964B2D" w:rsidRDefault="006C02BD" w:rsidP="00A4680D">
            <w:pPr>
              <w:pStyle w:val="Stil4"/>
              <w:rPr>
                <w:lang w:eastAsia="tr-TR"/>
              </w:rPr>
            </w:pPr>
          </w:p>
        </w:tc>
        <w:tc>
          <w:tcPr>
            <w:tcW w:w="2081" w:type="dxa"/>
            <w:vAlign w:val="center"/>
          </w:tcPr>
          <w:p w14:paraId="794EEC64" w14:textId="77777777" w:rsidR="006C02BD" w:rsidRPr="00964B2D" w:rsidRDefault="006C02BD" w:rsidP="00A4680D">
            <w:pPr>
              <w:pStyle w:val="Stil4"/>
              <w:rPr>
                <w:lang w:eastAsia="tr-TR"/>
              </w:rPr>
            </w:pPr>
          </w:p>
        </w:tc>
      </w:tr>
      <w:tr w:rsidR="006C02BD" w:rsidRPr="00964B2D" w14:paraId="23FDC0FD" w14:textId="77777777" w:rsidTr="00A4680D">
        <w:trPr>
          <w:tblCellSpacing w:w="15" w:type="dxa"/>
        </w:trPr>
        <w:tc>
          <w:tcPr>
            <w:tcW w:w="0" w:type="auto"/>
            <w:vAlign w:val="center"/>
          </w:tcPr>
          <w:p w14:paraId="31C79816" w14:textId="77777777" w:rsidR="006C02BD" w:rsidRDefault="006C02BD" w:rsidP="00A4680D">
            <w:pPr>
              <w:pStyle w:val="Stil4"/>
              <w:rPr>
                <w:bCs/>
                <w:color w:val="000000"/>
                <w:szCs w:val="20"/>
              </w:rPr>
            </w:pPr>
            <w:r>
              <w:rPr>
                <w:bCs/>
                <w:color w:val="000000"/>
                <w:szCs w:val="20"/>
              </w:rPr>
              <w:t>Eğitim</w:t>
            </w:r>
          </w:p>
        </w:tc>
        <w:tc>
          <w:tcPr>
            <w:tcW w:w="1850" w:type="dxa"/>
            <w:vAlign w:val="center"/>
          </w:tcPr>
          <w:p w14:paraId="51225A75" w14:textId="1B131DD9" w:rsidR="006C02BD" w:rsidRPr="00511BA2" w:rsidRDefault="006B5A99" w:rsidP="00A4680D">
            <w:pPr>
              <w:pStyle w:val="Stil4"/>
              <w:rPr>
                <w:b w:val="0"/>
                <w:lang w:eastAsia="tr-TR"/>
              </w:rPr>
            </w:pPr>
            <w:r w:rsidRPr="00511BA2">
              <w:rPr>
                <w:b w:val="0"/>
                <w:lang w:eastAsia="tr-TR"/>
              </w:rPr>
              <w:t>Yangın Bilgilendirme Tatbikatı</w:t>
            </w:r>
          </w:p>
        </w:tc>
        <w:tc>
          <w:tcPr>
            <w:tcW w:w="1104" w:type="dxa"/>
            <w:vAlign w:val="center"/>
          </w:tcPr>
          <w:p w14:paraId="2DF52BDF" w14:textId="0E07624D" w:rsidR="006C02BD" w:rsidRPr="00511BA2" w:rsidRDefault="006B5A99" w:rsidP="00A4680D">
            <w:pPr>
              <w:pStyle w:val="Stil4"/>
              <w:rPr>
                <w:b w:val="0"/>
                <w:lang w:eastAsia="tr-TR"/>
              </w:rPr>
            </w:pPr>
            <w:r w:rsidRPr="00511BA2">
              <w:rPr>
                <w:b w:val="0"/>
                <w:lang w:eastAsia="tr-TR"/>
              </w:rPr>
              <w:t>12.2025</w:t>
            </w:r>
          </w:p>
        </w:tc>
        <w:tc>
          <w:tcPr>
            <w:tcW w:w="1671" w:type="dxa"/>
            <w:vAlign w:val="center"/>
          </w:tcPr>
          <w:p w14:paraId="31A0DD09" w14:textId="58465680" w:rsidR="006C02BD" w:rsidRPr="00511BA2" w:rsidRDefault="006B5A99" w:rsidP="00A4680D">
            <w:pPr>
              <w:pStyle w:val="Stil4"/>
              <w:rPr>
                <w:b w:val="0"/>
                <w:lang w:eastAsia="tr-TR"/>
              </w:rPr>
            </w:pPr>
            <w:r w:rsidRPr="00511BA2">
              <w:rPr>
                <w:b w:val="0"/>
                <w:lang w:eastAsia="tr-TR"/>
              </w:rPr>
              <w:t>Kale TOİ MYO</w:t>
            </w:r>
          </w:p>
        </w:tc>
        <w:tc>
          <w:tcPr>
            <w:tcW w:w="2081" w:type="dxa"/>
            <w:vAlign w:val="center"/>
          </w:tcPr>
          <w:p w14:paraId="034C5FA4" w14:textId="77777777" w:rsidR="006C02BD" w:rsidRPr="00964B2D" w:rsidRDefault="006C02BD" w:rsidP="00A4680D">
            <w:pPr>
              <w:pStyle w:val="Stil4"/>
              <w:rPr>
                <w:lang w:eastAsia="tr-TR"/>
              </w:rPr>
            </w:pPr>
          </w:p>
        </w:tc>
      </w:tr>
      <w:tr w:rsidR="006B5A99" w:rsidRPr="00964B2D" w14:paraId="077923E2" w14:textId="77777777" w:rsidTr="00A4680D">
        <w:trPr>
          <w:tblCellSpacing w:w="15" w:type="dxa"/>
        </w:trPr>
        <w:tc>
          <w:tcPr>
            <w:tcW w:w="0" w:type="auto"/>
            <w:vAlign w:val="center"/>
          </w:tcPr>
          <w:p w14:paraId="60DE96FE" w14:textId="77777777" w:rsidR="006B5A99" w:rsidRDefault="006B5A99" w:rsidP="00A4680D">
            <w:pPr>
              <w:pStyle w:val="Stil4"/>
              <w:rPr>
                <w:bCs/>
                <w:color w:val="000000"/>
                <w:szCs w:val="20"/>
              </w:rPr>
            </w:pPr>
          </w:p>
        </w:tc>
        <w:tc>
          <w:tcPr>
            <w:tcW w:w="1850" w:type="dxa"/>
            <w:vAlign w:val="center"/>
          </w:tcPr>
          <w:p w14:paraId="56536E42" w14:textId="1BCD4504" w:rsidR="006B5A99" w:rsidRPr="00511BA2" w:rsidRDefault="006B5A99" w:rsidP="00A4680D">
            <w:pPr>
              <w:pStyle w:val="Stil4"/>
              <w:rPr>
                <w:b w:val="0"/>
                <w:lang w:eastAsia="tr-TR"/>
              </w:rPr>
            </w:pPr>
            <w:r w:rsidRPr="00511BA2">
              <w:rPr>
                <w:b w:val="0"/>
                <w:lang w:eastAsia="tr-TR"/>
              </w:rPr>
              <w:t>Evlilik Öncesi Eğitim Programı</w:t>
            </w:r>
          </w:p>
        </w:tc>
        <w:tc>
          <w:tcPr>
            <w:tcW w:w="1104" w:type="dxa"/>
            <w:vAlign w:val="center"/>
          </w:tcPr>
          <w:p w14:paraId="59B9BE9B" w14:textId="50F6F3F4" w:rsidR="006B5A99" w:rsidRPr="00511BA2" w:rsidRDefault="006B5A99" w:rsidP="00A4680D">
            <w:pPr>
              <w:pStyle w:val="Stil4"/>
              <w:rPr>
                <w:b w:val="0"/>
                <w:lang w:eastAsia="tr-TR"/>
              </w:rPr>
            </w:pPr>
            <w:r w:rsidRPr="00511BA2">
              <w:rPr>
                <w:b w:val="0"/>
                <w:lang w:eastAsia="tr-TR"/>
              </w:rPr>
              <w:t>12.2025</w:t>
            </w:r>
          </w:p>
        </w:tc>
        <w:tc>
          <w:tcPr>
            <w:tcW w:w="1671" w:type="dxa"/>
            <w:vAlign w:val="center"/>
          </w:tcPr>
          <w:p w14:paraId="45D217FA" w14:textId="5343A70F" w:rsidR="006B5A99" w:rsidRPr="00511BA2" w:rsidRDefault="006B5A99" w:rsidP="00A4680D">
            <w:pPr>
              <w:pStyle w:val="Stil4"/>
              <w:rPr>
                <w:b w:val="0"/>
                <w:lang w:eastAsia="tr-TR"/>
              </w:rPr>
            </w:pPr>
            <w:r w:rsidRPr="00511BA2">
              <w:rPr>
                <w:b w:val="0"/>
                <w:lang w:eastAsia="tr-TR"/>
              </w:rPr>
              <w:t>Kale TOİ MYO</w:t>
            </w:r>
          </w:p>
        </w:tc>
        <w:tc>
          <w:tcPr>
            <w:tcW w:w="2081" w:type="dxa"/>
            <w:vAlign w:val="center"/>
          </w:tcPr>
          <w:p w14:paraId="27EE993B" w14:textId="77777777" w:rsidR="006B5A99" w:rsidRPr="00964B2D" w:rsidRDefault="006B5A99" w:rsidP="00A4680D">
            <w:pPr>
              <w:pStyle w:val="Stil4"/>
              <w:rPr>
                <w:lang w:eastAsia="tr-TR"/>
              </w:rPr>
            </w:pPr>
          </w:p>
        </w:tc>
      </w:tr>
      <w:tr w:rsidR="00627C90" w:rsidRPr="00964B2D" w14:paraId="5CBCAADB" w14:textId="77777777" w:rsidTr="00A4680D">
        <w:trPr>
          <w:tblCellSpacing w:w="15" w:type="dxa"/>
        </w:trPr>
        <w:tc>
          <w:tcPr>
            <w:tcW w:w="0" w:type="auto"/>
            <w:vAlign w:val="center"/>
          </w:tcPr>
          <w:p w14:paraId="7212A298" w14:textId="77777777" w:rsidR="00627C90" w:rsidRDefault="00627C90" w:rsidP="00A4680D">
            <w:pPr>
              <w:pStyle w:val="Stil4"/>
              <w:rPr>
                <w:bCs/>
                <w:color w:val="000000"/>
                <w:szCs w:val="20"/>
              </w:rPr>
            </w:pPr>
          </w:p>
        </w:tc>
        <w:tc>
          <w:tcPr>
            <w:tcW w:w="1850" w:type="dxa"/>
            <w:vAlign w:val="center"/>
          </w:tcPr>
          <w:p w14:paraId="4FF488D8" w14:textId="50C01A15" w:rsidR="00627C90" w:rsidRPr="00511BA2" w:rsidRDefault="00627C90" w:rsidP="00A4680D">
            <w:pPr>
              <w:pStyle w:val="Stil4"/>
              <w:rPr>
                <w:b w:val="0"/>
                <w:lang w:eastAsia="tr-TR"/>
              </w:rPr>
            </w:pPr>
            <w:r w:rsidRPr="00511BA2">
              <w:rPr>
                <w:b w:val="0"/>
                <w:lang w:eastAsia="tr-TR"/>
              </w:rPr>
              <w:t>Kale Turizm ve Otel İşletmeciliği MYO Mutfağında Baklava Şöleni</w:t>
            </w:r>
          </w:p>
        </w:tc>
        <w:tc>
          <w:tcPr>
            <w:tcW w:w="1104" w:type="dxa"/>
            <w:vAlign w:val="center"/>
          </w:tcPr>
          <w:p w14:paraId="7332A866" w14:textId="03A340B2" w:rsidR="00627C90" w:rsidRPr="00511BA2" w:rsidRDefault="00627C90" w:rsidP="00A4680D">
            <w:pPr>
              <w:pStyle w:val="Stil4"/>
              <w:rPr>
                <w:b w:val="0"/>
                <w:lang w:eastAsia="tr-TR"/>
              </w:rPr>
            </w:pPr>
            <w:r w:rsidRPr="00511BA2">
              <w:rPr>
                <w:b w:val="0"/>
                <w:lang w:eastAsia="tr-TR"/>
              </w:rPr>
              <w:t>12.2025</w:t>
            </w:r>
          </w:p>
        </w:tc>
        <w:tc>
          <w:tcPr>
            <w:tcW w:w="1671" w:type="dxa"/>
            <w:vAlign w:val="center"/>
          </w:tcPr>
          <w:p w14:paraId="79733A67" w14:textId="5698409E" w:rsidR="00627C90" w:rsidRPr="00511BA2" w:rsidRDefault="00627C90" w:rsidP="00A4680D">
            <w:pPr>
              <w:pStyle w:val="Stil4"/>
              <w:rPr>
                <w:b w:val="0"/>
                <w:lang w:eastAsia="tr-TR"/>
              </w:rPr>
            </w:pPr>
            <w:r w:rsidRPr="00511BA2">
              <w:rPr>
                <w:b w:val="0"/>
                <w:lang w:eastAsia="tr-TR"/>
              </w:rPr>
              <w:t>Kale TOİ MYO</w:t>
            </w:r>
          </w:p>
        </w:tc>
        <w:tc>
          <w:tcPr>
            <w:tcW w:w="2081" w:type="dxa"/>
            <w:vAlign w:val="center"/>
          </w:tcPr>
          <w:p w14:paraId="54946A3E" w14:textId="77777777" w:rsidR="00627C90" w:rsidRPr="00964B2D" w:rsidRDefault="00627C90" w:rsidP="00A4680D">
            <w:pPr>
              <w:pStyle w:val="Stil4"/>
              <w:rPr>
                <w:lang w:eastAsia="tr-TR"/>
              </w:rPr>
            </w:pPr>
          </w:p>
        </w:tc>
      </w:tr>
      <w:tr w:rsidR="005674FA" w:rsidRPr="00964B2D" w14:paraId="1948A43E" w14:textId="77777777" w:rsidTr="00A4680D">
        <w:trPr>
          <w:tblCellSpacing w:w="15" w:type="dxa"/>
        </w:trPr>
        <w:tc>
          <w:tcPr>
            <w:tcW w:w="0" w:type="auto"/>
            <w:vAlign w:val="center"/>
          </w:tcPr>
          <w:p w14:paraId="4F1159E7" w14:textId="77777777" w:rsidR="005674FA" w:rsidRDefault="005674FA" w:rsidP="00A4680D">
            <w:pPr>
              <w:pStyle w:val="Stil4"/>
              <w:rPr>
                <w:bCs/>
                <w:color w:val="000000"/>
                <w:szCs w:val="20"/>
              </w:rPr>
            </w:pPr>
          </w:p>
        </w:tc>
        <w:tc>
          <w:tcPr>
            <w:tcW w:w="1850" w:type="dxa"/>
            <w:vAlign w:val="center"/>
          </w:tcPr>
          <w:p w14:paraId="67B2DA64" w14:textId="53778335" w:rsidR="005674FA" w:rsidRPr="00511BA2" w:rsidRDefault="005674FA" w:rsidP="00A4680D">
            <w:pPr>
              <w:pStyle w:val="Stil4"/>
              <w:rPr>
                <w:b w:val="0"/>
                <w:lang w:eastAsia="tr-TR"/>
              </w:rPr>
            </w:pPr>
            <w:r w:rsidRPr="00511BA2">
              <w:rPr>
                <w:b w:val="0"/>
                <w:lang w:eastAsia="tr-TR"/>
              </w:rPr>
              <w:t>Pizza Temel Pizza Yapım Teknikleri Eğitimi</w:t>
            </w:r>
          </w:p>
        </w:tc>
        <w:tc>
          <w:tcPr>
            <w:tcW w:w="1104" w:type="dxa"/>
            <w:vAlign w:val="center"/>
          </w:tcPr>
          <w:p w14:paraId="5371289C" w14:textId="102E058F" w:rsidR="005674FA" w:rsidRPr="00511BA2" w:rsidRDefault="005674FA" w:rsidP="00A4680D">
            <w:pPr>
              <w:pStyle w:val="Stil4"/>
              <w:rPr>
                <w:b w:val="0"/>
                <w:lang w:eastAsia="tr-TR"/>
              </w:rPr>
            </w:pPr>
            <w:r w:rsidRPr="00511BA2">
              <w:rPr>
                <w:b w:val="0"/>
                <w:lang w:eastAsia="tr-TR"/>
              </w:rPr>
              <w:t>2.1.2025</w:t>
            </w:r>
          </w:p>
        </w:tc>
        <w:tc>
          <w:tcPr>
            <w:tcW w:w="1671" w:type="dxa"/>
            <w:vAlign w:val="center"/>
          </w:tcPr>
          <w:p w14:paraId="372FD34C" w14:textId="7A8DB585" w:rsidR="005674FA" w:rsidRPr="00511BA2" w:rsidRDefault="005674FA" w:rsidP="00A4680D">
            <w:pPr>
              <w:pStyle w:val="Stil4"/>
              <w:rPr>
                <w:b w:val="0"/>
                <w:lang w:eastAsia="tr-TR"/>
              </w:rPr>
            </w:pPr>
            <w:r w:rsidRPr="00511BA2">
              <w:rPr>
                <w:b w:val="0"/>
                <w:lang w:eastAsia="tr-TR"/>
              </w:rPr>
              <w:t>Kale TOİ MYO</w:t>
            </w:r>
          </w:p>
        </w:tc>
        <w:tc>
          <w:tcPr>
            <w:tcW w:w="2081" w:type="dxa"/>
            <w:vAlign w:val="center"/>
          </w:tcPr>
          <w:p w14:paraId="40C9D04B" w14:textId="77777777" w:rsidR="005674FA" w:rsidRPr="00964B2D" w:rsidRDefault="005674FA" w:rsidP="00A4680D">
            <w:pPr>
              <w:pStyle w:val="Stil4"/>
              <w:rPr>
                <w:lang w:eastAsia="tr-TR"/>
              </w:rPr>
            </w:pPr>
          </w:p>
        </w:tc>
      </w:tr>
      <w:tr w:rsidR="006C02BD" w:rsidRPr="00964B2D" w14:paraId="4B237713" w14:textId="77777777" w:rsidTr="00A4680D">
        <w:trPr>
          <w:tblCellSpacing w:w="15" w:type="dxa"/>
        </w:trPr>
        <w:tc>
          <w:tcPr>
            <w:tcW w:w="0" w:type="auto"/>
            <w:vAlign w:val="center"/>
          </w:tcPr>
          <w:p w14:paraId="58E17C68" w14:textId="77777777" w:rsidR="006C02BD" w:rsidRDefault="006C02BD" w:rsidP="00A4680D">
            <w:pPr>
              <w:pStyle w:val="Stil4"/>
              <w:rPr>
                <w:bCs/>
                <w:color w:val="000000"/>
                <w:szCs w:val="20"/>
              </w:rPr>
            </w:pPr>
            <w:r>
              <w:rPr>
                <w:bCs/>
                <w:color w:val="000000"/>
                <w:szCs w:val="20"/>
              </w:rPr>
              <w:t>Festival</w:t>
            </w:r>
          </w:p>
        </w:tc>
        <w:tc>
          <w:tcPr>
            <w:tcW w:w="1850" w:type="dxa"/>
            <w:vAlign w:val="center"/>
          </w:tcPr>
          <w:p w14:paraId="5D6E9219" w14:textId="77777777" w:rsidR="006C02BD" w:rsidRPr="00511BA2" w:rsidRDefault="006C02BD" w:rsidP="00A4680D">
            <w:pPr>
              <w:pStyle w:val="Stil4"/>
              <w:rPr>
                <w:b w:val="0"/>
                <w:lang w:eastAsia="tr-TR"/>
              </w:rPr>
            </w:pPr>
          </w:p>
        </w:tc>
        <w:tc>
          <w:tcPr>
            <w:tcW w:w="1104" w:type="dxa"/>
            <w:vAlign w:val="center"/>
          </w:tcPr>
          <w:p w14:paraId="75E7ADA2" w14:textId="77777777" w:rsidR="006C02BD" w:rsidRPr="00511BA2" w:rsidRDefault="006C02BD" w:rsidP="00A4680D">
            <w:pPr>
              <w:pStyle w:val="Stil4"/>
              <w:rPr>
                <w:b w:val="0"/>
                <w:lang w:eastAsia="tr-TR"/>
              </w:rPr>
            </w:pPr>
          </w:p>
        </w:tc>
        <w:tc>
          <w:tcPr>
            <w:tcW w:w="1671" w:type="dxa"/>
            <w:vAlign w:val="center"/>
          </w:tcPr>
          <w:p w14:paraId="53FD16E9" w14:textId="77777777" w:rsidR="006C02BD" w:rsidRPr="00511BA2" w:rsidRDefault="006C02BD" w:rsidP="00A4680D">
            <w:pPr>
              <w:pStyle w:val="Stil4"/>
              <w:rPr>
                <w:b w:val="0"/>
                <w:lang w:eastAsia="tr-TR"/>
              </w:rPr>
            </w:pPr>
          </w:p>
        </w:tc>
        <w:tc>
          <w:tcPr>
            <w:tcW w:w="2081" w:type="dxa"/>
            <w:vAlign w:val="center"/>
          </w:tcPr>
          <w:p w14:paraId="2F64DA9D" w14:textId="77777777" w:rsidR="006C02BD" w:rsidRPr="00964B2D" w:rsidRDefault="006C02BD" w:rsidP="00A4680D">
            <w:pPr>
              <w:pStyle w:val="Stil4"/>
              <w:rPr>
                <w:lang w:eastAsia="tr-TR"/>
              </w:rPr>
            </w:pPr>
          </w:p>
        </w:tc>
      </w:tr>
      <w:tr w:rsidR="006C02BD" w:rsidRPr="00964B2D" w14:paraId="58EFE6E4" w14:textId="77777777" w:rsidTr="00A4680D">
        <w:trPr>
          <w:tblCellSpacing w:w="15" w:type="dxa"/>
        </w:trPr>
        <w:tc>
          <w:tcPr>
            <w:tcW w:w="0" w:type="auto"/>
            <w:vAlign w:val="center"/>
          </w:tcPr>
          <w:p w14:paraId="2A9BFD07" w14:textId="77777777" w:rsidR="006C02BD" w:rsidRDefault="006C02BD" w:rsidP="00A4680D">
            <w:pPr>
              <w:pStyle w:val="Stil4"/>
              <w:rPr>
                <w:bCs/>
                <w:color w:val="000000"/>
                <w:szCs w:val="20"/>
              </w:rPr>
            </w:pPr>
            <w:r>
              <w:rPr>
                <w:bCs/>
                <w:color w:val="000000"/>
                <w:szCs w:val="20"/>
              </w:rPr>
              <w:t>Girişimcilik/İnovasyon</w:t>
            </w:r>
          </w:p>
        </w:tc>
        <w:tc>
          <w:tcPr>
            <w:tcW w:w="1850" w:type="dxa"/>
            <w:vAlign w:val="center"/>
          </w:tcPr>
          <w:p w14:paraId="3D46C950" w14:textId="77777777" w:rsidR="006C02BD" w:rsidRPr="00511BA2" w:rsidRDefault="006C02BD" w:rsidP="00A4680D">
            <w:pPr>
              <w:pStyle w:val="Stil4"/>
              <w:rPr>
                <w:b w:val="0"/>
                <w:lang w:eastAsia="tr-TR"/>
              </w:rPr>
            </w:pPr>
          </w:p>
        </w:tc>
        <w:tc>
          <w:tcPr>
            <w:tcW w:w="1104" w:type="dxa"/>
            <w:vAlign w:val="center"/>
          </w:tcPr>
          <w:p w14:paraId="5FA5DEBF" w14:textId="77777777" w:rsidR="006C02BD" w:rsidRPr="00511BA2" w:rsidRDefault="006C02BD" w:rsidP="00A4680D">
            <w:pPr>
              <w:pStyle w:val="Stil4"/>
              <w:rPr>
                <w:b w:val="0"/>
                <w:lang w:eastAsia="tr-TR"/>
              </w:rPr>
            </w:pPr>
          </w:p>
        </w:tc>
        <w:tc>
          <w:tcPr>
            <w:tcW w:w="1671" w:type="dxa"/>
            <w:vAlign w:val="center"/>
          </w:tcPr>
          <w:p w14:paraId="795F39AC" w14:textId="77777777" w:rsidR="006C02BD" w:rsidRPr="00511BA2" w:rsidRDefault="006C02BD" w:rsidP="00A4680D">
            <w:pPr>
              <w:pStyle w:val="Stil4"/>
              <w:rPr>
                <w:b w:val="0"/>
                <w:lang w:eastAsia="tr-TR"/>
              </w:rPr>
            </w:pPr>
          </w:p>
        </w:tc>
        <w:tc>
          <w:tcPr>
            <w:tcW w:w="2081" w:type="dxa"/>
            <w:vAlign w:val="center"/>
          </w:tcPr>
          <w:p w14:paraId="55347817" w14:textId="77777777" w:rsidR="006C02BD" w:rsidRPr="00964B2D" w:rsidRDefault="006C02BD" w:rsidP="00A4680D">
            <w:pPr>
              <w:pStyle w:val="Stil4"/>
              <w:rPr>
                <w:lang w:eastAsia="tr-TR"/>
              </w:rPr>
            </w:pPr>
          </w:p>
        </w:tc>
      </w:tr>
      <w:tr w:rsidR="006C02BD" w:rsidRPr="00964B2D" w14:paraId="7D006F0F" w14:textId="77777777" w:rsidTr="00A4680D">
        <w:trPr>
          <w:tblCellSpacing w:w="15" w:type="dxa"/>
        </w:trPr>
        <w:tc>
          <w:tcPr>
            <w:tcW w:w="0" w:type="auto"/>
            <w:vAlign w:val="center"/>
          </w:tcPr>
          <w:p w14:paraId="06799F2F" w14:textId="77777777" w:rsidR="006C02BD" w:rsidRDefault="006C02BD" w:rsidP="00A4680D">
            <w:pPr>
              <w:pStyle w:val="Stil4"/>
              <w:rPr>
                <w:bCs/>
                <w:color w:val="000000"/>
                <w:szCs w:val="20"/>
              </w:rPr>
            </w:pPr>
            <w:r>
              <w:rPr>
                <w:bCs/>
                <w:color w:val="000000"/>
                <w:szCs w:val="20"/>
              </w:rPr>
              <w:t>Kişisel Gelişim</w:t>
            </w:r>
          </w:p>
        </w:tc>
        <w:tc>
          <w:tcPr>
            <w:tcW w:w="1850" w:type="dxa"/>
            <w:vAlign w:val="center"/>
          </w:tcPr>
          <w:p w14:paraId="02DC8633" w14:textId="1470C993" w:rsidR="006C02BD" w:rsidRPr="00511BA2" w:rsidRDefault="006C02BD" w:rsidP="00A4680D">
            <w:pPr>
              <w:pStyle w:val="Stil4"/>
              <w:rPr>
                <w:b w:val="0"/>
                <w:lang w:eastAsia="tr-TR"/>
              </w:rPr>
            </w:pPr>
          </w:p>
        </w:tc>
        <w:tc>
          <w:tcPr>
            <w:tcW w:w="1104" w:type="dxa"/>
            <w:vAlign w:val="center"/>
          </w:tcPr>
          <w:p w14:paraId="611507E0" w14:textId="77777777" w:rsidR="006C02BD" w:rsidRPr="00511BA2" w:rsidRDefault="006C02BD" w:rsidP="00A4680D">
            <w:pPr>
              <w:pStyle w:val="Stil4"/>
              <w:rPr>
                <w:b w:val="0"/>
                <w:lang w:eastAsia="tr-TR"/>
              </w:rPr>
            </w:pPr>
          </w:p>
        </w:tc>
        <w:tc>
          <w:tcPr>
            <w:tcW w:w="1671" w:type="dxa"/>
            <w:vAlign w:val="center"/>
          </w:tcPr>
          <w:p w14:paraId="7EDC02CD" w14:textId="77777777" w:rsidR="006C02BD" w:rsidRPr="00511BA2" w:rsidRDefault="006C02BD" w:rsidP="00A4680D">
            <w:pPr>
              <w:pStyle w:val="Stil4"/>
              <w:rPr>
                <w:b w:val="0"/>
                <w:lang w:eastAsia="tr-TR"/>
              </w:rPr>
            </w:pPr>
          </w:p>
        </w:tc>
        <w:tc>
          <w:tcPr>
            <w:tcW w:w="2081" w:type="dxa"/>
            <w:vAlign w:val="center"/>
          </w:tcPr>
          <w:p w14:paraId="59646EED" w14:textId="77777777" w:rsidR="006C02BD" w:rsidRPr="00964B2D" w:rsidRDefault="006C02BD" w:rsidP="00A4680D">
            <w:pPr>
              <w:pStyle w:val="Stil4"/>
              <w:rPr>
                <w:lang w:eastAsia="tr-TR"/>
              </w:rPr>
            </w:pPr>
          </w:p>
        </w:tc>
      </w:tr>
      <w:tr w:rsidR="006C02BD" w:rsidRPr="00964B2D" w14:paraId="68A2C660" w14:textId="77777777" w:rsidTr="00A4680D">
        <w:trPr>
          <w:tblCellSpacing w:w="15" w:type="dxa"/>
        </w:trPr>
        <w:tc>
          <w:tcPr>
            <w:tcW w:w="0" w:type="auto"/>
            <w:vAlign w:val="center"/>
          </w:tcPr>
          <w:p w14:paraId="14B1810C" w14:textId="77777777" w:rsidR="006C02BD" w:rsidRDefault="006C02BD" w:rsidP="00A4680D">
            <w:pPr>
              <w:pStyle w:val="Stil4"/>
              <w:rPr>
                <w:bCs/>
                <w:color w:val="000000"/>
                <w:szCs w:val="20"/>
              </w:rPr>
            </w:pPr>
            <w:r>
              <w:rPr>
                <w:bCs/>
                <w:color w:val="000000"/>
                <w:szCs w:val="20"/>
              </w:rPr>
              <w:t>Konferans</w:t>
            </w:r>
          </w:p>
        </w:tc>
        <w:tc>
          <w:tcPr>
            <w:tcW w:w="1850" w:type="dxa"/>
            <w:vAlign w:val="center"/>
          </w:tcPr>
          <w:p w14:paraId="78B060BA" w14:textId="3D419674" w:rsidR="006C02BD" w:rsidRPr="00511BA2" w:rsidRDefault="00C00507" w:rsidP="00A4680D">
            <w:pPr>
              <w:pStyle w:val="Stil4"/>
              <w:rPr>
                <w:b w:val="0"/>
                <w:lang w:eastAsia="tr-TR"/>
              </w:rPr>
            </w:pPr>
            <w:r w:rsidRPr="00511BA2">
              <w:rPr>
                <w:b w:val="0"/>
                <w:lang w:eastAsia="tr-TR"/>
              </w:rPr>
              <w:t>Mezunlar söyleş</w:t>
            </w:r>
            <w:r w:rsidR="006B5A99" w:rsidRPr="00511BA2">
              <w:rPr>
                <w:b w:val="0"/>
                <w:lang w:eastAsia="tr-TR"/>
              </w:rPr>
              <w:t>isi</w:t>
            </w:r>
          </w:p>
        </w:tc>
        <w:tc>
          <w:tcPr>
            <w:tcW w:w="1104" w:type="dxa"/>
            <w:vAlign w:val="center"/>
          </w:tcPr>
          <w:p w14:paraId="217BC8B1" w14:textId="77777777" w:rsidR="006C02BD" w:rsidRPr="00511BA2" w:rsidRDefault="006C02BD" w:rsidP="00A4680D">
            <w:pPr>
              <w:pStyle w:val="Stil4"/>
              <w:rPr>
                <w:b w:val="0"/>
                <w:lang w:eastAsia="tr-TR"/>
              </w:rPr>
            </w:pPr>
          </w:p>
        </w:tc>
        <w:tc>
          <w:tcPr>
            <w:tcW w:w="1671" w:type="dxa"/>
            <w:vAlign w:val="center"/>
          </w:tcPr>
          <w:p w14:paraId="24CEF15D" w14:textId="77777777" w:rsidR="006C02BD" w:rsidRPr="00511BA2" w:rsidRDefault="006C02BD" w:rsidP="00A4680D">
            <w:pPr>
              <w:pStyle w:val="Stil4"/>
              <w:rPr>
                <w:b w:val="0"/>
                <w:lang w:eastAsia="tr-TR"/>
              </w:rPr>
            </w:pPr>
          </w:p>
        </w:tc>
        <w:tc>
          <w:tcPr>
            <w:tcW w:w="2081" w:type="dxa"/>
            <w:vAlign w:val="center"/>
          </w:tcPr>
          <w:p w14:paraId="320E4611" w14:textId="77777777" w:rsidR="006C02BD" w:rsidRPr="00964B2D" w:rsidRDefault="006C02BD" w:rsidP="00A4680D">
            <w:pPr>
              <w:pStyle w:val="Stil4"/>
              <w:rPr>
                <w:lang w:eastAsia="tr-TR"/>
              </w:rPr>
            </w:pPr>
          </w:p>
        </w:tc>
      </w:tr>
      <w:tr w:rsidR="006C02BD" w:rsidRPr="00964B2D" w14:paraId="05506087" w14:textId="77777777" w:rsidTr="00A4680D">
        <w:trPr>
          <w:tblCellSpacing w:w="15" w:type="dxa"/>
        </w:trPr>
        <w:tc>
          <w:tcPr>
            <w:tcW w:w="0" w:type="auto"/>
            <w:vAlign w:val="center"/>
          </w:tcPr>
          <w:p w14:paraId="47A146AA" w14:textId="77777777" w:rsidR="006C02BD" w:rsidRDefault="006C02BD" w:rsidP="00A4680D">
            <w:pPr>
              <w:pStyle w:val="Stil4"/>
              <w:rPr>
                <w:bCs/>
                <w:color w:val="000000"/>
                <w:szCs w:val="20"/>
              </w:rPr>
            </w:pPr>
            <w:r>
              <w:rPr>
                <w:bCs/>
                <w:color w:val="000000"/>
                <w:szCs w:val="20"/>
              </w:rPr>
              <w:t>Kongre</w:t>
            </w:r>
          </w:p>
        </w:tc>
        <w:tc>
          <w:tcPr>
            <w:tcW w:w="1850" w:type="dxa"/>
            <w:vAlign w:val="center"/>
          </w:tcPr>
          <w:p w14:paraId="1120AFEB" w14:textId="77777777" w:rsidR="006C02BD" w:rsidRPr="00511BA2" w:rsidRDefault="006C02BD" w:rsidP="00A4680D">
            <w:pPr>
              <w:pStyle w:val="Stil4"/>
              <w:rPr>
                <w:b w:val="0"/>
                <w:lang w:eastAsia="tr-TR"/>
              </w:rPr>
            </w:pPr>
          </w:p>
        </w:tc>
        <w:tc>
          <w:tcPr>
            <w:tcW w:w="1104" w:type="dxa"/>
            <w:vAlign w:val="center"/>
          </w:tcPr>
          <w:p w14:paraId="2E097AC7" w14:textId="77777777" w:rsidR="006C02BD" w:rsidRPr="00511BA2" w:rsidRDefault="006C02BD" w:rsidP="00A4680D">
            <w:pPr>
              <w:pStyle w:val="Stil4"/>
              <w:rPr>
                <w:b w:val="0"/>
                <w:lang w:eastAsia="tr-TR"/>
              </w:rPr>
            </w:pPr>
          </w:p>
        </w:tc>
        <w:tc>
          <w:tcPr>
            <w:tcW w:w="1671" w:type="dxa"/>
            <w:vAlign w:val="center"/>
          </w:tcPr>
          <w:p w14:paraId="3CB7E4CF" w14:textId="77777777" w:rsidR="006C02BD" w:rsidRPr="00511BA2" w:rsidRDefault="006C02BD" w:rsidP="00A4680D">
            <w:pPr>
              <w:pStyle w:val="Stil4"/>
              <w:rPr>
                <w:b w:val="0"/>
                <w:lang w:eastAsia="tr-TR"/>
              </w:rPr>
            </w:pPr>
          </w:p>
        </w:tc>
        <w:tc>
          <w:tcPr>
            <w:tcW w:w="2081" w:type="dxa"/>
            <w:vAlign w:val="center"/>
          </w:tcPr>
          <w:p w14:paraId="75D19BBC" w14:textId="77777777" w:rsidR="006C02BD" w:rsidRPr="00964B2D" w:rsidRDefault="006C02BD" w:rsidP="00A4680D">
            <w:pPr>
              <w:pStyle w:val="Stil4"/>
              <w:rPr>
                <w:lang w:eastAsia="tr-TR"/>
              </w:rPr>
            </w:pPr>
          </w:p>
        </w:tc>
      </w:tr>
      <w:tr w:rsidR="006C02BD" w:rsidRPr="00964B2D" w14:paraId="669E2D57" w14:textId="77777777" w:rsidTr="00A4680D">
        <w:trPr>
          <w:tblCellSpacing w:w="15" w:type="dxa"/>
        </w:trPr>
        <w:tc>
          <w:tcPr>
            <w:tcW w:w="0" w:type="auto"/>
            <w:vAlign w:val="center"/>
          </w:tcPr>
          <w:p w14:paraId="7793DDCD" w14:textId="77777777" w:rsidR="006C02BD" w:rsidRDefault="006C02BD" w:rsidP="00A4680D">
            <w:pPr>
              <w:pStyle w:val="Stil4"/>
              <w:rPr>
                <w:bCs/>
                <w:color w:val="000000"/>
                <w:szCs w:val="20"/>
              </w:rPr>
            </w:pPr>
            <w:r>
              <w:rPr>
                <w:bCs/>
                <w:color w:val="000000"/>
                <w:szCs w:val="20"/>
              </w:rPr>
              <w:t>Konser</w:t>
            </w:r>
          </w:p>
        </w:tc>
        <w:tc>
          <w:tcPr>
            <w:tcW w:w="1850" w:type="dxa"/>
            <w:vAlign w:val="center"/>
          </w:tcPr>
          <w:p w14:paraId="7EB0FB9A" w14:textId="77777777" w:rsidR="006C02BD" w:rsidRPr="00511BA2" w:rsidRDefault="006C02BD" w:rsidP="00A4680D">
            <w:pPr>
              <w:pStyle w:val="Stil4"/>
              <w:rPr>
                <w:b w:val="0"/>
                <w:lang w:eastAsia="tr-TR"/>
              </w:rPr>
            </w:pPr>
          </w:p>
        </w:tc>
        <w:tc>
          <w:tcPr>
            <w:tcW w:w="1104" w:type="dxa"/>
            <w:vAlign w:val="center"/>
          </w:tcPr>
          <w:p w14:paraId="66B14625" w14:textId="77777777" w:rsidR="006C02BD" w:rsidRPr="00511BA2" w:rsidRDefault="006C02BD" w:rsidP="00A4680D">
            <w:pPr>
              <w:pStyle w:val="Stil4"/>
              <w:rPr>
                <w:b w:val="0"/>
                <w:lang w:eastAsia="tr-TR"/>
              </w:rPr>
            </w:pPr>
          </w:p>
        </w:tc>
        <w:tc>
          <w:tcPr>
            <w:tcW w:w="1671" w:type="dxa"/>
            <w:vAlign w:val="center"/>
          </w:tcPr>
          <w:p w14:paraId="39DCD561" w14:textId="77777777" w:rsidR="006C02BD" w:rsidRPr="00511BA2" w:rsidRDefault="006C02BD" w:rsidP="00A4680D">
            <w:pPr>
              <w:pStyle w:val="Stil4"/>
              <w:rPr>
                <w:b w:val="0"/>
                <w:lang w:eastAsia="tr-TR"/>
              </w:rPr>
            </w:pPr>
          </w:p>
        </w:tc>
        <w:tc>
          <w:tcPr>
            <w:tcW w:w="2081" w:type="dxa"/>
            <w:vAlign w:val="center"/>
          </w:tcPr>
          <w:p w14:paraId="67F2BF34" w14:textId="77777777" w:rsidR="006C02BD" w:rsidRPr="00964B2D" w:rsidRDefault="006C02BD" w:rsidP="00A4680D">
            <w:pPr>
              <w:pStyle w:val="Stil4"/>
              <w:rPr>
                <w:lang w:eastAsia="tr-TR"/>
              </w:rPr>
            </w:pPr>
          </w:p>
        </w:tc>
      </w:tr>
      <w:tr w:rsidR="006C02BD" w:rsidRPr="00964B2D" w14:paraId="7A61870B" w14:textId="77777777" w:rsidTr="00A4680D">
        <w:trPr>
          <w:tblCellSpacing w:w="15" w:type="dxa"/>
        </w:trPr>
        <w:tc>
          <w:tcPr>
            <w:tcW w:w="0" w:type="auto"/>
            <w:vAlign w:val="center"/>
          </w:tcPr>
          <w:p w14:paraId="5D3E61AF" w14:textId="77777777" w:rsidR="006C02BD" w:rsidRDefault="006C02BD" w:rsidP="00A4680D">
            <w:pPr>
              <w:pStyle w:val="Stil4"/>
              <w:rPr>
                <w:bCs/>
                <w:color w:val="000000"/>
                <w:szCs w:val="20"/>
              </w:rPr>
            </w:pPr>
            <w:r>
              <w:rPr>
                <w:bCs/>
                <w:color w:val="000000"/>
                <w:szCs w:val="20"/>
              </w:rPr>
              <w:t>Kültürel</w:t>
            </w:r>
          </w:p>
        </w:tc>
        <w:tc>
          <w:tcPr>
            <w:tcW w:w="1850" w:type="dxa"/>
            <w:vAlign w:val="center"/>
          </w:tcPr>
          <w:p w14:paraId="3D3652D0" w14:textId="27CD0306" w:rsidR="006C02BD" w:rsidRPr="00511BA2" w:rsidRDefault="006C02BD" w:rsidP="00A4680D">
            <w:pPr>
              <w:pStyle w:val="Stil4"/>
              <w:rPr>
                <w:b w:val="0"/>
                <w:lang w:eastAsia="tr-TR"/>
              </w:rPr>
            </w:pPr>
          </w:p>
        </w:tc>
        <w:tc>
          <w:tcPr>
            <w:tcW w:w="1104" w:type="dxa"/>
            <w:vAlign w:val="center"/>
          </w:tcPr>
          <w:p w14:paraId="6813C00A" w14:textId="77777777" w:rsidR="006C02BD" w:rsidRPr="00511BA2" w:rsidRDefault="006C02BD" w:rsidP="00A4680D">
            <w:pPr>
              <w:pStyle w:val="Stil4"/>
              <w:rPr>
                <w:b w:val="0"/>
                <w:lang w:eastAsia="tr-TR"/>
              </w:rPr>
            </w:pPr>
          </w:p>
        </w:tc>
        <w:tc>
          <w:tcPr>
            <w:tcW w:w="1671" w:type="dxa"/>
            <w:vAlign w:val="center"/>
          </w:tcPr>
          <w:p w14:paraId="58BB2E9A" w14:textId="77777777" w:rsidR="006C02BD" w:rsidRPr="00511BA2" w:rsidRDefault="006C02BD" w:rsidP="00A4680D">
            <w:pPr>
              <w:pStyle w:val="Stil4"/>
              <w:rPr>
                <w:b w:val="0"/>
                <w:lang w:eastAsia="tr-TR"/>
              </w:rPr>
            </w:pPr>
          </w:p>
        </w:tc>
        <w:tc>
          <w:tcPr>
            <w:tcW w:w="2081" w:type="dxa"/>
            <w:vAlign w:val="center"/>
          </w:tcPr>
          <w:p w14:paraId="1FF7A429" w14:textId="77777777" w:rsidR="006C02BD" w:rsidRPr="00964B2D" w:rsidRDefault="006C02BD" w:rsidP="00A4680D">
            <w:pPr>
              <w:pStyle w:val="Stil4"/>
              <w:rPr>
                <w:lang w:eastAsia="tr-TR"/>
              </w:rPr>
            </w:pPr>
          </w:p>
        </w:tc>
      </w:tr>
      <w:tr w:rsidR="00FE0C38" w:rsidRPr="00964B2D" w14:paraId="7EDBB33E" w14:textId="77777777" w:rsidTr="00A4680D">
        <w:trPr>
          <w:tblCellSpacing w:w="15" w:type="dxa"/>
        </w:trPr>
        <w:tc>
          <w:tcPr>
            <w:tcW w:w="0" w:type="auto"/>
            <w:vAlign w:val="center"/>
          </w:tcPr>
          <w:p w14:paraId="0A869C26" w14:textId="77777777" w:rsidR="00FE0C38" w:rsidRDefault="00FE0C38" w:rsidP="00FE0C38">
            <w:pPr>
              <w:pStyle w:val="Stil4"/>
              <w:rPr>
                <w:bCs/>
                <w:color w:val="000000"/>
                <w:szCs w:val="20"/>
              </w:rPr>
            </w:pPr>
            <w:r>
              <w:rPr>
                <w:bCs/>
                <w:color w:val="000000"/>
                <w:szCs w:val="20"/>
              </w:rPr>
              <w:t>Panel</w:t>
            </w:r>
          </w:p>
        </w:tc>
        <w:tc>
          <w:tcPr>
            <w:tcW w:w="1850" w:type="dxa"/>
            <w:vAlign w:val="center"/>
          </w:tcPr>
          <w:p w14:paraId="692107B0" w14:textId="3BB9D9CA" w:rsidR="00FE0C38" w:rsidRPr="00511BA2" w:rsidRDefault="00FE0C38" w:rsidP="00FE0C38">
            <w:pPr>
              <w:pStyle w:val="Stil4"/>
              <w:rPr>
                <w:b w:val="0"/>
                <w:lang w:eastAsia="tr-TR"/>
              </w:rPr>
            </w:pPr>
            <w:r w:rsidRPr="00511BA2">
              <w:rPr>
                <w:b w:val="0"/>
                <w:bCs/>
                <w:color w:val="000000"/>
                <w:szCs w:val="20"/>
              </w:rPr>
              <w:t>Turizmde kariyer rotası</w:t>
            </w:r>
          </w:p>
        </w:tc>
        <w:tc>
          <w:tcPr>
            <w:tcW w:w="1104" w:type="dxa"/>
            <w:vAlign w:val="center"/>
          </w:tcPr>
          <w:p w14:paraId="3330D962" w14:textId="58FB518A" w:rsidR="00FE0C38" w:rsidRPr="00511BA2" w:rsidRDefault="00FE0C38" w:rsidP="00FE0C38">
            <w:pPr>
              <w:pStyle w:val="Stil4"/>
              <w:rPr>
                <w:b w:val="0"/>
                <w:lang w:eastAsia="tr-TR"/>
              </w:rPr>
            </w:pPr>
            <w:r w:rsidRPr="00511BA2">
              <w:rPr>
                <w:b w:val="0"/>
                <w:bCs/>
                <w:color w:val="000000"/>
                <w:szCs w:val="20"/>
              </w:rPr>
              <w:t> 7.5.2025</w:t>
            </w:r>
          </w:p>
        </w:tc>
        <w:tc>
          <w:tcPr>
            <w:tcW w:w="1671" w:type="dxa"/>
            <w:vAlign w:val="center"/>
          </w:tcPr>
          <w:p w14:paraId="74105466" w14:textId="3C73F1D3" w:rsidR="00FE0C38" w:rsidRPr="00511BA2" w:rsidRDefault="00FE0C38" w:rsidP="00FE0C38">
            <w:pPr>
              <w:pStyle w:val="Stil4"/>
              <w:rPr>
                <w:b w:val="0"/>
                <w:lang w:eastAsia="tr-TR"/>
              </w:rPr>
            </w:pPr>
            <w:r w:rsidRPr="00511BA2">
              <w:rPr>
                <w:b w:val="0"/>
                <w:bCs/>
                <w:color w:val="000000"/>
                <w:szCs w:val="20"/>
              </w:rPr>
              <w:t> Kale TOİ MYO</w:t>
            </w:r>
          </w:p>
        </w:tc>
        <w:tc>
          <w:tcPr>
            <w:tcW w:w="2081" w:type="dxa"/>
            <w:vAlign w:val="center"/>
          </w:tcPr>
          <w:p w14:paraId="3182B80E" w14:textId="77777777" w:rsidR="00FE0C38" w:rsidRPr="00964B2D" w:rsidRDefault="00FE0C38" w:rsidP="00FE0C38">
            <w:pPr>
              <w:pStyle w:val="Stil4"/>
              <w:rPr>
                <w:lang w:eastAsia="tr-TR"/>
              </w:rPr>
            </w:pPr>
          </w:p>
        </w:tc>
      </w:tr>
      <w:tr w:rsidR="006C02BD" w:rsidRPr="00964B2D" w14:paraId="0CEFE753" w14:textId="77777777" w:rsidTr="00A4680D">
        <w:trPr>
          <w:tblCellSpacing w:w="15" w:type="dxa"/>
        </w:trPr>
        <w:tc>
          <w:tcPr>
            <w:tcW w:w="0" w:type="auto"/>
            <w:vAlign w:val="center"/>
          </w:tcPr>
          <w:p w14:paraId="4D7860A3" w14:textId="77777777" w:rsidR="006C02BD" w:rsidRDefault="006C02BD" w:rsidP="00A4680D">
            <w:pPr>
              <w:pStyle w:val="Stil4"/>
              <w:rPr>
                <w:bCs/>
                <w:color w:val="000000"/>
                <w:szCs w:val="20"/>
              </w:rPr>
            </w:pPr>
            <w:r>
              <w:rPr>
                <w:bCs/>
                <w:color w:val="000000"/>
                <w:szCs w:val="20"/>
              </w:rPr>
              <w:t>Sağlık</w:t>
            </w:r>
          </w:p>
        </w:tc>
        <w:tc>
          <w:tcPr>
            <w:tcW w:w="1850" w:type="dxa"/>
            <w:vAlign w:val="center"/>
          </w:tcPr>
          <w:p w14:paraId="1E2024A9" w14:textId="77777777" w:rsidR="006C02BD" w:rsidRPr="00511BA2" w:rsidRDefault="006C02BD" w:rsidP="00A4680D">
            <w:pPr>
              <w:pStyle w:val="Stil4"/>
              <w:rPr>
                <w:b w:val="0"/>
                <w:lang w:eastAsia="tr-TR"/>
              </w:rPr>
            </w:pPr>
          </w:p>
        </w:tc>
        <w:tc>
          <w:tcPr>
            <w:tcW w:w="1104" w:type="dxa"/>
            <w:vAlign w:val="center"/>
          </w:tcPr>
          <w:p w14:paraId="522B19E5" w14:textId="77777777" w:rsidR="006C02BD" w:rsidRPr="00511BA2" w:rsidRDefault="006C02BD" w:rsidP="00A4680D">
            <w:pPr>
              <w:pStyle w:val="Stil4"/>
              <w:rPr>
                <w:b w:val="0"/>
                <w:lang w:eastAsia="tr-TR"/>
              </w:rPr>
            </w:pPr>
          </w:p>
        </w:tc>
        <w:tc>
          <w:tcPr>
            <w:tcW w:w="1671" w:type="dxa"/>
            <w:vAlign w:val="center"/>
          </w:tcPr>
          <w:p w14:paraId="5A8D505D" w14:textId="77777777" w:rsidR="006C02BD" w:rsidRPr="00511BA2" w:rsidRDefault="006C02BD" w:rsidP="00A4680D">
            <w:pPr>
              <w:pStyle w:val="Stil4"/>
              <w:rPr>
                <w:b w:val="0"/>
                <w:lang w:eastAsia="tr-TR"/>
              </w:rPr>
            </w:pPr>
          </w:p>
        </w:tc>
        <w:tc>
          <w:tcPr>
            <w:tcW w:w="2081" w:type="dxa"/>
            <w:vAlign w:val="center"/>
          </w:tcPr>
          <w:p w14:paraId="7A50E862" w14:textId="77777777" w:rsidR="006C02BD" w:rsidRPr="00964B2D" w:rsidRDefault="006C02BD" w:rsidP="00A4680D">
            <w:pPr>
              <w:pStyle w:val="Stil4"/>
              <w:rPr>
                <w:lang w:eastAsia="tr-TR"/>
              </w:rPr>
            </w:pPr>
          </w:p>
        </w:tc>
      </w:tr>
      <w:tr w:rsidR="006C02BD" w:rsidRPr="00964B2D" w14:paraId="5130BC4A" w14:textId="77777777" w:rsidTr="00A4680D">
        <w:trPr>
          <w:tblCellSpacing w:w="15" w:type="dxa"/>
        </w:trPr>
        <w:tc>
          <w:tcPr>
            <w:tcW w:w="0" w:type="auto"/>
            <w:vAlign w:val="center"/>
          </w:tcPr>
          <w:p w14:paraId="6A8A0808" w14:textId="77777777" w:rsidR="006C02BD" w:rsidRDefault="006C02BD" w:rsidP="00A4680D">
            <w:pPr>
              <w:pStyle w:val="Stil4"/>
              <w:rPr>
                <w:bCs/>
                <w:color w:val="000000"/>
                <w:szCs w:val="20"/>
              </w:rPr>
            </w:pPr>
            <w:r>
              <w:rPr>
                <w:bCs/>
                <w:color w:val="000000"/>
                <w:szCs w:val="20"/>
              </w:rPr>
              <w:t>Sanatsal Sergi</w:t>
            </w:r>
          </w:p>
        </w:tc>
        <w:tc>
          <w:tcPr>
            <w:tcW w:w="1850" w:type="dxa"/>
            <w:vAlign w:val="center"/>
          </w:tcPr>
          <w:p w14:paraId="4C63138A" w14:textId="77777777" w:rsidR="006C02BD" w:rsidRPr="00511BA2" w:rsidRDefault="006C02BD" w:rsidP="00A4680D">
            <w:pPr>
              <w:pStyle w:val="Stil4"/>
              <w:rPr>
                <w:b w:val="0"/>
                <w:lang w:eastAsia="tr-TR"/>
              </w:rPr>
            </w:pPr>
          </w:p>
        </w:tc>
        <w:tc>
          <w:tcPr>
            <w:tcW w:w="1104" w:type="dxa"/>
            <w:vAlign w:val="center"/>
          </w:tcPr>
          <w:p w14:paraId="0FF17FE9" w14:textId="77777777" w:rsidR="006C02BD" w:rsidRPr="00511BA2" w:rsidRDefault="006C02BD" w:rsidP="00A4680D">
            <w:pPr>
              <w:pStyle w:val="Stil4"/>
              <w:rPr>
                <w:b w:val="0"/>
                <w:lang w:eastAsia="tr-TR"/>
              </w:rPr>
            </w:pPr>
          </w:p>
        </w:tc>
        <w:tc>
          <w:tcPr>
            <w:tcW w:w="1671" w:type="dxa"/>
            <w:vAlign w:val="center"/>
          </w:tcPr>
          <w:p w14:paraId="3EC4BAE7" w14:textId="77777777" w:rsidR="006C02BD" w:rsidRPr="00511BA2" w:rsidRDefault="006C02BD" w:rsidP="00A4680D">
            <w:pPr>
              <w:pStyle w:val="Stil4"/>
              <w:rPr>
                <w:b w:val="0"/>
                <w:lang w:eastAsia="tr-TR"/>
              </w:rPr>
            </w:pPr>
          </w:p>
        </w:tc>
        <w:tc>
          <w:tcPr>
            <w:tcW w:w="2081" w:type="dxa"/>
            <w:vAlign w:val="center"/>
          </w:tcPr>
          <w:p w14:paraId="1C42FEAC" w14:textId="77777777" w:rsidR="006C02BD" w:rsidRPr="00964B2D" w:rsidRDefault="006C02BD" w:rsidP="00A4680D">
            <w:pPr>
              <w:pStyle w:val="Stil4"/>
              <w:rPr>
                <w:lang w:eastAsia="tr-TR"/>
              </w:rPr>
            </w:pPr>
          </w:p>
        </w:tc>
      </w:tr>
      <w:tr w:rsidR="006C02BD" w:rsidRPr="00964B2D" w14:paraId="57A94997" w14:textId="77777777" w:rsidTr="00A4680D">
        <w:trPr>
          <w:tblCellSpacing w:w="15" w:type="dxa"/>
        </w:trPr>
        <w:tc>
          <w:tcPr>
            <w:tcW w:w="0" w:type="auto"/>
            <w:vAlign w:val="center"/>
          </w:tcPr>
          <w:p w14:paraId="55B43860" w14:textId="77777777" w:rsidR="006C02BD" w:rsidRDefault="006C02BD" w:rsidP="00A4680D">
            <w:pPr>
              <w:pStyle w:val="Stil4"/>
              <w:rPr>
                <w:bCs/>
                <w:color w:val="000000"/>
                <w:szCs w:val="20"/>
              </w:rPr>
            </w:pPr>
            <w:r>
              <w:rPr>
                <w:bCs/>
                <w:color w:val="000000"/>
                <w:szCs w:val="20"/>
              </w:rPr>
              <w:t>Seminer</w:t>
            </w:r>
          </w:p>
        </w:tc>
        <w:tc>
          <w:tcPr>
            <w:tcW w:w="1850" w:type="dxa"/>
            <w:vAlign w:val="center"/>
          </w:tcPr>
          <w:p w14:paraId="7DE39E60" w14:textId="77777777" w:rsidR="006C02BD" w:rsidRPr="00511BA2" w:rsidRDefault="006C02BD" w:rsidP="00A4680D">
            <w:pPr>
              <w:pStyle w:val="Stil4"/>
              <w:rPr>
                <w:b w:val="0"/>
                <w:lang w:eastAsia="tr-TR"/>
              </w:rPr>
            </w:pPr>
          </w:p>
        </w:tc>
        <w:tc>
          <w:tcPr>
            <w:tcW w:w="1104" w:type="dxa"/>
            <w:vAlign w:val="center"/>
          </w:tcPr>
          <w:p w14:paraId="203FD179" w14:textId="77777777" w:rsidR="006C02BD" w:rsidRPr="00511BA2" w:rsidRDefault="006C02BD" w:rsidP="00A4680D">
            <w:pPr>
              <w:pStyle w:val="Stil4"/>
              <w:rPr>
                <w:b w:val="0"/>
                <w:lang w:eastAsia="tr-TR"/>
              </w:rPr>
            </w:pPr>
          </w:p>
        </w:tc>
        <w:tc>
          <w:tcPr>
            <w:tcW w:w="1671" w:type="dxa"/>
            <w:vAlign w:val="center"/>
          </w:tcPr>
          <w:p w14:paraId="4B53C787" w14:textId="77777777" w:rsidR="006C02BD" w:rsidRPr="00511BA2" w:rsidRDefault="006C02BD" w:rsidP="00A4680D">
            <w:pPr>
              <w:pStyle w:val="Stil4"/>
              <w:rPr>
                <w:b w:val="0"/>
                <w:lang w:eastAsia="tr-TR"/>
              </w:rPr>
            </w:pPr>
          </w:p>
        </w:tc>
        <w:tc>
          <w:tcPr>
            <w:tcW w:w="2081" w:type="dxa"/>
            <w:vAlign w:val="center"/>
          </w:tcPr>
          <w:p w14:paraId="681A6533" w14:textId="77777777" w:rsidR="006C02BD" w:rsidRPr="00964B2D" w:rsidRDefault="006C02BD" w:rsidP="00A4680D">
            <w:pPr>
              <w:pStyle w:val="Stil4"/>
              <w:rPr>
                <w:lang w:eastAsia="tr-TR"/>
              </w:rPr>
            </w:pPr>
          </w:p>
        </w:tc>
      </w:tr>
      <w:tr w:rsidR="006C02BD" w:rsidRPr="00964B2D" w14:paraId="7F7C36C7" w14:textId="77777777" w:rsidTr="00A4680D">
        <w:trPr>
          <w:tblCellSpacing w:w="15" w:type="dxa"/>
        </w:trPr>
        <w:tc>
          <w:tcPr>
            <w:tcW w:w="0" w:type="auto"/>
            <w:vAlign w:val="center"/>
          </w:tcPr>
          <w:p w14:paraId="14790D8F" w14:textId="77777777" w:rsidR="006C02BD" w:rsidRDefault="006C02BD" w:rsidP="00A4680D">
            <w:pPr>
              <w:pStyle w:val="Stil4"/>
              <w:rPr>
                <w:bCs/>
                <w:color w:val="000000"/>
                <w:szCs w:val="20"/>
              </w:rPr>
            </w:pPr>
            <w:r>
              <w:rPr>
                <w:bCs/>
                <w:color w:val="000000"/>
                <w:szCs w:val="20"/>
              </w:rPr>
              <w:t>Sosyal</w:t>
            </w:r>
          </w:p>
        </w:tc>
        <w:tc>
          <w:tcPr>
            <w:tcW w:w="1850" w:type="dxa"/>
            <w:vAlign w:val="center"/>
          </w:tcPr>
          <w:p w14:paraId="0309E96A" w14:textId="77777777" w:rsidR="006C02BD" w:rsidRPr="00511BA2" w:rsidRDefault="006C02BD" w:rsidP="00A4680D">
            <w:pPr>
              <w:pStyle w:val="Stil4"/>
              <w:rPr>
                <w:b w:val="0"/>
                <w:lang w:eastAsia="tr-TR"/>
              </w:rPr>
            </w:pPr>
          </w:p>
        </w:tc>
        <w:tc>
          <w:tcPr>
            <w:tcW w:w="1104" w:type="dxa"/>
            <w:vAlign w:val="center"/>
          </w:tcPr>
          <w:p w14:paraId="2E4C3F68" w14:textId="77777777" w:rsidR="006C02BD" w:rsidRPr="00511BA2" w:rsidRDefault="006C02BD" w:rsidP="00A4680D">
            <w:pPr>
              <w:pStyle w:val="Stil4"/>
              <w:rPr>
                <w:b w:val="0"/>
                <w:lang w:eastAsia="tr-TR"/>
              </w:rPr>
            </w:pPr>
          </w:p>
        </w:tc>
        <w:tc>
          <w:tcPr>
            <w:tcW w:w="1671" w:type="dxa"/>
            <w:vAlign w:val="center"/>
          </w:tcPr>
          <w:p w14:paraId="3E293F97" w14:textId="77777777" w:rsidR="006C02BD" w:rsidRPr="00511BA2" w:rsidRDefault="006C02BD" w:rsidP="00A4680D">
            <w:pPr>
              <w:pStyle w:val="Stil4"/>
              <w:rPr>
                <w:b w:val="0"/>
                <w:lang w:eastAsia="tr-TR"/>
              </w:rPr>
            </w:pPr>
          </w:p>
        </w:tc>
        <w:tc>
          <w:tcPr>
            <w:tcW w:w="2081" w:type="dxa"/>
            <w:vAlign w:val="center"/>
          </w:tcPr>
          <w:p w14:paraId="4F796749" w14:textId="77777777" w:rsidR="006C02BD" w:rsidRPr="00964B2D" w:rsidRDefault="006C02BD" w:rsidP="00A4680D">
            <w:pPr>
              <w:pStyle w:val="Stil4"/>
              <w:rPr>
                <w:lang w:eastAsia="tr-TR"/>
              </w:rPr>
            </w:pPr>
          </w:p>
        </w:tc>
      </w:tr>
      <w:tr w:rsidR="006C02BD" w:rsidRPr="00964B2D" w14:paraId="3C461889" w14:textId="77777777" w:rsidTr="00A4680D">
        <w:trPr>
          <w:tblCellSpacing w:w="15" w:type="dxa"/>
        </w:trPr>
        <w:tc>
          <w:tcPr>
            <w:tcW w:w="0" w:type="auto"/>
            <w:vAlign w:val="center"/>
          </w:tcPr>
          <w:p w14:paraId="5B4E79A3" w14:textId="77777777" w:rsidR="006C02BD" w:rsidRDefault="006C02BD" w:rsidP="00A4680D">
            <w:pPr>
              <w:pStyle w:val="Stil4"/>
              <w:rPr>
                <w:bCs/>
                <w:color w:val="000000"/>
                <w:szCs w:val="20"/>
              </w:rPr>
            </w:pPr>
            <w:r>
              <w:rPr>
                <w:bCs/>
                <w:color w:val="000000"/>
                <w:szCs w:val="20"/>
              </w:rPr>
              <w:t>Sosyal-Kültürel</w:t>
            </w:r>
          </w:p>
        </w:tc>
        <w:tc>
          <w:tcPr>
            <w:tcW w:w="1850" w:type="dxa"/>
            <w:vAlign w:val="center"/>
          </w:tcPr>
          <w:p w14:paraId="6C9D3A1A" w14:textId="2979ABA0" w:rsidR="006C02BD" w:rsidRPr="00511BA2" w:rsidRDefault="006B5A99" w:rsidP="00A4680D">
            <w:pPr>
              <w:pStyle w:val="Stil4"/>
              <w:rPr>
                <w:b w:val="0"/>
                <w:bCs/>
                <w:color w:val="000000"/>
                <w:szCs w:val="20"/>
              </w:rPr>
            </w:pPr>
            <w:r w:rsidRPr="00511BA2">
              <w:rPr>
                <w:b w:val="0"/>
                <w:lang w:eastAsia="tr-TR"/>
              </w:rPr>
              <w:t>Mezun Pilav Etkinliği</w:t>
            </w:r>
          </w:p>
        </w:tc>
        <w:tc>
          <w:tcPr>
            <w:tcW w:w="1104" w:type="dxa"/>
            <w:vAlign w:val="center"/>
          </w:tcPr>
          <w:p w14:paraId="66CAFA1E" w14:textId="164B7CF1" w:rsidR="006C02BD" w:rsidRPr="00511BA2" w:rsidRDefault="006C02BD" w:rsidP="00A4680D">
            <w:pPr>
              <w:pStyle w:val="Stil4"/>
              <w:rPr>
                <w:b w:val="0"/>
                <w:bCs/>
                <w:color w:val="000000"/>
                <w:szCs w:val="20"/>
              </w:rPr>
            </w:pPr>
            <w:r w:rsidRPr="00511BA2">
              <w:rPr>
                <w:b w:val="0"/>
                <w:bCs/>
                <w:color w:val="000000"/>
                <w:szCs w:val="20"/>
              </w:rPr>
              <w:t> </w:t>
            </w:r>
            <w:r w:rsidR="006B5A99" w:rsidRPr="00511BA2">
              <w:rPr>
                <w:b w:val="0"/>
                <w:bCs/>
                <w:color w:val="000000"/>
                <w:szCs w:val="20"/>
              </w:rPr>
              <w:t>12.2025</w:t>
            </w:r>
          </w:p>
        </w:tc>
        <w:tc>
          <w:tcPr>
            <w:tcW w:w="1671" w:type="dxa"/>
            <w:vAlign w:val="center"/>
          </w:tcPr>
          <w:p w14:paraId="13EA48B6" w14:textId="69085611" w:rsidR="006C02BD" w:rsidRPr="00511BA2" w:rsidRDefault="006C02BD" w:rsidP="00A4680D">
            <w:pPr>
              <w:pStyle w:val="Stil4"/>
              <w:rPr>
                <w:b w:val="0"/>
                <w:bCs/>
                <w:color w:val="000000"/>
                <w:szCs w:val="20"/>
              </w:rPr>
            </w:pPr>
            <w:r w:rsidRPr="00511BA2">
              <w:rPr>
                <w:b w:val="0"/>
                <w:bCs/>
                <w:color w:val="000000"/>
                <w:szCs w:val="20"/>
              </w:rPr>
              <w:t> </w:t>
            </w:r>
            <w:r w:rsidR="006B5A99" w:rsidRPr="00511BA2">
              <w:rPr>
                <w:b w:val="0"/>
                <w:bCs/>
                <w:color w:val="000000"/>
                <w:szCs w:val="20"/>
              </w:rPr>
              <w:t>Kale TOİ MYO</w:t>
            </w:r>
          </w:p>
        </w:tc>
        <w:tc>
          <w:tcPr>
            <w:tcW w:w="2081" w:type="dxa"/>
            <w:vAlign w:val="bottom"/>
          </w:tcPr>
          <w:p w14:paraId="1DF4329B" w14:textId="77777777" w:rsidR="006C02BD" w:rsidRDefault="006C02BD" w:rsidP="00A4680D">
            <w:pPr>
              <w:pStyle w:val="Stil4"/>
              <w:rPr>
                <w:bCs/>
                <w:sz w:val="22"/>
              </w:rPr>
            </w:pPr>
            <w:r>
              <w:rPr>
                <w:bCs/>
                <w:sz w:val="22"/>
              </w:rPr>
              <w:t> </w:t>
            </w:r>
          </w:p>
        </w:tc>
      </w:tr>
      <w:tr w:rsidR="006B5A99" w:rsidRPr="00964B2D" w14:paraId="3ACBC686" w14:textId="77777777" w:rsidTr="00A4680D">
        <w:trPr>
          <w:tblCellSpacing w:w="15" w:type="dxa"/>
        </w:trPr>
        <w:tc>
          <w:tcPr>
            <w:tcW w:w="0" w:type="auto"/>
            <w:vAlign w:val="center"/>
          </w:tcPr>
          <w:p w14:paraId="03BCCA46" w14:textId="77777777" w:rsidR="006B5A99" w:rsidRDefault="006B5A99" w:rsidP="00A4680D">
            <w:pPr>
              <w:pStyle w:val="Stil4"/>
              <w:rPr>
                <w:bCs/>
                <w:color w:val="000000"/>
                <w:szCs w:val="20"/>
              </w:rPr>
            </w:pPr>
          </w:p>
        </w:tc>
        <w:tc>
          <w:tcPr>
            <w:tcW w:w="1850" w:type="dxa"/>
            <w:vAlign w:val="center"/>
          </w:tcPr>
          <w:p w14:paraId="7CA88052" w14:textId="7DD3F3FE" w:rsidR="006B5A99" w:rsidRPr="00511BA2" w:rsidRDefault="006B5A99" w:rsidP="00A4680D">
            <w:pPr>
              <w:pStyle w:val="Stil4"/>
              <w:rPr>
                <w:b w:val="0"/>
                <w:bCs/>
                <w:color w:val="000000"/>
                <w:szCs w:val="20"/>
              </w:rPr>
            </w:pPr>
            <w:r w:rsidRPr="00511BA2">
              <w:rPr>
                <w:b w:val="0"/>
                <w:bCs/>
                <w:color w:val="000000"/>
                <w:szCs w:val="20"/>
              </w:rPr>
              <w:t>Mezun Buluşması: Sucuk-Ekmek Günü</w:t>
            </w:r>
          </w:p>
        </w:tc>
        <w:tc>
          <w:tcPr>
            <w:tcW w:w="1104" w:type="dxa"/>
            <w:vAlign w:val="center"/>
          </w:tcPr>
          <w:p w14:paraId="674FC006" w14:textId="748A8B61" w:rsidR="006B5A99" w:rsidRPr="00511BA2" w:rsidRDefault="006B5A99" w:rsidP="00A4680D">
            <w:pPr>
              <w:pStyle w:val="Stil4"/>
              <w:rPr>
                <w:b w:val="0"/>
                <w:bCs/>
                <w:color w:val="000000"/>
                <w:szCs w:val="20"/>
              </w:rPr>
            </w:pPr>
            <w:r w:rsidRPr="00511BA2">
              <w:rPr>
                <w:b w:val="0"/>
                <w:bCs/>
                <w:color w:val="000000"/>
                <w:szCs w:val="20"/>
              </w:rPr>
              <w:t>12.2025</w:t>
            </w:r>
          </w:p>
        </w:tc>
        <w:tc>
          <w:tcPr>
            <w:tcW w:w="1671" w:type="dxa"/>
            <w:vAlign w:val="center"/>
          </w:tcPr>
          <w:p w14:paraId="7986984B" w14:textId="2CC7DC79" w:rsidR="006B5A99" w:rsidRPr="00511BA2" w:rsidRDefault="006B5A99" w:rsidP="00A4680D">
            <w:pPr>
              <w:pStyle w:val="Stil4"/>
              <w:rPr>
                <w:b w:val="0"/>
                <w:bCs/>
                <w:color w:val="000000"/>
                <w:szCs w:val="20"/>
              </w:rPr>
            </w:pPr>
            <w:r w:rsidRPr="00511BA2">
              <w:rPr>
                <w:b w:val="0"/>
                <w:bCs/>
                <w:color w:val="000000"/>
                <w:szCs w:val="20"/>
              </w:rPr>
              <w:t>Kale TOİ MYO</w:t>
            </w:r>
          </w:p>
        </w:tc>
        <w:tc>
          <w:tcPr>
            <w:tcW w:w="2081" w:type="dxa"/>
            <w:vAlign w:val="bottom"/>
          </w:tcPr>
          <w:p w14:paraId="3B8D6796" w14:textId="77777777" w:rsidR="006B5A99" w:rsidRDefault="006B5A99" w:rsidP="00A4680D">
            <w:pPr>
              <w:pStyle w:val="Stil4"/>
              <w:rPr>
                <w:bCs/>
                <w:sz w:val="22"/>
              </w:rPr>
            </w:pPr>
          </w:p>
        </w:tc>
      </w:tr>
      <w:tr w:rsidR="006C02BD" w:rsidRPr="00964B2D" w14:paraId="583E0C4A" w14:textId="77777777" w:rsidTr="00A4680D">
        <w:trPr>
          <w:tblCellSpacing w:w="15" w:type="dxa"/>
        </w:trPr>
        <w:tc>
          <w:tcPr>
            <w:tcW w:w="0" w:type="auto"/>
            <w:vAlign w:val="center"/>
          </w:tcPr>
          <w:p w14:paraId="68280A65" w14:textId="77777777" w:rsidR="006C02BD" w:rsidRDefault="006C02BD" w:rsidP="00A4680D">
            <w:pPr>
              <w:pStyle w:val="Stil4"/>
              <w:rPr>
                <w:bCs/>
                <w:color w:val="000000"/>
                <w:szCs w:val="20"/>
              </w:rPr>
            </w:pPr>
            <w:r>
              <w:rPr>
                <w:bCs/>
                <w:color w:val="000000"/>
                <w:szCs w:val="20"/>
              </w:rPr>
              <w:t>Sosyal Sorumluluk</w:t>
            </w:r>
          </w:p>
        </w:tc>
        <w:tc>
          <w:tcPr>
            <w:tcW w:w="1850" w:type="dxa"/>
            <w:vAlign w:val="center"/>
          </w:tcPr>
          <w:p w14:paraId="6323C198" w14:textId="77777777" w:rsidR="006C02BD" w:rsidRDefault="006C02BD" w:rsidP="00A4680D">
            <w:pPr>
              <w:pStyle w:val="Stil4"/>
              <w:rPr>
                <w:bCs/>
                <w:color w:val="000000"/>
                <w:szCs w:val="20"/>
              </w:rPr>
            </w:pPr>
            <w:r>
              <w:rPr>
                <w:bCs/>
                <w:color w:val="000000"/>
                <w:szCs w:val="20"/>
              </w:rPr>
              <w:t> </w:t>
            </w:r>
          </w:p>
        </w:tc>
        <w:tc>
          <w:tcPr>
            <w:tcW w:w="1104" w:type="dxa"/>
            <w:vAlign w:val="center"/>
          </w:tcPr>
          <w:p w14:paraId="6DC6DC8D" w14:textId="77777777" w:rsidR="006C02BD" w:rsidRDefault="006C02BD" w:rsidP="00A4680D">
            <w:pPr>
              <w:pStyle w:val="Stil4"/>
              <w:rPr>
                <w:bCs/>
                <w:color w:val="000000"/>
                <w:szCs w:val="20"/>
              </w:rPr>
            </w:pPr>
            <w:r>
              <w:rPr>
                <w:bCs/>
                <w:color w:val="000000"/>
                <w:szCs w:val="20"/>
              </w:rPr>
              <w:t> </w:t>
            </w:r>
          </w:p>
        </w:tc>
        <w:tc>
          <w:tcPr>
            <w:tcW w:w="1671" w:type="dxa"/>
            <w:vAlign w:val="center"/>
          </w:tcPr>
          <w:p w14:paraId="0108027D" w14:textId="77777777" w:rsidR="006C02BD" w:rsidRDefault="006C02BD" w:rsidP="00A4680D">
            <w:pPr>
              <w:pStyle w:val="Stil4"/>
              <w:rPr>
                <w:bCs/>
                <w:color w:val="000000"/>
                <w:szCs w:val="20"/>
              </w:rPr>
            </w:pPr>
            <w:r>
              <w:rPr>
                <w:bCs/>
                <w:color w:val="000000"/>
                <w:szCs w:val="20"/>
              </w:rPr>
              <w:t> </w:t>
            </w:r>
          </w:p>
        </w:tc>
        <w:tc>
          <w:tcPr>
            <w:tcW w:w="2081" w:type="dxa"/>
            <w:vAlign w:val="bottom"/>
          </w:tcPr>
          <w:p w14:paraId="2B54333A" w14:textId="77777777" w:rsidR="006C02BD" w:rsidRDefault="006C02BD" w:rsidP="00A4680D">
            <w:pPr>
              <w:pStyle w:val="Stil4"/>
              <w:rPr>
                <w:bCs/>
                <w:sz w:val="22"/>
              </w:rPr>
            </w:pPr>
            <w:r>
              <w:rPr>
                <w:bCs/>
                <w:sz w:val="22"/>
              </w:rPr>
              <w:t> </w:t>
            </w:r>
          </w:p>
        </w:tc>
      </w:tr>
      <w:tr w:rsidR="006C02BD" w:rsidRPr="00964B2D" w14:paraId="100A563E" w14:textId="77777777" w:rsidTr="00A4680D">
        <w:trPr>
          <w:tblCellSpacing w:w="15" w:type="dxa"/>
        </w:trPr>
        <w:tc>
          <w:tcPr>
            <w:tcW w:w="0" w:type="auto"/>
            <w:vAlign w:val="center"/>
          </w:tcPr>
          <w:p w14:paraId="5F6A5E84" w14:textId="77777777" w:rsidR="006C02BD" w:rsidRDefault="006C02BD" w:rsidP="00A4680D">
            <w:pPr>
              <w:pStyle w:val="Stil4"/>
              <w:rPr>
                <w:bCs/>
                <w:color w:val="000000"/>
                <w:szCs w:val="20"/>
              </w:rPr>
            </w:pPr>
            <w:r>
              <w:rPr>
                <w:bCs/>
                <w:color w:val="000000"/>
                <w:szCs w:val="20"/>
              </w:rPr>
              <w:t>Söyleşi</w:t>
            </w:r>
          </w:p>
        </w:tc>
        <w:tc>
          <w:tcPr>
            <w:tcW w:w="1850" w:type="dxa"/>
            <w:vAlign w:val="center"/>
          </w:tcPr>
          <w:p w14:paraId="0EB8D834" w14:textId="000C2C44" w:rsidR="006C02BD" w:rsidRDefault="006C02BD" w:rsidP="00A4680D">
            <w:pPr>
              <w:pStyle w:val="Stil4"/>
              <w:rPr>
                <w:bCs/>
                <w:color w:val="000000"/>
                <w:szCs w:val="20"/>
              </w:rPr>
            </w:pPr>
          </w:p>
        </w:tc>
        <w:tc>
          <w:tcPr>
            <w:tcW w:w="1104" w:type="dxa"/>
            <w:vAlign w:val="center"/>
          </w:tcPr>
          <w:p w14:paraId="644B0C18" w14:textId="19C6F0AF" w:rsidR="006C02BD" w:rsidRDefault="006C02BD" w:rsidP="00A4680D">
            <w:pPr>
              <w:pStyle w:val="Stil4"/>
              <w:rPr>
                <w:bCs/>
                <w:color w:val="000000"/>
                <w:szCs w:val="20"/>
              </w:rPr>
            </w:pPr>
          </w:p>
        </w:tc>
        <w:tc>
          <w:tcPr>
            <w:tcW w:w="1671" w:type="dxa"/>
            <w:vAlign w:val="center"/>
          </w:tcPr>
          <w:p w14:paraId="2E1BE051" w14:textId="10E41A05" w:rsidR="006C02BD" w:rsidRDefault="006C02BD" w:rsidP="00A4680D">
            <w:pPr>
              <w:pStyle w:val="Stil4"/>
              <w:rPr>
                <w:bCs/>
                <w:color w:val="000000"/>
                <w:szCs w:val="20"/>
              </w:rPr>
            </w:pPr>
          </w:p>
        </w:tc>
        <w:tc>
          <w:tcPr>
            <w:tcW w:w="2081" w:type="dxa"/>
            <w:vAlign w:val="bottom"/>
          </w:tcPr>
          <w:p w14:paraId="7E7956F8" w14:textId="77777777" w:rsidR="006C02BD" w:rsidRDefault="006C02BD" w:rsidP="00A4680D">
            <w:pPr>
              <w:pStyle w:val="Stil4"/>
              <w:rPr>
                <w:bCs/>
                <w:sz w:val="22"/>
              </w:rPr>
            </w:pPr>
            <w:r>
              <w:rPr>
                <w:bCs/>
                <w:sz w:val="22"/>
              </w:rPr>
              <w:t> </w:t>
            </w:r>
          </w:p>
        </w:tc>
      </w:tr>
    </w:tbl>
    <w:p w14:paraId="06C7DA7B" w14:textId="77777777" w:rsidR="00511BA2" w:rsidRDefault="00511BA2" w:rsidP="006C02BD">
      <w:pPr>
        <w:jc w:val="both"/>
      </w:pPr>
    </w:p>
    <w:p w14:paraId="19709CA4" w14:textId="420CF961" w:rsidR="006C02BD" w:rsidRDefault="006C4E57" w:rsidP="006C02BD">
      <w:pPr>
        <w:jc w:val="both"/>
      </w:pPr>
      <w:r w:rsidRPr="006C4E57">
        <w:t>Alınan Ödül Verileri</w:t>
      </w:r>
    </w:p>
    <w:tbl>
      <w:tblPr>
        <w:tblW w:w="0" w:type="auto"/>
        <w:tblInd w:w="-23" w:type="dxa"/>
        <w:tblLayout w:type="fixed"/>
        <w:tblCellMar>
          <w:left w:w="70" w:type="dxa"/>
          <w:right w:w="70" w:type="dxa"/>
        </w:tblCellMar>
        <w:tblLook w:val="04A0" w:firstRow="1" w:lastRow="0" w:firstColumn="1" w:lastColumn="0" w:noHBand="0" w:noVBand="1"/>
      </w:tblPr>
      <w:tblGrid>
        <w:gridCol w:w="2498"/>
        <w:gridCol w:w="2464"/>
        <w:gridCol w:w="1218"/>
        <w:gridCol w:w="1948"/>
        <w:gridCol w:w="921"/>
      </w:tblGrid>
      <w:tr w:rsidR="00FC7876" w:rsidRPr="00FC7876" w14:paraId="02244D81" w14:textId="77777777" w:rsidTr="004138CD">
        <w:trPr>
          <w:trHeight w:val="330"/>
        </w:trPr>
        <w:tc>
          <w:tcPr>
            <w:tcW w:w="2498" w:type="dxa"/>
            <w:tcBorders>
              <w:top w:val="double" w:sz="6" w:space="0" w:color="auto"/>
              <w:left w:val="double" w:sz="6" w:space="0" w:color="auto"/>
              <w:bottom w:val="double" w:sz="6" w:space="0" w:color="auto"/>
              <w:right w:val="double" w:sz="6" w:space="0" w:color="auto"/>
            </w:tcBorders>
            <w:shd w:val="clear" w:color="000000" w:fill="B99C71"/>
            <w:noWrap/>
            <w:vAlign w:val="bottom"/>
            <w:hideMark/>
          </w:tcPr>
          <w:p w14:paraId="1035F827" w14:textId="77777777" w:rsidR="00FC7876" w:rsidRPr="00FC7876" w:rsidRDefault="00FC7876" w:rsidP="004138CD">
            <w:pPr>
              <w:pStyle w:val="Stil4"/>
              <w:rPr>
                <w:lang w:eastAsia="tr-TR"/>
              </w:rPr>
            </w:pPr>
            <w:r w:rsidRPr="00FC7876">
              <w:rPr>
                <w:lang w:eastAsia="tr-TR"/>
              </w:rPr>
              <w:t>Ödül Adı</w:t>
            </w:r>
          </w:p>
        </w:tc>
        <w:tc>
          <w:tcPr>
            <w:tcW w:w="2464" w:type="dxa"/>
            <w:tcBorders>
              <w:top w:val="double" w:sz="6" w:space="0" w:color="auto"/>
              <w:left w:val="nil"/>
              <w:bottom w:val="double" w:sz="6" w:space="0" w:color="auto"/>
              <w:right w:val="double" w:sz="6" w:space="0" w:color="auto"/>
            </w:tcBorders>
            <w:shd w:val="clear" w:color="000000" w:fill="B99C71"/>
            <w:noWrap/>
            <w:vAlign w:val="bottom"/>
            <w:hideMark/>
          </w:tcPr>
          <w:p w14:paraId="017DA8F8" w14:textId="77777777" w:rsidR="004138CD" w:rsidRDefault="00FC7876" w:rsidP="004138CD">
            <w:pPr>
              <w:pStyle w:val="Stil4"/>
              <w:rPr>
                <w:lang w:eastAsia="tr-TR"/>
              </w:rPr>
            </w:pPr>
            <w:r w:rsidRPr="00FC7876">
              <w:rPr>
                <w:lang w:eastAsia="tr-TR"/>
              </w:rPr>
              <w:t>Ödül Alan</w:t>
            </w:r>
          </w:p>
          <w:p w14:paraId="4CC7D96E" w14:textId="77777777" w:rsidR="00FC7876" w:rsidRPr="00FC7876" w:rsidRDefault="004138CD" w:rsidP="004138CD">
            <w:pPr>
              <w:pStyle w:val="Stil4"/>
              <w:rPr>
                <w:lang w:eastAsia="tr-TR"/>
              </w:rPr>
            </w:pPr>
            <w:r>
              <w:rPr>
                <w:lang w:eastAsia="tr-TR"/>
              </w:rPr>
              <w:t>(A*****S***)</w:t>
            </w:r>
          </w:p>
        </w:tc>
        <w:tc>
          <w:tcPr>
            <w:tcW w:w="1218" w:type="dxa"/>
            <w:tcBorders>
              <w:top w:val="double" w:sz="6" w:space="0" w:color="auto"/>
              <w:left w:val="nil"/>
              <w:bottom w:val="double" w:sz="6" w:space="0" w:color="auto"/>
              <w:right w:val="double" w:sz="6" w:space="0" w:color="auto"/>
            </w:tcBorders>
            <w:shd w:val="clear" w:color="000000" w:fill="B99C71"/>
            <w:noWrap/>
            <w:vAlign w:val="bottom"/>
            <w:hideMark/>
          </w:tcPr>
          <w:p w14:paraId="29ED38AA" w14:textId="77777777" w:rsidR="004138CD" w:rsidRDefault="00FC7876" w:rsidP="004138CD">
            <w:pPr>
              <w:pStyle w:val="Stil4"/>
              <w:rPr>
                <w:lang w:eastAsia="tr-TR"/>
              </w:rPr>
            </w:pPr>
            <w:r w:rsidRPr="00FC7876">
              <w:rPr>
                <w:lang w:eastAsia="tr-TR"/>
              </w:rPr>
              <w:t>Ulusal/</w:t>
            </w:r>
          </w:p>
          <w:p w14:paraId="0CA39FB0" w14:textId="77777777" w:rsidR="00FC7876" w:rsidRPr="00FC7876" w:rsidRDefault="00FC7876" w:rsidP="004138CD">
            <w:pPr>
              <w:pStyle w:val="Stil4"/>
              <w:rPr>
                <w:lang w:eastAsia="tr-TR"/>
              </w:rPr>
            </w:pPr>
            <w:r w:rsidRPr="00FC7876">
              <w:rPr>
                <w:lang w:eastAsia="tr-TR"/>
              </w:rPr>
              <w:t>Uluslar arası</w:t>
            </w:r>
          </w:p>
        </w:tc>
        <w:tc>
          <w:tcPr>
            <w:tcW w:w="1948" w:type="dxa"/>
            <w:tcBorders>
              <w:top w:val="double" w:sz="6" w:space="0" w:color="auto"/>
              <w:left w:val="nil"/>
              <w:bottom w:val="double" w:sz="6" w:space="0" w:color="auto"/>
              <w:right w:val="double" w:sz="6" w:space="0" w:color="auto"/>
            </w:tcBorders>
            <w:shd w:val="clear" w:color="000000" w:fill="B99C71"/>
            <w:noWrap/>
            <w:vAlign w:val="bottom"/>
            <w:hideMark/>
          </w:tcPr>
          <w:p w14:paraId="7C31D2D0" w14:textId="77777777" w:rsidR="00FC7876" w:rsidRPr="00FC7876" w:rsidRDefault="00FC7876" w:rsidP="004138CD">
            <w:pPr>
              <w:pStyle w:val="Stil4"/>
              <w:rPr>
                <w:lang w:eastAsia="tr-TR"/>
              </w:rPr>
            </w:pPr>
            <w:r w:rsidRPr="00FC7876">
              <w:rPr>
                <w:lang w:eastAsia="tr-TR"/>
              </w:rPr>
              <w:t>Ödülü Veren Kurum Kuruluş</w:t>
            </w:r>
          </w:p>
        </w:tc>
        <w:tc>
          <w:tcPr>
            <w:tcW w:w="921" w:type="dxa"/>
            <w:tcBorders>
              <w:top w:val="double" w:sz="6" w:space="0" w:color="auto"/>
              <w:left w:val="nil"/>
              <w:bottom w:val="double" w:sz="6" w:space="0" w:color="auto"/>
              <w:right w:val="double" w:sz="6" w:space="0" w:color="auto"/>
            </w:tcBorders>
            <w:shd w:val="clear" w:color="000000" w:fill="B99C71"/>
            <w:noWrap/>
            <w:vAlign w:val="bottom"/>
            <w:hideMark/>
          </w:tcPr>
          <w:p w14:paraId="1E717864" w14:textId="77777777" w:rsidR="00FC7876" w:rsidRPr="00FC7876" w:rsidRDefault="00FC7876" w:rsidP="004138CD">
            <w:pPr>
              <w:pStyle w:val="Stil4"/>
              <w:rPr>
                <w:lang w:eastAsia="tr-TR"/>
              </w:rPr>
            </w:pPr>
            <w:r w:rsidRPr="00FC7876">
              <w:rPr>
                <w:lang w:eastAsia="tr-TR"/>
              </w:rPr>
              <w:t>Ödül Niteliği</w:t>
            </w:r>
          </w:p>
        </w:tc>
      </w:tr>
      <w:tr w:rsidR="003A30A6" w:rsidRPr="00FC7876" w14:paraId="5068A55A" w14:textId="77777777" w:rsidTr="006D71DB">
        <w:trPr>
          <w:trHeight w:val="330"/>
        </w:trPr>
        <w:tc>
          <w:tcPr>
            <w:tcW w:w="2498" w:type="dxa"/>
            <w:tcBorders>
              <w:top w:val="nil"/>
              <w:left w:val="double" w:sz="6" w:space="0" w:color="auto"/>
              <w:bottom w:val="double" w:sz="6" w:space="0" w:color="auto"/>
              <w:right w:val="double" w:sz="6" w:space="0" w:color="auto"/>
            </w:tcBorders>
            <w:shd w:val="clear" w:color="auto" w:fill="auto"/>
            <w:noWrap/>
            <w:vAlign w:val="bottom"/>
            <w:hideMark/>
          </w:tcPr>
          <w:p w14:paraId="45BDF1AE" w14:textId="2A346DA3" w:rsidR="003A30A6" w:rsidRPr="00FC7876" w:rsidRDefault="00126061" w:rsidP="003A30A6">
            <w:pPr>
              <w:pStyle w:val="Stil4"/>
              <w:rPr>
                <w:lang w:eastAsia="tr-TR"/>
              </w:rPr>
            </w:pPr>
            <w:r>
              <w:rPr>
                <w:lang w:eastAsia="tr-TR"/>
              </w:rPr>
              <w:t>Gelenekten İlham Alan Tarifler</w:t>
            </w:r>
          </w:p>
        </w:tc>
        <w:tc>
          <w:tcPr>
            <w:tcW w:w="2464" w:type="dxa"/>
            <w:tcBorders>
              <w:top w:val="nil"/>
              <w:left w:val="nil"/>
              <w:bottom w:val="double" w:sz="6" w:space="0" w:color="auto"/>
              <w:right w:val="double" w:sz="6" w:space="0" w:color="auto"/>
            </w:tcBorders>
            <w:shd w:val="clear" w:color="auto" w:fill="auto"/>
            <w:noWrap/>
            <w:vAlign w:val="center"/>
            <w:hideMark/>
          </w:tcPr>
          <w:p w14:paraId="40F6B0D6" w14:textId="77777777" w:rsidR="003A30A6" w:rsidRPr="006D71DB" w:rsidRDefault="00212001" w:rsidP="006D71DB">
            <w:pPr>
              <w:pStyle w:val="Stil4"/>
              <w:spacing w:line="240" w:lineRule="auto"/>
              <w:rPr>
                <w:b w:val="0"/>
                <w:bCs/>
                <w:color w:val="000000" w:themeColor="text1"/>
                <w:lang w:eastAsia="tr-TR"/>
              </w:rPr>
            </w:pPr>
            <w:r w:rsidRPr="006D71DB">
              <w:rPr>
                <w:b w:val="0"/>
                <w:bCs/>
                <w:color w:val="000000" w:themeColor="text1"/>
                <w:lang w:eastAsia="tr-TR"/>
              </w:rPr>
              <w:t>M** B**</w:t>
            </w:r>
          </w:p>
          <w:p w14:paraId="14584E57" w14:textId="77777777" w:rsidR="00212001" w:rsidRPr="006D71DB" w:rsidRDefault="00212001" w:rsidP="006D71DB">
            <w:pPr>
              <w:spacing w:after="0" w:line="240" w:lineRule="auto"/>
              <w:rPr>
                <w:bCs/>
                <w:color w:val="000000" w:themeColor="text1"/>
                <w:lang w:val="tr-TR" w:eastAsia="tr-TR"/>
              </w:rPr>
            </w:pPr>
            <w:r w:rsidRPr="006D71DB">
              <w:rPr>
                <w:bCs/>
                <w:color w:val="000000" w:themeColor="text1"/>
                <w:lang w:val="tr-TR" w:eastAsia="tr-TR"/>
              </w:rPr>
              <w:t>S** A**</w:t>
            </w:r>
          </w:p>
          <w:p w14:paraId="22ED7350" w14:textId="2FD1D393" w:rsidR="00212001" w:rsidRPr="006D71DB" w:rsidRDefault="00212001" w:rsidP="006D71DB">
            <w:pPr>
              <w:spacing w:after="0" w:line="240" w:lineRule="auto"/>
              <w:rPr>
                <w:bCs/>
                <w:color w:val="000000" w:themeColor="text1"/>
                <w:lang w:val="tr-TR" w:eastAsia="tr-TR"/>
              </w:rPr>
            </w:pPr>
            <w:r w:rsidRPr="006D71DB">
              <w:rPr>
                <w:bCs/>
                <w:color w:val="000000" w:themeColor="text1"/>
                <w:lang w:val="tr-TR" w:eastAsia="tr-TR"/>
              </w:rPr>
              <w:t>M** H** A**</w:t>
            </w:r>
          </w:p>
        </w:tc>
        <w:tc>
          <w:tcPr>
            <w:tcW w:w="1218" w:type="dxa"/>
            <w:tcBorders>
              <w:top w:val="nil"/>
              <w:left w:val="nil"/>
              <w:bottom w:val="double" w:sz="6" w:space="0" w:color="auto"/>
              <w:right w:val="double" w:sz="6" w:space="0" w:color="auto"/>
            </w:tcBorders>
            <w:shd w:val="clear" w:color="auto" w:fill="auto"/>
            <w:noWrap/>
            <w:vAlign w:val="center"/>
            <w:hideMark/>
          </w:tcPr>
          <w:p w14:paraId="0A6D790A" w14:textId="36AE0F34" w:rsidR="003A30A6" w:rsidRPr="006D71DB" w:rsidRDefault="003A30A6" w:rsidP="006D71DB">
            <w:pPr>
              <w:pStyle w:val="Stil4"/>
              <w:jc w:val="center"/>
              <w:rPr>
                <w:b w:val="0"/>
                <w:lang w:eastAsia="tr-TR"/>
              </w:rPr>
            </w:pPr>
            <w:r w:rsidRPr="006D71DB">
              <w:rPr>
                <w:b w:val="0"/>
                <w:lang w:eastAsia="tr-TR"/>
              </w:rPr>
              <w:t>Ulusal</w:t>
            </w:r>
          </w:p>
        </w:tc>
        <w:tc>
          <w:tcPr>
            <w:tcW w:w="1948" w:type="dxa"/>
            <w:tcBorders>
              <w:top w:val="nil"/>
              <w:left w:val="nil"/>
              <w:bottom w:val="double" w:sz="6" w:space="0" w:color="auto"/>
              <w:right w:val="double" w:sz="6" w:space="0" w:color="auto"/>
            </w:tcBorders>
            <w:shd w:val="clear" w:color="auto" w:fill="auto"/>
            <w:noWrap/>
            <w:vAlign w:val="center"/>
            <w:hideMark/>
          </w:tcPr>
          <w:p w14:paraId="24C93838" w14:textId="47C4685E" w:rsidR="003A30A6" w:rsidRPr="006D71DB" w:rsidRDefault="00212001" w:rsidP="006D71DB">
            <w:pPr>
              <w:pStyle w:val="Stil4"/>
              <w:jc w:val="center"/>
              <w:rPr>
                <w:b w:val="0"/>
                <w:lang w:eastAsia="tr-TR"/>
              </w:rPr>
            </w:pPr>
            <w:r w:rsidRPr="006D71DB">
              <w:rPr>
                <w:b w:val="0"/>
                <w:lang w:eastAsia="tr-TR"/>
              </w:rPr>
              <w:t>GAPTER</w:t>
            </w:r>
          </w:p>
        </w:tc>
        <w:tc>
          <w:tcPr>
            <w:tcW w:w="921" w:type="dxa"/>
            <w:tcBorders>
              <w:top w:val="nil"/>
              <w:left w:val="nil"/>
              <w:bottom w:val="double" w:sz="6" w:space="0" w:color="auto"/>
              <w:right w:val="double" w:sz="6" w:space="0" w:color="auto"/>
            </w:tcBorders>
            <w:shd w:val="clear" w:color="auto" w:fill="auto"/>
            <w:noWrap/>
            <w:vAlign w:val="center"/>
            <w:hideMark/>
          </w:tcPr>
          <w:p w14:paraId="567E900A" w14:textId="4E8A0CCA" w:rsidR="003A30A6" w:rsidRPr="006D71DB" w:rsidRDefault="003A30A6" w:rsidP="006D71DB">
            <w:pPr>
              <w:pStyle w:val="Stil4"/>
              <w:jc w:val="center"/>
              <w:rPr>
                <w:b w:val="0"/>
                <w:lang w:eastAsia="tr-TR"/>
              </w:rPr>
            </w:pPr>
            <w:r w:rsidRPr="006D71DB">
              <w:rPr>
                <w:b w:val="0"/>
                <w:lang w:eastAsia="tr-TR"/>
              </w:rPr>
              <w:t>3</w:t>
            </w:r>
          </w:p>
        </w:tc>
      </w:tr>
      <w:tr w:rsidR="003A30A6" w:rsidRPr="00FC7876" w14:paraId="16259C92" w14:textId="77777777" w:rsidTr="006D71DB">
        <w:trPr>
          <w:trHeight w:val="330"/>
        </w:trPr>
        <w:tc>
          <w:tcPr>
            <w:tcW w:w="2498" w:type="dxa"/>
            <w:tcBorders>
              <w:top w:val="nil"/>
              <w:left w:val="double" w:sz="6" w:space="0" w:color="auto"/>
              <w:bottom w:val="double" w:sz="6" w:space="0" w:color="auto"/>
              <w:right w:val="double" w:sz="6" w:space="0" w:color="auto"/>
            </w:tcBorders>
            <w:shd w:val="clear" w:color="auto" w:fill="auto"/>
            <w:noWrap/>
            <w:vAlign w:val="bottom"/>
            <w:hideMark/>
          </w:tcPr>
          <w:p w14:paraId="599C3FBE" w14:textId="30C56D9B" w:rsidR="003A30A6" w:rsidRPr="00FC7876" w:rsidRDefault="003A30A6" w:rsidP="003A30A6">
            <w:pPr>
              <w:pStyle w:val="Stil4"/>
              <w:rPr>
                <w:lang w:eastAsia="tr-TR"/>
              </w:rPr>
            </w:pPr>
            <w:r>
              <w:rPr>
                <w:lang w:eastAsia="tr-TR"/>
              </w:rPr>
              <w:t>Gelenekten Geleceğe Tatlar</w:t>
            </w:r>
          </w:p>
        </w:tc>
        <w:tc>
          <w:tcPr>
            <w:tcW w:w="2464" w:type="dxa"/>
            <w:tcBorders>
              <w:top w:val="nil"/>
              <w:left w:val="nil"/>
              <w:bottom w:val="double" w:sz="6" w:space="0" w:color="auto"/>
              <w:right w:val="double" w:sz="6" w:space="0" w:color="auto"/>
            </w:tcBorders>
            <w:shd w:val="clear" w:color="auto" w:fill="auto"/>
            <w:noWrap/>
            <w:vAlign w:val="center"/>
            <w:hideMark/>
          </w:tcPr>
          <w:p w14:paraId="22D2F809" w14:textId="77777777" w:rsidR="003A30A6" w:rsidRPr="006D71DB" w:rsidRDefault="005D2C06" w:rsidP="006D71DB">
            <w:pPr>
              <w:pStyle w:val="Stil4"/>
              <w:spacing w:line="240" w:lineRule="auto"/>
              <w:rPr>
                <w:b w:val="0"/>
                <w:bCs/>
                <w:color w:val="000000" w:themeColor="text1"/>
                <w:lang w:eastAsia="tr-TR"/>
              </w:rPr>
            </w:pPr>
            <w:r w:rsidRPr="006D71DB">
              <w:rPr>
                <w:b w:val="0"/>
                <w:bCs/>
                <w:color w:val="000000" w:themeColor="text1"/>
                <w:lang w:eastAsia="tr-TR"/>
              </w:rPr>
              <w:t>K** T**</w:t>
            </w:r>
          </w:p>
          <w:p w14:paraId="5A4631E4" w14:textId="65FFCBF5" w:rsidR="005D2C06" w:rsidRPr="006D71DB" w:rsidRDefault="005D2C06" w:rsidP="006D71DB">
            <w:pPr>
              <w:spacing w:after="0" w:line="240" w:lineRule="auto"/>
              <w:rPr>
                <w:bCs/>
                <w:color w:val="000000" w:themeColor="text1"/>
                <w:lang w:val="tr-TR" w:eastAsia="tr-TR"/>
              </w:rPr>
            </w:pPr>
            <w:r w:rsidRPr="006D71DB">
              <w:rPr>
                <w:bCs/>
                <w:color w:val="000000" w:themeColor="text1"/>
                <w:lang w:val="tr-TR" w:eastAsia="tr-TR"/>
              </w:rPr>
              <w:t>Ş** A**</w:t>
            </w:r>
          </w:p>
        </w:tc>
        <w:tc>
          <w:tcPr>
            <w:tcW w:w="1218" w:type="dxa"/>
            <w:tcBorders>
              <w:top w:val="nil"/>
              <w:left w:val="nil"/>
              <w:bottom w:val="double" w:sz="6" w:space="0" w:color="auto"/>
              <w:right w:val="double" w:sz="6" w:space="0" w:color="auto"/>
            </w:tcBorders>
            <w:shd w:val="clear" w:color="auto" w:fill="auto"/>
            <w:noWrap/>
            <w:vAlign w:val="center"/>
            <w:hideMark/>
          </w:tcPr>
          <w:p w14:paraId="51F4D7CF" w14:textId="2119857D" w:rsidR="003A30A6" w:rsidRPr="006D71DB" w:rsidRDefault="003A30A6" w:rsidP="006D71DB">
            <w:pPr>
              <w:pStyle w:val="Stil4"/>
              <w:jc w:val="center"/>
              <w:rPr>
                <w:b w:val="0"/>
                <w:lang w:eastAsia="tr-TR"/>
              </w:rPr>
            </w:pPr>
            <w:r w:rsidRPr="006D71DB">
              <w:rPr>
                <w:b w:val="0"/>
                <w:lang w:eastAsia="tr-TR"/>
              </w:rPr>
              <w:t>Ulusal</w:t>
            </w:r>
          </w:p>
        </w:tc>
        <w:tc>
          <w:tcPr>
            <w:tcW w:w="1948" w:type="dxa"/>
            <w:tcBorders>
              <w:top w:val="nil"/>
              <w:left w:val="nil"/>
              <w:bottom w:val="double" w:sz="6" w:space="0" w:color="auto"/>
              <w:right w:val="double" w:sz="6" w:space="0" w:color="auto"/>
            </w:tcBorders>
            <w:shd w:val="clear" w:color="auto" w:fill="auto"/>
            <w:noWrap/>
            <w:vAlign w:val="center"/>
            <w:hideMark/>
          </w:tcPr>
          <w:p w14:paraId="39081430" w14:textId="6B22D9A9" w:rsidR="003A30A6" w:rsidRPr="006D71DB" w:rsidRDefault="00212001" w:rsidP="006D71DB">
            <w:pPr>
              <w:pStyle w:val="Stil4"/>
              <w:jc w:val="center"/>
              <w:rPr>
                <w:b w:val="0"/>
                <w:lang w:eastAsia="tr-TR"/>
              </w:rPr>
            </w:pPr>
            <w:r w:rsidRPr="006D71DB">
              <w:rPr>
                <w:b w:val="0"/>
                <w:lang w:eastAsia="tr-TR"/>
              </w:rPr>
              <w:t>Fırat Üniversitesi,</w:t>
            </w:r>
          </w:p>
        </w:tc>
        <w:tc>
          <w:tcPr>
            <w:tcW w:w="921" w:type="dxa"/>
            <w:tcBorders>
              <w:top w:val="nil"/>
              <w:left w:val="nil"/>
              <w:bottom w:val="double" w:sz="6" w:space="0" w:color="auto"/>
              <w:right w:val="double" w:sz="6" w:space="0" w:color="auto"/>
            </w:tcBorders>
            <w:shd w:val="clear" w:color="auto" w:fill="auto"/>
            <w:noWrap/>
            <w:vAlign w:val="center"/>
            <w:hideMark/>
          </w:tcPr>
          <w:p w14:paraId="05FB562C" w14:textId="33050CA6" w:rsidR="003A30A6" w:rsidRPr="006D71DB" w:rsidRDefault="003A30A6" w:rsidP="006D71DB">
            <w:pPr>
              <w:pStyle w:val="Stil4"/>
              <w:jc w:val="center"/>
              <w:rPr>
                <w:b w:val="0"/>
                <w:lang w:eastAsia="tr-TR"/>
              </w:rPr>
            </w:pPr>
            <w:r w:rsidRPr="006D71DB">
              <w:rPr>
                <w:b w:val="0"/>
                <w:lang w:eastAsia="tr-TR"/>
              </w:rPr>
              <w:t>4</w:t>
            </w:r>
          </w:p>
        </w:tc>
      </w:tr>
      <w:tr w:rsidR="00126061" w:rsidRPr="00FC7876" w14:paraId="6126BC27" w14:textId="77777777" w:rsidTr="006D71DB">
        <w:trPr>
          <w:trHeight w:val="330"/>
        </w:trPr>
        <w:tc>
          <w:tcPr>
            <w:tcW w:w="2498" w:type="dxa"/>
            <w:tcBorders>
              <w:top w:val="nil"/>
              <w:left w:val="double" w:sz="6" w:space="0" w:color="auto"/>
              <w:bottom w:val="double" w:sz="6" w:space="0" w:color="auto"/>
              <w:right w:val="double" w:sz="6" w:space="0" w:color="auto"/>
            </w:tcBorders>
            <w:shd w:val="clear" w:color="auto" w:fill="auto"/>
            <w:noWrap/>
            <w:vAlign w:val="center"/>
            <w:hideMark/>
          </w:tcPr>
          <w:p w14:paraId="3BF44490" w14:textId="3DF3030B" w:rsidR="00126061" w:rsidRPr="00FC7876" w:rsidRDefault="00126061" w:rsidP="006D71DB">
            <w:pPr>
              <w:pStyle w:val="Stil4"/>
              <w:rPr>
                <w:lang w:eastAsia="tr-TR"/>
              </w:rPr>
            </w:pPr>
            <w:r>
              <w:rPr>
                <w:lang w:eastAsia="tr-TR"/>
              </w:rPr>
              <w:t>Kültür yolu festivali</w:t>
            </w:r>
          </w:p>
        </w:tc>
        <w:tc>
          <w:tcPr>
            <w:tcW w:w="2464" w:type="dxa"/>
            <w:tcBorders>
              <w:top w:val="nil"/>
              <w:left w:val="nil"/>
              <w:bottom w:val="double" w:sz="6" w:space="0" w:color="auto"/>
              <w:right w:val="double" w:sz="6" w:space="0" w:color="auto"/>
            </w:tcBorders>
            <w:shd w:val="clear" w:color="auto" w:fill="auto"/>
            <w:noWrap/>
            <w:vAlign w:val="center"/>
            <w:hideMark/>
          </w:tcPr>
          <w:p w14:paraId="56CBD6AD" w14:textId="63702528" w:rsidR="00126061" w:rsidRPr="006D71DB" w:rsidRDefault="00212001" w:rsidP="006D71DB">
            <w:pPr>
              <w:pStyle w:val="Stil4"/>
              <w:spacing w:line="240" w:lineRule="auto"/>
              <w:rPr>
                <w:b w:val="0"/>
                <w:bCs/>
                <w:color w:val="000000" w:themeColor="text1"/>
                <w:lang w:eastAsia="tr-TR"/>
              </w:rPr>
            </w:pPr>
            <w:r w:rsidRPr="006D71DB">
              <w:rPr>
                <w:b w:val="0"/>
                <w:bCs/>
                <w:color w:val="000000" w:themeColor="text1"/>
                <w:lang w:eastAsia="tr-TR"/>
              </w:rPr>
              <w:t>R** D**</w:t>
            </w:r>
          </w:p>
          <w:p w14:paraId="36D1AE24" w14:textId="77777777" w:rsidR="00212001" w:rsidRPr="006D71DB" w:rsidRDefault="00212001" w:rsidP="006D71DB">
            <w:pPr>
              <w:spacing w:after="0" w:line="240" w:lineRule="auto"/>
              <w:rPr>
                <w:bCs/>
                <w:color w:val="000000" w:themeColor="text1"/>
                <w:lang w:val="tr-TR" w:eastAsia="tr-TR"/>
              </w:rPr>
            </w:pPr>
            <w:r w:rsidRPr="006D71DB">
              <w:rPr>
                <w:bCs/>
                <w:color w:val="000000" w:themeColor="text1"/>
                <w:lang w:val="tr-TR" w:eastAsia="tr-TR"/>
              </w:rPr>
              <w:t>F** B** S**</w:t>
            </w:r>
          </w:p>
          <w:p w14:paraId="1E9F1F0B" w14:textId="77777777" w:rsidR="00212001" w:rsidRPr="006D71DB" w:rsidRDefault="00212001" w:rsidP="006D71DB">
            <w:pPr>
              <w:spacing w:after="0" w:line="240" w:lineRule="auto"/>
              <w:rPr>
                <w:bCs/>
                <w:color w:val="000000" w:themeColor="text1"/>
                <w:lang w:val="tr-TR" w:eastAsia="tr-TR"/>
              </w:rPr>
            </w:pPr>
            <w:r w:rsidRPr="006D71DB">
              <w:rPr>
                <w:bCs/>
                <w:color w:val="000000" w:themeColor="text1"/>
                <w:lang w:val="tr-TR" w:eastAsia="tr-TR"/>
              </w:rPr>
              <w:t>S** T**</w:t>
            </w:r>
          </w:p>
          <w:p w14:paraId="2D1E0434" w14:textId="0CA71A84" w:rsidR="00212001" w:rsidRPr="006D71DB" w:rsidRDefault="00212001" w:rsidP="006D71DB">
            <w:pPr>
              <w:spacing w:after="0" w:line="240" w:lineRule="auto"/>
              <w:rPr>
                <w:bCs/>
                <w:color w:val="000000" w:themeColor="text1"/>
                <w:lang w:val="tr-TR" w:eastAsia="tr-TR"/>
              </w:rPr>
            </w:pPr>
            <w:r w:rsidRPr="006D71DB">
              <w:rPr>
                <w:bCs/>
                <w:color w:val="000000" w:themeColor="text1"/>
                <w:lang w:val="tr-TR" w:eastAsia="tr-TR"/>
              </w:rPr>
              <w:t>T** E**</w:t>
            </w:r>
          </w:p>
          <w:p w14:paraId="24F712A5" w14:textId="61DEA500" w:rsidR="00212001" w:rsidRPr="006D71DB" w:rsidRDefault="00212001" w:rsidP="006D71DB">
            <w:pPr>
              <w:spacing w:after="0" w:line="240" w:lineRule="auto"/>
              <w:rPr>
                <w:lang w:val="tr-TR" w:eastAsia="tr-TR"/>
              </w:rPr>
            </w:pPr>
            <w:r w:rsidRPr="006D71DB">
              <w:rPr>
                <w:bCs/>
                <w:color w:val="000000" w:themeColor="text1"/>
                <w:lang w:val="tr-TR" w:eastAsia="tr-TR"/>
              </w:rPr>
              <w:t>E** K**</w:t>
            </w:r>
          </w:p>
        </w:tc>
        <w:tc>
          <w:tcPr>
            <w:tcW w:w="1218" w:type="dxa"/>
            <w:tcBorders>
              <w:top w:val="nil"/>
              <w:left w:val="nil"/>
              <w:bottom w:val="double" w:sz="6" w:space="0" w:color="auto"/>
              <w:right w:val="double" w:sz="6" w:space="0" w:color="auto"/>
            </w:tcBorders>
            <w:shd w:val="clear" w:color="auto" w:fill="auto"/>
            <w:noWrap/>
            <w:vAlign w:val="center"/>
            <w:hideMark/>
          </w:tcPr>
          <w:p w14:paraId="3592FE9C" w14:textId="4E6ED887" w:rsidR="00126061" w:rsidRPr="006D71DB" w:rsidRDefault="00126061" w:rsidP="006D71DB">
            <w:pPr>
              <w:pStyle w:val="Stil4"/>
              <w:jc w:val="center"/>
              <w:rPr>
                <w:b w:val="0"/>
                <w:lang w:eastAsia="tr-TR"/>
              </w:rPr>
            </w:pPr>
            <w:r w:rsidRPr="006D71DB">
              <w:rPr>
                <w:b w:val="0"/>
                <w:lang w:eastAsia="tr-TR"/>
              </w:rPr>
              <w:t>Yerel</w:t>
            </w:r>
          </w:p>
        </w:tc>
        <w:tc>
          <w:tcPr>
            <w:tcW w:w="1948" w:type="dxa"/>
            <w:tcBorders>
              <w:top w:val="nil"/>
              <w:left w:val="nil"/>
              <w:bottom w:val="double" w:sz="6" w:space="0" w:color="auto"/>
              <w:right w:val="double" w:sz="6" w:space="0" w:color="auto"/>
            </w:tcBorders>
            <w:shd w:val="clear" w:color="auto" w:fill="auto"/>
            <w:noWrap/>
            <w:vAlign w:val="center"/>
          </w:tcPr>
          <w:p w14:paraId="633E8920" w14:textId="731EF5CE" w:rsidR="00126061" w:rsidRPr="006D71DB" w:rsidRDefault="00212001" w:rsidP="006D71DB">
            <w:pPr>
              <w:pStyle w:val="Stil4"/>
              <w:jc w:val="center"/>
              <w:rPr>
                <w:b w:val="0"/>
                <w:lang w:eastAsia="tr-TR"/>
              </w:rPr>
            </w:pPr>
            <w:r w:rsidRPr="006D71DB">
              <w:rPr>
                <w:b w:val="0"/>
                <w:lang w:eastAsia="tr-TR"/>
              </w:rPr>
              <w:t>Malatya Büyükşehir Belediyesi</w:t>
            </w:r>
          </w:p>
        </w:tc>
        <w:tc>
          <w:tcPr>
            <w:tcW w:w="921" w:type="dxa"/>
            <w:tcBorders>
              <w:top w:val="nil"/>
              <w:left w:val="nil"/>
              <w:bottom w:val="double" w:sz="6" w:space="0" w:color="auto"/>
              <w:right w:val="double" w:sz="6" w:space="0" w:color="auto"/>
            </w:tcBorders>
            <w:shd w:val="clear" w:color="auto" w:fill="auto"/>
            <w:noWrap/>
            <w:vAlign w:val="center"/>
            <w:hideMark/>
          </w:tcPr>
          <w:p w14:paraId="711F8463" w14:textId="0D7586BE" w:rsidR="00126061" w:rsidRPr="006D71DB" w:rsidRDefault="00126061" w:rsidP="006D71DB">
            <w:pPr>
              <w:pStyle w:val="Stil4"/>
              <w:jc w:val="center"/>
              <w:rPr>
                <w:b w:val="0"/>
                <w:lang w:eastAsia="tr-TR"/>
              </w:rPr>
            </w:pPr>
            <w:r w:rsidRPr="006D71DB">
              <w:rPr>
                <w:b w:val="0"/>
                <w:lang w:eastAsia="tr-TR"/>
              </w:rPr>
              <w:t>20</w:t>
            </w:r>
          </w:p>
        </w:tc>
      </w:tr>
      <w:tr w:rsidR="00126061" w:rsidRPr="00FC7876" w14:paraId="4430B867" w14:textId="77777777" w:rsidTr="004138CD">
        <w:trPr>
          <w:trHeight w:val="315"/>
        </w:trPr>
        <w:tc>
          <w:tcPr>
            <w:tcW w:w="4962" w:type="dxa"/>
            <w:gridSpan w:val="2"/>
            <w:tcBorders>
              <w:top w:val="nil"/>
              <w:left w:val="nil"/>
              <w:bottom w:val="nil"/>
              <w:right w:val="nil"/>
            </w:tcBorders>
            <w:shd w:val="clear" w:color="auto" w:fill="auto"/>
            <w:noWrap/>
            <w:vAlign w:val="bottom"/>
            <w:hideMark/>
          </w:tcPr>
          <w:p w14:paraId="6B106A87" w14:textId="77777777" w:rsidR="00126061" w:rsidRPr="00FC7876" w:rsidRDefault="00126061" w:rsidP="00126061">
            <w:pPr>
              <w:pStyle w:val="Stil4"/>
              <w:rPr>
                <w:szCs w:val="20"/>
                <w:lang w:eastAsia="tr-TR"/>
              </w:rPr>
            </w:pPr>
            <w:r w:rsidRPr="00BF0601">
              <w:rPr>
                <w:sz w:val="16"/>
                <w:szCs w:val="16"/>
                <w:lang w:eastAsia="tr-TR"/>
              </w:rPr>
              <w:t>Ödül Niteliği; YÖK,TÜBA, TÜBİTAK Bilim, Teşvik ve Sanat Ödülleri, Spor, Diğer)</w:t>
            </w:r>
          </w:p>
        </w:tc>
        <w:tc>
          <w:tcPr>
            <w:tcW w:w="1218" w:type="dxa"/>
            <w:tcBorders>
              <w:top w:val="nil"/>
              <w:left w:val="nil"/>
              <w:bottom w:val="nil"/>
              <w:right w:val="nil"/>
            </w:tcBorders>
            <w:shd w:val="clear" w:color="auto" w:fill="auto"/>
            <w:noWrap/>
            <w:vAlign w:val="bottom"/>
            <w:hideMark/>
          </w:tcPr>
          <w:p w14:paraId="6FD39D06" w14:textId="77777777" w:rsidR="00126061" w:rsidRPr="00FC7876" w:rsidRDefault="00126061" w:rsidP="00126061">
            <w:pPr>
              <w:pStyle w:val="Stil4"/>
              <w:rPr>
                <w:szCs w:val="20"/>
                <w:lang w:eastAsia="tr-TR"/>
              </w:rPr>
            </w:pPr>
          </w:p>
        </w:tc>
        <w:tc>
          <w:tcPr>
            <w:tcW w:w="1948" w:type="dxa"/>
            <w:tcBorders>
              <w:top w:val="nil"/>
              <w:left w:val="nil"/>
              <w:bottom w:val="nil"/>
              <w:right w:val="nil"/>
            </w:tcBorders>
            <w:shd w:val="clear" w:color="auto" w:fill="auto"/>
            <w:noWrap/>
            <w:vAlign w:val="bottom"/>
            <w:hideMark/>
          </w:tcPr>
          <w:p w14:paraId="243BE33F" w14:textId="77777777" w:rsidR="00126061" w:rsidRPr="00FC7876" w:rsidRDefault="00126061" w:rsidP="00126061">
            <w:pPr>
              <w:pStyle w:val="Stil4"/>
              <w:rPr>
                <w:szCs w:val="20"/>
                <w:lang w:eastAsia="tr-TR"/>
              </w:rPr>
            </w:pPr>
          </w:p>
        </w:tc>
        <w:tc>
          <w:tcPr>
            <w:tcW w:w="921" w:type="dxa"/>
            <w:tcBorders>
              <w:top w:val="nil"/>
              <w:left w:val="nil"/>
              <w:bottom w:val="nil"/>
              <w:right w:val="nil"/>
            </w:tcBorders>
            <w:shd w:val="clear" w:color="auto" w:fill="auto"/>
            <w:noWrap/>
            <w:vAlign w:val="bottom"/>
            <w:hideMark/>
          </w:tcPr>
          <w:p w14:paraId="2889A94D" w14:textId="77777777" w:rsidR="00126061" w:rsidRPr="00FC7876" w:rsidRDefault="00126061" w:rsidP="00126061">
            <w:pPr>
              <w:pStyle w:val="Stil4"/>
              <w:rPr>
                <w:szCs w:val="20"/>
                <w:lang w:eastAsia="tr-TR"/>
              </w:rPr>
            </w:pPr>
          </w:p>
        </w:tc>
      </w:tr>
    </w:tbl>
    <w:p w14:paraId="1C1F218F" w14:textId="77777777" w:rsidR="00FC7876" w:rsidRDefault="00FC7876" w:rsidP="006C02BD">
      <w:pPr>
        <w:jc w:val="both"/>
      </w:pPr>
    </w:p>
    <w:p w14:paraId="435BB2C6" w14:textId="77777777" w:rsidR="00E24BA4" w:rsidRPr="000C0E61" w:rsidRDefault="00E24BA4" w:rsidP="00E24BA4">
      <w:pPr>
        <w:pStyle w:val="Stil2"/>
      </w:pPr>
      <w:bookmarkStart w:id="31" w:name="_Toc217311508"/>
      <w:r>
        <w:t>5.3.1.</w:t>
      </w:r>
      <w:bookmarkStart w:id="32" w:name="_Hlk186025509"/>
      <w:r w:rsidRPr="000C0E61">
        <w:t>Öğrenci</w:t>
      </w:r>
      <w:r>
        <w:t xml:space="preserve"> Yaşamı, Sosyal- Kültürel Hizmetler</w:t>
      </w:r>
      <w:bookmarkEnd w:id="31"/>
      <w:bookmarkEnd w:id="32"/>
    </w:p>
    <w:p w14:paraId="04CC3884" w14:textId="77777777" w:rsidR="00E24BA4" w:rsidRDefault="00E24BA4" w:rsidP="00E24BA4">
      <w:pPr>
        <w:jc w:val="both"/>
        <w:rPr>
          <w:i/>
        </w:rPr>
      </w:pPr>
      <w:bookmarkStart w:id="33" w:name="_Hlk186025568"/>
    </w:p>
    <w:p w14:paraId="29A0D0E2" w14:textId="7F2238CD" w:rsidR="00E24BA4" w:rsidRDefault="00E24BA4" w:rsidP="00E24BA4">
      <w:r>
        <w:t xml:space="preserve">Öğrenci Kulüpleri ve Topluluklar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03"/>
        <w:gridCol w:w="3004"/>
        <w:gridCol w:w="1918"/>
        <w:gridCol w:w="1837"/>
      </w:tblGrid>
      <w:tr w:rsidR="00196709" w:rsidRPr="008D6AA7" w14:paraId="116D54F4" w14:textId="77777777" w:rsidTr="00196709">
        <w:trPr>
          <w:tblHeader/>
          <w:tblCellSpacing w:w="15" w:type="dxa"/>
        </w:trPr>
        <w:tc>
          <w:tcPr>
            <w:tcW w:w="0" w:type="auto"/>
            <w:shd w:val="clear" w:color="auto" w:fill="B99C71"/>
            <w:vAlign w:val="center"/>
            <w:hideMark/>
          </w:tcPr>
          <w:p w14:paraId="197A3908" w14:textId="77777777" w:rsidR="00196709" w:rsidRPr="008D6AA7" w:rsidRDefault="00196709" w:rsidP="009D611D">
            <w:pPr>
              <w:pStyle w:val="Stil4"/>
              <w:rPr>
                <w:rFonts w:eastAsia="Times New Roman"/>
                <w:lang w:eastAsia="tr-TR"/>
              </w:rPr>
            </w:pPr>
            <w:r w:rsidRPr="008D6AA7">
              <w:rPr>
                <w:rFonts w:eastAsia="Times New Roman"/>
                <w:lang w:eastAsia="tr-TR"/>
              </w:rPr>
              <w:t>Kulüp / Topluluk Adı</w:t>
            </w:r>
          </w:p>
        </w:tc>
        <w:tc>
          <w:tcPr>
            <w:tcW w:w="0" w:type="auto"/>
            <w:shd w:val="clear" w:color="auto" w:fill="B99C71"/>
            <w:vAlign w:val="center"/>
            <w:hideMark/>
          </w:tcPr>
          <w:p w14:paraId="00EAB3F6" w14:textId="77777777" w:rsidR="00196709" w:rsidRDefault="00196709" w:rsidP="009D611D">
            <w:pPr>
              <w:pStyle w:val="Stil4"/>
              <w:rPr>
                <w:rFonts w:eastAsia="Times New Roman"/>
                <w:lang w:eastAsia="tr-TR"/>
              </w:rPr>
            </w:pPr>
            <w:r w:rsidRPr="008D6AA7">
              <w:rPr>
                <w:rFonts w:eastAsia="Times New Roman"/>
                <w:lang w:eastAsia="tr-TR"/>
              </w:rPr>
              <w:t xml:space="preserve">Türü </w:t>
            </w:r>
          </w:p>
          <w:p w14:paraId="4706A5DB" w14:textId="77777777" w:rsidR="00196709" w:rsidRPr="008D6AA7" w:rsidRDefault="00196709" w:rsidP="009D611D">
            <w:pPr>
              <w:pStyle w:val="Stil4"/>
              <w:rPr>
                <w:rFonts w:eastAsia="Times New Roman"/>
                <w:sz w:val="16"/>
                <w:szCs w:val="16"/>
                <w:lang w:eastAsia="tr-TR"/>
              </w:rPr>
            </w:pPr>
            <w:r w:rsidRPr="008D6AA7">
              <w:rPr>
                <w:rFonts w:eastAsia="Times New Roman"/>
                <w:sz w:val="16"/>
                <w:szCs w:val="16"/>
                <w:lang w:eastAsia="tr-TR"/>
              </w:rPr>
              <w:t>(Kültür–Sanat, Spor, Bilim, Sosyal Sorumluluk vb.)</w:t>
            </w:r>
          </w:p>
        </w:tc>
        <w:tc>
          <w:tcPr>
            <w:tcW w:w="1888" w:type="dxa"/>
            <w:shd w:val="clear" w:color="auto" w:fill="B99C71"/>
            <w:vAlign w:val="center"/>
            <w:hideMark/>
          </w:tcPr>
          <w:p w14:paraId="651592F5" w14:textId="77777777" w:rsidR="00196709" w:rsidRPr="008D6AA7" w:rsidRDefault="00196709" w:rsidP="009D611D">
            <w:pPr>
              <w:pStyle w:val="Stil4"/>
              <w:rPr>
                <w:rFonts w:eastAsia="Times New Roman"/>
                <w:lang w:eastAsia="tr-TR"/>
              </w:rPr>
            </w:pPr>
            <w:r w:rsidRPr="008D6AA7">
              <w:rPr>
                <w:rFonts w:eastAsia="Times New Roman"/>
                <w:lang w:eastAsia="tr-TR"/>
              </w:rPr>
              <w:t>Üye Sayısı</w:t>
            </w:r>
          </w:p>
        </w:tc>
        <w:tc>
          <w:tcPr>
            <w:tcW w:w="1792" w:type="dxa"/>
            <w:shd w:val="clear" w:color="auto" w:fill="B99C71"/>
            <w:vAlign w:val="center"/>
            <w:hideMark/>
          </w:tcPr>
          <w:p w14:paraId="07B3A27D" w14:textId="77777777" w:rsidR="00196709" w:rsidRPr="008D6AA7" w:rsidRDefault="00196709" w:rsidP="009D611D">
            <w:pPr>
              <w:pStyle w:val="Stil4"/>
              <w:rPr>
                <w:rFonts w:eastAsia="Times New Roman"/>
                <w:lang w:eastAsia="tr-TR"/>
              </w:rPr>
            </w:pPr>
            <w:r w:rsidRPr="008D6AA7">
              <w:rPr>
                <w:rFonts w:eastAsia="Times New Roman"/>
                <w:lang w:eastAsia="tr-TR"/>
              </w:rPr>
              <w:t>Yıl İçinde Yapılan Etkinlik Sayısı</w:t>
            </w:r>
          </w:p>
        </w:tc>
      </w:tr>
      <w:tr w:rsidR="00196709" w:rsidRPr="008D6AA7" w14:paraId="76A93717" w14:textId="77777777" w:rsidTr="00196709">
        <w:trPr>
          <w:tblCellSpacing w:w="15" w:type="dxa"/>
        </w:trPr>
        <w:tc>
          <w:tcPr>
            <w:tcW w:w="0" w:type="auto"/>
            <w:vAlign w:val="center"/>
            <w:hideMark/>
          </w:tcPr>
          <w:p w14:paraId="2A60C951" w14:textId="52354196" w:rsidR="00196709" w:rsidRPr="00AD74F7" w:rsidRDefault="0083244A" w:rsidP="009D611D">
            <w:pPr>
              <w:pStyle w:val="Stil4"/>
              <w:rPr>
                <w:rFonts w:eastAsia="Times New Roman"/>
                <w:color w:val="000000" w:themeColor="text1"/>
                <w:lang w:eastAsia="tr-TR"/>
              </w:rPr>
            </w:pPr>
            <w:r w:rsidRPr="00AD74F7">
              <w:rPr>
                <w:rFonts w:eastAsia="Times New Roman"/>
                <w:color w:val="000000" w:themeColor="text1"/>
                <w:lang w:eastAsia="tr-TR"/>
              </w:rPr>
              <w:t>Gastronomi Topluluğu</w:t>
            </w:r>
          </w:p>
        </w:tc>
        <w:tc>
          <w:tcPr>
            <w:tcW w:w="0" w:type="auto"/>
            <w:vAlign w:val="center"/>
            <w:hideMark/>
          </w:tcPr>
          <w:p w14:paraId="5E17F680" w14:textId="4F64DEE6" w:rsidR="00196709" w:rsidRPr="00AD74F7" w:rsidRDefault="00AD74F7" w:rsidP="009D611D">
            <w:pPr>
              <w:pStyle w:val="Stil4"/>
              <w:rPr>
                <w:rFonts w:eastAsia="Times New Roman"/>
                <w:color w:val="000000" w:themeColor="text1"/>
                <w:lang w:eastAsia="tr-TR"/>
              </w:rPr>
            </w:pPr>
            <w:r w:rsidRPr="00AD74F7">
              <w:rPr>
                <w:rFonts w:eastAsia="Times New Roman"/>
                <w:color w:val="000000" w:themeColor="text1"/>
                <w:lang w:eastAsia="tr-TR"/>
              </w:rPr>
              <w:t>Sosyal-Kültürel</w:t>
            </w:r>
          </w:p>
        </w:tc>
        <w:tc>
          <w:tcPr>
            <w:tcW w:w="1888" w:type="dxa"/>
            <w:vAlign w:val="center"/>
            <w:hideMark/>
          </w:tcPr>
          <w:p w14:paraId="585870AE" w14:textId="73FF095A" w:rsidR="00196709" w:rsidRPr="00D73791" w:rsidRDefault="00D73791" w:rsidP="009D611D">
            <w:pPr>
              <w:pStyle w:val="Stil4"/>
              <w:rPr>
                <w:rFonts w:eastAsia="Times New Roman"/>
                <w:color w:val="FF0000"/>
                <w:lang w:eastAsia="tr-TR"/>
              </w:rPr>
            </w:pPr>
            <w:r w:rsidRPr="00D73791">
              <w:rPr>
                <w:rFonts w:eastAsia="Times New Roman"/>
                <w:color w:val="000000" w:themeColor="text1"/>
                <w:lang w:eastAsia="tr-TR"/>
              </w:rPr>
              <w:t>180</w:t>
            </w:r>
          </w:p>
        </w:tc>
        <w:tc>
          <w:tcPr>
            <w:tcW w:w="1792" w:type="dxa"/>
            <w:vAlign w:val="center"/>
            <w:hideMark/>
          </w:tcPr>
          <w:p w14:paraId="53E7976E" w14:textId="2C201D60" w:rsidR="00196709" w:rsidRPr="00825D1C" w:rsidRDefault="00AD74F7" w:rsidP="009D611D">
            <w:pPr>
              <w:pStyle w:val="Stil4"/>
              <w:rPr>
                <w:rFonts w:eastAsia="Times New Roman"/>
                <w:color w:val="FF0000"/>
                <w:lang w:eastAsia="tr-TR"/>
              </w:rPr>
            </w:pPr>
            <w:r w:rsidRPr="00AD74F7">
              <w:rPr>
                <w:rFonts w:eastAsia="Times New Roman"/>
                <w:color w:val="000000" w:themeColor="text1"/>
                <w:lang w:eastAsia="tr-TR"/>
              </w:rPr>
              <w:t>5</w:t>
            </w:r>
          </w:p>
        </w:tc>
      </w:tr>
      <w:tr w:rsidR="00196709" w:rsidRPr="008D6AA7" w14:paraId="78515A56" w14:textId="77777777" w:rsidTr="00196709">
        <w:trPr>
          <w:tblCellSpacing w:w="15" w:type="dxa"/>
        </w:trPr>
        <w:tc>
          <w:tcPr>
            <w:tcW w:w="0" w:type="auto"/>
            <w:vAlign w:val="center"/>
          </w:tcPr>
          <w:p w14:paraId="54B36F48" w14:textId="48FBF8E5" w:rsidR="00196709" w:rsidRPr="00AD74F7" w:rsidRDefault="00AD74F7" w:rsidP="009D611D">
            <w:pPr>
              <w:pStyle w:val="Stil4"/>
              <w:rPr>
                <w:rFonts w:eastAsia="Times New Roman"/>
                <w:color w:val="000000" w:themeColor="text1"/>
                <w:lang w:eastAsia="tr-TR"/>
              </w:rPr>
            </w:pPr>
            <w:r w:rsidRPr="00AD74F7">
              <w:rPr>
                <w:rFonts w:eastAsia="Times New Roman"/>
                <w:color w:val="000000" w:themeColor="text1"/>
                <w:lang w:eastAsia="tr-TR"/>
              </w:rPr>
              <w:t>Turizm ve Seyahat Topluluğu</w:t>
            </w:r>
          </w:p>
        </w:tc>
        <w:tc>
          <w:tcPr>
            <w:tcW w:w="0" w:type="auto"/>
            <w:vAlign w:val="center"/>
          </w:tcPr>
          <w:p w14:paraId="02C0F5CD" w14:textId="74EE66E2" w:rsidR="00196709" w:rsidRPr="00AD74F7" w:rsidRDefault="00AD74F7" w:rsidP="009D611D">
            <w:pPr>
              <w:pStyle w:val="Stil4"/>
              <w:rPr>
                <w:rFonts w:eastAsia="Times New Roman"/>
                <w:color w:val="000000" w:themeColor="text1"/>
                <w:lang w:eastAsia="tr-TR"/>
              </w:rPr>
            </w:pPr>
            <w:r w:rsidRPr="00AD74F7">
              <w:rPr>
                <w:rFonts w:eastAsia="Times New Roman"/>
                <w:color w:val="000000" w:themeColor="text1"/>
                <w:lang w:eastAsia="tr-TR"/>
              </w:rPr>
              <w:t>Sosyal-Kültürel</w:t>
            </w:r>
          </w:p>
        </w:tc>
        <w:tc>
          <w:tcPr>
            <w:tcW w:w="1888" w:type="dxa"/>
            <w:vAlign w:val="center"/>
          </w:tcPr>
          <w:p w14:paraId="3FA26861" w14:textId="0A26289C" w:rsidR="00196709" w:rsidRPr="00825D1C" w:rsidRDefault="0023498F" w:rsidP="009D611D">
            <w:pPr>
              <w:pStyle w:val="Stil4"/>
              <w:rPr>
                <w:rFonts w:eastAsia="Times New Roman"/>
                <w:color w:val="FF0000"/>
                <w:lang w:eastAsia="tr-TR"/>
              </w:rPr>
            </w:pPr>
            <w:r w:rsidRPr="0023498F">
              <w:rPr>
                <w:rFonts w:eastAsia="Times New Roman"/>
                <w:color w:val="000000" w:themeColor="text1"/>
                <w:lang w:eastAsia="tr-TR"/>
              </w:rPr>
              <w:t>179</w:t>
            </w:r>
          </w:p>
        </w:tc>
        <w:tc>
          <w:tcPr>
            <w:tcW w:w="1792" w:type="dxa"/>
            <w:vAlign w:val="center"/>
          </w:tcPr>
          <w:p w14:paraId="548B1FD7" w14:textId="6CDF8C55" w:rsidR="00196709" w:rsidRPr="00825D1C" w:rsidRDefault="00595653" w:rsidP="009D611D">
            <w:pPr>
              <w:pStyle w:val="Stil4"/>
              <w:rPr>
                <w:rFonts w:eastAsia="Times New Roman"/>
                <w:color w:val="FF0000"/>
                <w:lang w:eastAsia="tr-TR"/>
              </w:rPr>
            </w:pPr>
            <w:r w:rsidRPr="00595653">
              <w:rPr>
                <w:rFonts w:eastAsia="Times New Roman"/>
                <w:color w:val="000000" w:themeColor="text1"/>
                <w:lang w:eastAsia="tr-TR"/>
              </w:rPr>
              <w:t>1</w:t>
            </w:r>
          </w:p>
        </w:tc>
      </w:tr>
    </w:tbl>
    <w:p w14:paraId="64039046" w14:textId="77777777" w:rsidR="00E24BA4" w:rsidRDefault="00E24BA4" w:rsidP="00E24BA4"/>
    <w:p w14:paraId="77C2B128" w14:textId="5EEA17A4" w:rsidR="00196709" w:rsidRDefault="00196709" w:rsidP="00196709">
      <w:r>
        <w:t>Topluluk Etkinlikleri</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18"/>
        <w:gridCol w:w="1269"/>
        <w:gridCol w:w="4009"/>
        <w:gridCol w:w="2671"/>
      </w:tblGrid>
      <w:tr w:rsidR="00196709" w:rsidRPr="008D6AA7" w14:paraId="4413143C" w14:textId="77777777" w:rsidTr="00196709">
        <w:trPr>
          <w:tblHeader/>
          <w:tblCellSpacing w:w="15" w:type="dxa"/>
        </w:trPr>
        <w:tc>
          <w:tcPr>
            <w:tcW w:w="0" w:type="auto"/>
            <w:shd w:val="clear" w:color="auto" w:fill="B99C71"/>
            <w:vAlign w:val="bottom"/>
            <w:hideMark/>
          </w:tcPr>
          <w:p w14:paraId="031342AC" w14:textId="77777777" w:rsidR="00196709" w:rsidRDefault="00196709" w:rsidP="004138CD">
            <w:pPr>
              <w:pStyle w:val="Stil4"/>
            </w:pPr>
            <w:r>
              <w:t>Topluluk adı</w:t>
            </w:r>
          </w:p>
        </w:tc>
        <w:tc>
          <w:tcPr>
            <w:tcW w:w="0" w:type="auto"/>
            <w:shd w:val="clear" w:color="auto" w:fill="B99C71"/>
            <w:vAlign w:val="bottom"/>
            <w:hideMark/>
          </w:tcPr>
          <w:p w14:paraId="14F16CC5" w14:textId="77777777" w:rsidR="00196709" w:rsidRDefault="00196709" w:rsidP="004138CD">
            <w:pPr>
              <w:pStyle w:val="Stil4"/>
            </w:pPr>
            <w:r>
              <w:t>Etkinlik Adı</w:t>
            </w:r>
          </w:p>
        </w:tc>
        <w:tc>
          <w:tcPr>
            <w:tcW w:w="4012" w:type="dxa"/>
            <w:shd w:val="clear" w:color="auto" w:fill="B99C71"/>
            <w:vAlign w:val="bottom"/>
            <w:hideMark/>
          </w:tcPr>
          <w:p w14:paraId="0CE68276" w14:textId="77777777" w:rsidR="00196709" w:rsidRDefault="00196709" w:rsidP="004138CD">
            <w:pPr>
              <w:pStyle w:val="Stil4"/>
            </w:pPr>
            <w:r>
              <w:t>Etkinlik Konusu</w:t>
            </w:r>
          </w:p>
        </w:tc>
        <w:tc>
          <w:tcPr>
            <w:tcW w:w="2648" w:type="dxa"/>
            <w:shd w:val="clear" w:color="auto" w:fill="B99C71"/>
            <w:vAlign w:val="bottom"/>
            <w:hideMark/>
          </w:tcPr>
          <w:p w14:paraId="02279887" w14:textId="77777777" w:rsidR="00196709" w:rsidRDefault="00196709" w:rsidP="004138CD">
            <w:pPr>
              <w:pStyle w:val="Stil4"/>
            </w:pPr>
            <w:r>
              <w:t>Etkinlik Türü</w:t>
            </w:r>
          </w:p>
        </w:tc>
      </w:tr>
      <w:tr w:rsidR="0000739B" w:rsidRPr="008D6AA7" w14:paraId="59D2B35C" w14:textId="77777777" w:rsidTr="00196709">
        <w:trPr>
          <w:tblCellSpacing w:w="15" w:type="dxa"/>
        </w:trPr>
        <w:tc>
          <w:tcPr>
            <w:tcW w:w="0" w:type="auto"/>
            <w:vAlign w:val="center"/>
            <w:hideMark/>
          </w:tcPr>
          <w:p w14:paraId="2AFC2D8C" w14:textId="66B6C41E" w:rsidR="0000739B" w:rsidRPr="008D6AA7" w:rsidRDefault="0000739B" w:rsidP="0000739B">
            <w:pPr>
              <w:pStyle w:val="Stil4"/>
              <w:rPr>
                <w:rFonts w:eastAsia="Times New Roman"/>
                <w:lang w:eastAsia="tr-TR"/>
              </w:rPr>
            </w:pPr>
            <w:r>
              <w:rPr>
                <w:rFonts w:eastAsia="Times New Roman"/>
                <w:lang w:eastAsia="tr-TR"/>
              </w:rPr>
              <w:t>Gastronomi Topluluğu</w:t>
            </w:r>
          </w:p>
        </w:tc>
        <w:tc>
          <w:tcPr>
            <w:tcW w:w="0" w:type="auto"/>
            <w:vAlign w:val="center"/>
            <w:hideMark/>
          </w:tcPr>
          <w:p w14:paraId="276C25FC" w14:textId="564F2296" w:rsidR="0000739B" w:rsidRPr="00D2069E" w:rsidRDefault="0000739B" w:rsidP="0000739B">
            <w:pPr>
              <w:pStyle w:val="Stil4"/>
              <w:rPr>
                <w:rFonts w:eastAsia="Times New Roman"/>
                <w:b w:val="0"/>
                <w:lang w:eastAsia="tr-TR"/>
              </w:rPr>
            </w:pPr>
            <w:r w:rsidRPr="00D2069E">
              <w:rPr>
                <w:rFonts w:eastAsia="Times New Roman"/>
                <w:b w:val="0"/>
                <w:lang w:eastAsia="tr-TR"/>
              </w:rPr>
              <w:t>Dünya Down Sendromu Farkındalık Günü</w:t>
            </w:r>
          </w:p>
        </w:tc>
        <w:tc>
          <w:tcPr>
            <w:tcW w:w="4012" w:type="dxa"/>
            <w:vAlign w:val="center"/>
            <w:hideMark/>
          </w:tcPr>
          <w:p w14:paraId="7AF9EB04" w14:textId="4540B1EE" w:rsidR="0000739B" w:rsidRPr="00D2069E" w:rsidRDefault="0000739B" w:rsidP="0000739B">
            <w:pPr>
              <w:pStyle w:val="Stil4"/>
              <w:rPr>
                <w:rFonts w:eastAsia="Times New Roman"/>
                <w:b w:val="0"/>
                <w:lang w:eastAsia="tr-TR"/>
              </w:rPr>
            </w:pPr>
            <w:r w:rsidRPr="00D2069E">
              <w:rPr>
                <w:rFonts w:eastAsia="Times New Roman"/>
                <w:b w:val="0"/>
                <w:lang w:eastAsia="tr-TR"/>
              </w:rPr>
              <w:t>Down sendromlu bireylerle uygulama mutfağında çeşitli mutfak uygulamaları yapmak.</w:t>
            </w:r>
          </w:p>
        </w:tc>
        <w:tc>
          <w:tcPr>
            <w:tcW w:w="2648" w:type="dxa"/>
            <w:vAlign w:val="center"/>
            <w:hideMark/>
          </w:tcPr>
          <w:p w14:paraId="60B9FAAD" w14:textId="6AA9B871" w:rsidR="0000739B" w:rsidRPr="00D2069E" w:rsidRDefault="00E1033B" w:rsidP="0000739B">
            <w:pPr>
              <w:pStyle w:val="Stil4"/>
              <w:rPr>
                <w:rFonts w:eastAsia="Times New Roman"/>
                <w:b w:val="0"/>
                <w:lang w:eastAsia="tr-TR"/>
              </w:rPr>
            </w:pPr>
            <w:r w:rsidRPr="00D2069E">
              <w:rPr>
                <w:rFonts w:eastAsia="Times New Roman"/>
                <w:b w:val="0"/>
                <w:lang w:eastAsia="tr-TR"/>
              </w:rPr>
              <w:t>Farkındalık</w:t>
            </w:r>
          </w:p>
        </w:tc>
      </w:tr>
      <w:tr w:rsidR="0000739B" w:rsidRPr="008D6AA7" w14:paraId="56BBB6EB" w14:textId="77777777" w:rsidTr="00196709">
        <w:trPr>
          <w:tblCellSpacing w:w="15" w:type="dxa"/>
        </w:trPr>
        <w:tc>
          <w:tcPr>
            <w:tcW w:w="0" w:type="auto"/>
            <w:vAlign w:val="center"/>
          </w:tcPr>
          <w:p w14:paraId="0337BB93" w14:textId="5DF6BEDE" w:rsidR="0000739B" w:rsidRPr="008D6AA7" w:rsidRDefault="0000739B" w:rsidP="0000739B">
            <w:pPr>
              <w:pStyle w:val="Stil4"/>
              <w:rPr>
                <w:rFonts w:eastAsia="Times New Roman"/>
                <w:lang w:eastAsia="tr-TR"/>
              </w:rPr>
            </w:pPr>
            <w:r>
              <w:rPr>
                <w:rFonts w:eastAsia="Times New Roman"/>
                <w:lang w:eastAsia="tr-TR"/>
              </w:rPr>
              <w:t>Gastronomi Topluluğu</w:t>
            </w:r>
          </w:p>
        </w:tc>
        <w:tc>
          <w:tcPr>
            <w:tcW w:w="0" w:type="auto"/>
            <w:vAlign w:val="center"/>
          </w:tcPr>
          <w:p w14:paraId="0C23A024" w14:textId="5E052875" w:rsidR="0000739B" w:rsidRPr="00D2069E" w:rsidRDefault="0000739B" w:rsidP="0000739B">
            <w:pPr>
              <w:pStyle w:val="Stil4"/>
              <w:rPr>
                <w:rFonts w:eastAsia="Times New Roman"/>
                <w:b w:val="0"/>
                <w:lang w:eastAsia="tr-TR"/>
              </w:rPr>
            </w:pPr>
            <w:r w:rsidRPr="00D2069E">
              <w:rPr>
                <w:rFonts w:eastAsia="Times New Roman"/>
                <w:b w:val="0"/>
                <w:lang w:eastAsia="tr-TR"/>
              </w:rPr>
              <w:t xml:space="preserve">Yetenek Her Yerde </w:t>
            </w:r>
          </w:p>
        </w:tc>
        <w:tc>
          <w:tcPr>
            <w:tcW w:w="4012" w:type="dxa"/>
            <w:vAlign w:val="center"/>
          </w:tcPr>
          <w:p w14:paraId="4DC33F39" w14:textId="06EDFA3B" w:rsidR="0000739B" w:rsidRPr="00D2069E" w:rsidRDefault="0000739B" w:rsidP="0000739B">
            <w:pPr>
              <w:pStyle w:val="Stil4"/>
              <w:rPr>
                <w:rFonts w:eastAsia="Times New Roman"/>
                <w:b w:val="0"/>
                <w:lang w:eastAsia="tr-TR"/>
              </w:rPr>
            </w:pPr>
            <w:r w:rsidRPr="00D2069E">
              <w:rPr>
                <w:rFonts w:eastAsia="Times New Roman"/>
                <w:b w:val="0"/>
                <w:lang w:eastAsia="tr-TR"/>
              </w:rPr>
              <w:t>Kariyer fuar merkezinde fuar katılımcılarına çeşitli ikramlıklar hazırlayarak sunmak.</w:t>
            </w:r>
          </w:p>
        </w:tc>
        <w:tc>
          <w:tcPr>
            <w:tcW w:w="2648" w:type="dxa"/>
            <w:vAlign w:val="center"/>
          </w:tcPr>
          <w:p w14:paraId="565D5CBE" w14:textId="484F30F8" w:rsidR="0000739B" w:rsidRPr="00D2069E" w:rsidRDefault="00E1033B" w:rsidP="0000739B">
            <w:pPr>
              <w:pStyle w:val="Stil4"/>
              <w:rPr>
                <w:rFonts w:eastAsia="Times New Roman"/>
                <w:b w:val="0"/>
                <w:lang w:eastAsia="tr-TR"/>
              </w:rPr>
            </w:pPr>
            <w:r w:rsidRPr="00D2069E">
              <w:rPr>
                <w:rFonts w:eastAsia="Times New Roman"/>
                <w:b w:val="0"/>
                <w:lang w:eastAsia="tr-TR"/>
              </w:rPr>
              <w:t>Sosyal</w:t>
            </w:r>
          </w:p>
        </w:tc>
      </w:tr>
      <w:tr w:rsidR="0000739B" w:rsidRPr="008D6AA7" w14:paraId="6A25E3F3" w14:textId="77777777" w:rsidTr="00196709">
        <w:trPr>
          <w:tblCellSpacing w:w="15" w:type="dxa"/>
        </w:trPr>
        <w:tc>
          <w:tcPr>
            <w:tcW w:w="0" w:type="auto"/>
            <w:vAlign w:val="center"/>
          </w:tcPr>
          <w:p w14:paraId="5C479417" w14:textId="72A56839" w:rsidR="0000739B" w:rsidRPr="008D6AA7" w:rsidRDefault="0000739B" w:rsidP="0000739B">
            <w:pPr>
              <w:pStyle w:val="Stil4"/>
              <w:rPr>
                <w:rFonts w:eastAsia="Times New Roman"/>
                <w:lang w:eastAsia="tr-TR"/>
              </w:rPr>
            </w:pPr>
            <w:r>
              <w:rPr>
                <w:rFonts w:eastAsia="Times New Roman"/>
                <w:lang w:eastAsia="tr-TR"/>
              </w:rPr>
              <w:lastRenderedPageBreak/>
              <w:t>Gastronomi Topluluğu</w:t>
            </w:r>
          </w:p>
        </w:tc>
        <w:tc>
          <w:tcPr>
            <w:tcW w:w="0" w:type="auto"/>
            <w:vAlign w:val="center"/>
          </w:tcPr>
          <w:p w14:paraId="41092A92" w14:textId="4E9C34CA" w:rsidR="0000739B" w:rsidRPr="00D2069E" w:rsidRDefault="0000739B" w:rsidP="0000739B">
            <w:pPr>
              <w:pStyle w:val="Stil4"/>
              <w:rPr>
                <w:rFonts w:eastAsia="Times New Roman"/>
                <w:b w:val="0"/>
                <w:lang w:eastAsia="tr-TR"/>
              </w:rPr>
            </w:pPr>
            <w:r w:rsidRPr="00D2069E">
              <w:rPr>
                <w:rFonts w:eastAsia="Times New Roman"/>
                <w:b w:val="0"/>
                <w:lang w:eastAsia="tr-TR"/>
              </w:rPr>
              <w:t>Arslantepe’nin Işığında Türk Mutfağı</w:t>
            </w:r>
          </w:p>
        </w:tc>
        <w:tc>
          <w:tcPr>
            <w:tcW w:w="4012" w:type="dxa"/>
            <w:vAlign w:val="center"/>
          </w:tcPr>
          <w:p w14:paraId="17B2F251" w14:textId="59A1FA61" w:rsidR="0000739B" w:rsidRPr="00D2069E" w:rsidRDefault="0000739B" w:rsidP="0000739B">
            <w:pPr>
              <w:pStyle w:val="Stil4"/>
              <w:rPr>
                <w:rFonts w:eastAsia="Times New Roman"/>
                <w:b w:val="0"/>
                <w:lang w:eastAsia="tr-TR"/>
              </w:rPr>
            </w:pPr>
            <w:r w:rsidRPr="00D2069E">
              <w:rPr>
                <w:rFonts w:eastAsia="Times New Roman"/>
                <w:b w:val="0"/>
                <w:lang w:eastAsia="tr-TR"/>
              </w:rPr>
              <w:t>Üniversitelerarası yemek yarışması düzenlendi.</w:t>
            </w:r>
          </w:p>
        </w:tc>
        <w:tc>
          <w:tcPr>
            <w:tcW w:w="2648" w:type="dxa"/>
            <w:vAlign w:val="center"/>
          </w:tcPr>
          <w:p w14:paraId="4706C7A5" w14:textId="7944AC89" w:rsidR="0000739B" w:rsidRPr="00D2069E" w:rsidRDefault="00E1033B" w:rsidP="0000739B">
            <w:pPr>
              <w:pStyle w:val="Stil4"/>
              <w:rPr>
                <w:rFonts w:eastAsia="Times New Roman"/>
                <w:b w:val="0"/>
                <w:lang w:eastAsia="tr-TR"/>
              </w:rPr>
            </w:pPr>
            <w:r w:rsidRPr="00D2069E">
              <w:rPr>
                <w:rFonts w:eastAsia="Times New Roman"/>
                <w:b w:val="0"/>
                <w:lang w:eastAsia="tr-TR"/>
              </w:rPr>
              <w:t>Yarışma</w:t>
            </w:r>
          </w:p>
        </w:tc>
      </w:tr>
      <w:tr w:rsidR="0000739B" w:rsidRPr="008D6AA7" w14:paraId="221F3C0B" w14:textId="77777777" w:rsidTr="00196709">
        <w:trPr>
          <w:tblCellSpacing w:w="15" w:type="dxa"/>
        </w:trPr>
        <w:tc>
          <w:tcPr>
            <w:tcW w:w="0" w:type="auto"/>
            <w:vAlign w:val="center"/>
          </w:tcPr>
          <w:p w14:paraId="2988FC94" w14:textId="360F42A4" w:rsidR="0000739B" w:rsidRPr="008D6AA7" w:rsidRDefault="0000739B" w:rsidP="0000739B">
            <w:pPr>
              <w:pStyle w:val="Stil4"/>
              <w:rPr>
                <w:rFonts w:eastAsia="Times New Roman"/>
                <w:lang w:eastAsia="tr-TR"/>
              </w:rPr>
            </w:pPr>
            <w:r>
              <w:rPr>
                <w:rFonts w:eastAsia="Times New Roman"/>
                <w:lang w:eastAsia="tr-TR"/>
              </w:rPr>
              <w:t>Gastronomi Topluluğu</w:t>
            </w:r>
          </w:p>
        </w:tc>
        <w:tc>
          <w:tcPr>
            <w:tcW w:w="0" w:type="auto"/>
            <w:vAlign w:val="center"/>
          </w:tcPr>
          <w:p w14:paraId="074E7E54" w14:textId="027C5A89" w:rsidR="0000739B" w:rsidRPr="00D2069E" w:rsidRDefault="0000739B" w:rsidP="0000739B">
            <w:pPr>
              <w:pStyle w:val="Stil4"/>
              <w:rPr>
                <w:rFonts w:eastAsia="Times New Roman"/>
                <w:b w:val="0"/>
                <w:lang w:eastAsia="tr-TR"/>
              </w:rPr>
            </w:pPr>
            <w:r w:rsidRPr="00D2069E">
              <w:rPr>
                <w:rFonts w:eastAsia="Times New Roman"/>
                <w:b w:val="0"/>
                <w:lang w:eastAsia="tr-TR"/>
              </w:rPr>
              <w:t>Anadolu Lezzet Atölyesi Workshop Etkinliği</w:t>
            </w:r>
          </w:p>
        </w:tc>
        <w:tc>
          <w:tcPr>
            <w:tcW w:w="4012" w:type="dxa"/>
            <w:vAlign w:val="center"/>
          </w:tcPr>
          <w:p w14:paraId="695117B5" w14:textId="77A9DBC9" w:rsidR="0000739B" w:rsidRPr="00D2069E" w:rsidRDefault="0000739B" w:rsidP="0000739B">
            <w:pPr>
              <w:pStyle w:val="Stil4"/>
              <w:rPr>
                <w:rFonts w:eastAsia="Times New Roman"/>
                <w:b w:val="0"/>
                <w:lang w:eastAsia="tr-TR"/>
              </w:rPr>
            </w:pPr>
            <w:r w:rsidRPr="00D2069E">
              <w:rPr>
                <w:rFonts w:eastAsia="Times New Roman"/>
                <w:b w:val="0"/>
                <w:lang w:eastAsia="tr-TR"/>
              </w:rPr>
              <w:t>Malatya ilinde bulunan aşçılık alanında eğitim veren liseli öğrencilere Kale MYO Aşçılık uygulama mutfağında Workshop etkinliği düzendi.</w:t>
            </w:r>
          </w:p>
        </w:tc>
        <w:tc>
          <w:tcPr>
            <w:tcW w:w="2648" w:type="dxa"/>
            <w:vAlign w:val="center"/>
          </w:tcPr>
          <w:p w14:paraId="6707679F" w14:textId="372BB5B9" w:rsidR="0000739B" w:rsidRPr="00D2069E" w:rsidRDefault="00E1033B" w:rsidP="0000739B">
            <w:pPr>
              <w:pStyle w:val="Stil4"/>
              <w:rPr>
                <w:rFonts w:eastAsia="Times New Roman"/>
                <w:b w:val="0"/>
                <w:lang w:eastAsia="tr-TR"/>
              </w:rPr>
            </w:pPr>
            <w:r w:rsidRPr="00D2069E">
              <w:rPr>
                <w:rFonts w:eastAsia="Times New Roman"/>
                <w:b w:val="0"/>
                <w:lang w:eastAsia="tr-TR"/>
              </w:rPr>
              <w:t>Eğitim</w:t>
            </w:r>
          </w:p>
        </w:tc>
      </w:tr>
      <w:tr w:rsidR="0000739B" w:rsidRPr="008D6AA7" w14:paraId="5B2394BD" w14:textId="77777777" w:rsidTr="00196709">
        <w:trPr>
          <w:tblCellSpacing w:w="15" w:type="dxa"/>
        </w:trPr>
        <w:tc>
          <w:tcPr>
            <w:tcW w:w="0" w:type="auto"/>
            <w:vAlign w:val="center"/>
          </w:tcPr>
          <w:p w14:paraId="61D47252" w14:textId="4A6199B2" w:rsidR="0000739B" w:rsidRPr="008D6AA7" w:rsidRDefault="0000739B" w:rsidP="0000739B">
            <w:pPr>
              <w:pStyle w:val="Stil4"/>
              <w:rPr>
                <w:rFonts w:eastAsia="Times New Roman"/>
                <w:lang w:eastAsia="tr-TR"/>
              </w:rPr>
            </w:pPr>
            <w:r>
              <w:rPr>
                <w:rFonts w:eastAsia="Times New Roman"/>
                <w:lang w:eastAsia="tr-TR"/>
              </w:rPr>
              <w:t>Gastronomi Topluluğu</w:t>
            </w:r>
          </w:p>
        </w:tc>
        <w:tc>
          <w:tcPr>
            <w:tcW w:w="0" w:type="auto"/>
            <w:vAlign w:val="center"/>
          </w:tcPr>
          <w:p w14:paraId="2E329858" w14:textId="1D520CD2" w:rsidR="0000739B" w:rsidRPr="00D2069E" w:rsidRDefault="0000739B" w:rsidP="0000739B">
            <w:pPr>
              <w:pStyle w:val="Stil4"/>
              <w:rPr>
                <w:rFonts w:eastAsia="Times New Roman"/>
                <w:b w:val="0"/>
                <w:lang w:eastAsia="tr-TR"/>
              </w:rPr>
            </w:pPr>
            <w:r w:rsidRPr="00D2069E">
              <w:rPr>
                <w:rFonts w:eastAsia="Times New Roman"/>
                <w:b w:val="0"/>
                <w:lang w:eastAsia="tr-TR"/>
              </w:rPr>
              <w:t>Mezuniyet Pilavı</w:t>
            </w:r>
          </w:p>
        </w:tc>
        <w:tc>
          <w:tcPr>
            <w:tcW w:w="4012" w:type="dxa"/>
            <w:vAlign w:val="center"/>
          </w:tcPr>
          <w:p w14:paraId="660B38AA" w14:textId="6FC28EE1" w:rsidR="0000739B" w:rsidRPr="00D2069E" w:rsidRDefault="0000739B" w:rsidP="0000739B">
            <w:pPr>
              <w:pStyle w:val="Stil4"/>
              <w:rPr>
                <w:rFonts w:eastAsia="Times New Roman"/>
                <w:b w:val="0"/>
                <w:lang w:eastAsia="tr-TR"/>
              </w:rPr>
            </w:pPr>
            <w:r w:rsidRPr="00D2069E">
              <w:rPr>
                <w:rFonts w:eastAsia="Times New Roman"/>
                <w:b w:val="0"/>
                <w:lang w:eastAsia="tr-TR"/>
              </w:rPr>
              <w:t>Mezun öğrencilerle pilav günü etkinliği yapıldı</w:t>
            </w:r>
          </w:p>
        </w:tc>
        <w:tc>
          <w:tcPr>
            <w:tcW w:w="2648" w:type="dxa"/>
            <w:vAlign w:val="center"/>
          </w:tcPr>
          <w:p w14:paraId="5789C3A6" w14:textId="2384D6F9" w:rsidR="0000739B" w:rsidRPr="00D2069E" w:rsidRDefault="00E1033B" w:rsidP="0000739B">
            <w:pPr>
              <w:pStyle w:val="Stil4"/>
              <w:rPr>
                <w:rFonts w:eastAsia="Times New Roman"/>
                <w:b w:val="0"/>
                <w:lang w:eastAsia="tr-TR"/>
              </w:rPr>
            </w:pPr>
            <w:r w:rsidRPr="00D2069E">
              <w:rPr>
                <w:rFonts w:eastAsia="Times New Roman"/>
                <w:b w:val="0"/>
                <w:lang w:eastAsia="tr-TR"/>
              </w:rPr>
              <w:t>Sosyal-Kültürel</w:t>
            </w:r>
          </w:p>
        </w:tc>
      </w:tr>
    </w:tbl>
    <w:p w14:paraId="7A6543AA" w14:textId="77777777" w:rsidR="006C02BD" w:rsidRDefault="006C02BD" w:rsidP="00E24BA4"/>
    <w:p w14:paraId="19E1B8FC" w14:textId="21167C07" w:rsidR="006C02BD" w:rsidRDefault="006C02BD" w:rsidP="00E24BA4">
      <w:r>
        <w:t>Yarışma etkinlikleri</w:t>
      </w:r>
    </w:p>
    <w:tbl>
      <w:tblPr>
        <w:tblW w:w="0" w:type="auto"/>
        <w:tblInd w:w="-23" w:type="dxa"/>
        <w:tblLayout w:type="fixed"/>
        <w:tblCellMar>
          <w:left w:w="70" w:type="dxa"/>
          <w:right w:w="70" w:type="dxa"/>
        </w:tblCellMar>
        <w:tblLook w:val="04A0" w:firstRow="1" w:lastRow="0" w:firstColumn="1" w:lastColumn="0" w:noHBand="0" w:noVBand="1"/>
      </w:tblPr>
      <w:tblGrid>
        <w:gridCol w:w="2051"/>
        <w:gridCol w:w="1635"/>
        <w:gridCol w:w="1133"/>
        <w:gridCol w:w="1276"/>
        <w:gridCol w:w="1039"/>
        <w:gridCol w:w="1915"/>
      </w:tblGrid>
      <w:tr w:rsidR="006C02BD" w:rsidRPr="006C02BD" w14:paraId="316EDFDA" w14:textId="77777777" w:rsidTr="00252F4F">
        <w:trPr>
          <w:trHeight w:val="330"/>
        </w:trPr>
        <w:tc>
          <w:tcPr>
            <w:tcW w:w="2051" w:type="dxa"/>
            <w:tcBorders>
              <w:top w:val="double" w:sz="6" w:space="0" w:color="auto"/>
              <w:left w:val="double" w:sz="6" w:space="0" w:color="auto"/>
              <w:bottom w:val="double" w:sz="6" w:space="0" w:color="auto"/>
              <w:right w:val="double" w:sz="6" w:space="0" w:color="auto"/>
            </w:tcBorders>
            <w:shd w:val="clear" w:color="000000" w:fill="B99C71"/>
            <w:noWrap/>
            <w:vAlign w:val="bottom"/>
            <w:hideMark/>
          </w:tcPr>
          <w:p w14:paraId="03826881" w14:textId="77777777" w:rsidR="006C02BD" w:rsidRPr="006C02BD" w:rsidRDefault="006C02BD" w:rsidP="004138CD">
            <w:pPr>
              <w:pStyle w:val="Stil4"/>
              <w:rPr>
                <w:lang w:eastAsia="tr-TR"/>
              </w:rPr>
            </w:pPr>
            <w:r w:rsidRPr="006C02BD">
              <w:rPr>
                <w:lang w:eastAsia="tr-TR"/>
              </w:rPr>
              <w:t>Yarışma Takımı</w:t>
            </w:r>
          </w:p>
        </w:tc>
        <w:tc>
          <w:tcPr>
            <w:tcW w:w="1635" w:type="dxa"/>
            <w:tcBorders>
              <w:top w:val="double" w:sz="6" w:space="0" w:color="auto"/>
              <w:left w:val="nil"/>
              <w:bottom w:val="double" w:sz="6" w:space="0" w:color="auto"/>
              <w:right w:val="double" w:sz="6" w:space="0" w:color="auto"/>
            </w:tcBorders>
            <w:shd w:val="clear" w:color="000000" w:fill="B99C71"/>
            <w:noWrap/>
            <w:vAlign w:val="bottom"/>
            <w:hideMark/>
          </w:tcPr>
          <w:p w14:paraId="3CEFBEE2" w14:textId="77777777" w:rsidR="006C02BD" w:rsidRPr="006C02BD" w:rsidRDefault="006C02BD" w:rsidP="004138CD">
            <w:pPr>
              <w:pStyle w:val="Stil4"/>
              <w:rPr>
                <w:lang w:eastAsia="tr-TR"/>
              </w:rPr>
            </w:pPr>
            <w:r w:rsidRPr="006C02BD">
              <w:rPr>
                <w:lang w:eastAsia="tr-TR"/>
              </w:rPr>
              <w:t>Başvuru Kategorisi</w:t>
            </w:r>
          </w:p>
        </w:tc>
        <w:tc>
          <w:tcPr>
            <w:tcW w:w="1133" w:type="dxa"/>
            <w:tcBorders>
              <w:top w:val="double" w:sz="6" w:space="0" w:color="auto"/>
              <w:left w:val="nil"/>
              <w:bottom w:val="double" w:sz="6" w:space="0" w:color="auto"/>
              <w:right w:val="double" w:sz="6" w:space="0" w:color="auto"/>
            </w:tcBorders>
            <w:shd w:val="clear" w:color="000000" w:fill="B99C71"/>
            <w:noWrap/>
            <w:vAlign w:val="bottom"/>
            <w:hideMark/>
          </w:tcPr>
          <w:p w14:paraId="547AA969" w14:textId="77777777" w:rsidR="006C02BD" w:rsidRPr="006C02BD" w:rsidRDefault="006C02BD" w:rsidP="004138CD">
            <w:pPr>
              <w:pStyle w:val="Stil4"/>
              <w:rPr>
                <w:lang w:eastAsia="tr-TR"/>
              </w:rPr>
            </w:pPr>
            <w:r w:rsidRPr="006C02BD">
              <w:rPr>
                <w:lang w:eastAsia="tr-TR"/>
              </w:rPr>
              <w:t>Yarışma Yeri</w:t>
            </w:r>
          </w:p>
        </w:tc>
        <w:tc>
          <w:tcPr>
            <w:tcW w:w="1276" w:type="dxa"/>
            <w:tcBorders>
              <w:top w:val="double" w:sz="6" w:space="0" w:color="auto"/>
              <w:left w:val="nil"/>
              <w:bottom w:val="double" w:sz="6" w:space="0" w:color="auto"/>
              <w:right w:val="double" w:sz="6" w:space="0" w:color="auto"/>
            </w:tcBorders>
            <w:shd w:val="clear" w:color="000000" w:fill="B99C71"/>
            <w:noWrap/>
            <w:vAlign w:val="bottom"/>
            <w:hideMark/>
          </w:tcPr>
          <w:p w14:paraId="00C1FBA9" w14:textId="77777777" w:rsidR="006C02BD" w:rsidRPr="006C02BD" w:rsidRDefault="006C02BD" w:rsidP="004138CD">
            <w:pPr>
              <w:pStyle w:val="Stil4"/>
              <w:rPr>
                <w:lang w:eastAsia="tr-TR"/>
              </w:rPr>
            </w:pPr>
            <w:r w:rsidRPr="006C02BD">
              <w:rPr>
                <w:lang w:eastAsia="tr-TR"/>
              </w:rPr>
              <w:t>Ulusal/Uluslar arası</w:t>
            </w:r>
          </w:p>
        </w:tc>
        <w:tc>
          <w:tcPr>
            <w:tcW w:w="1039" w:type="dxa"/>
            <w:tcBorders>
              <w:top w:val="double" w:sz="6" w:space="0" w:color="auto"/>
              <w:left w:val="nil"/>
              <w:bottom w:val="double" w:sz="6" w:space="0" w:color="auto"/>
              <w:right w:val="double" w:sz="6" w:space="0" w:color="auto"/>
            </w:tcBorders>
            <w:shd w:val="clear" w:color="000000" w:fill="B99C71"/>
            <w:noWrap/>
            <w:vAlign w:val="bottom"/>
            <w:hideMark/>
          </w:tcPr>
          <w:p w14:paraId="2CE0460E" w14:textId="77777777" w:rsidR="006C02BD" w:rsidRPr="006C02BD" w:rsidRDefault="006C02BD" w:rsidP="004138CD">
            <w:pPr>
              <w:pStyle w:val="Stil4"/>
              <w:rPr>
                <w:lang w:eastAsia="tr-TR"/>
              </w:rPr>
            </w:pPr>
            <w:r w:rsidRPr="006C02BD">
              <w:rPr>
                <w:lang w:eastAsia="tr-TR"/>
              </w:rPr>
              <w:t>Katılımcı Sayısı</w:t>
            </w:r>
          </w:p>
        </w:tc>
        <w:tc>
          <w:tcPr>
            <w:tcW w:w="1915" w:type="dxa"/>
            <w:tcBorders>
              <w:top w:val="double" w:sz="6" w:space="0" w:color="auto"/>
              <w:left w:val="nil"/>
              <w:bottom w:val="double" w:sz="6" w:space="0" w:color="auto"/>
              <w:right w:val="double" w:sz="6" w:space="0" w:color="auto"/>
            </w:tcBorders>
            <w:shd w:val="clear" w:color="000000" w:fill="B99C71"/>
            <w:noWrap/>
            <w:vAlign w:val="bottom"/>
            <w:hideMark/>
          </w:tcPr>
          <w:p w14:paraId="32EC61C0" w14:textId="77777777" w:rsidR="006C02BD" w:rsidRPr="006C02BD" w:rsidRDefault="006C02BD" w:rsidP="004138CD">
            <w:pPr>
              <w:pStyle w:val="Stil4"/>
              <w:rPr>
                <w:lang w:eastAsia="tr-TR"/>
              </w:rPr>
            </w:pPr>
            <w:r w:rsidRPr="006C02BD">
              <w:rPr>
                <w:lang w:eastAsia="tr-TR"/>
              </w:rPr>
              <w:t>Alınan Ödül</w:t>
            </w:r>
          </w:p>
        </w:tc>
      </w:tr>
      <w:tr w:rsidR="007A2478" w:rsidRPr="006C02BD" w14:paraId="581E98D8" w14:textId="77777777" w:rsidTr="00252F4F">
        <w:trPr>
          <w:trHeight w:val="330"/>
        </w:trPr>
        <w:tc>
          <w:tcPr>
            <w:tcW w:w="2051" w:type="dxa"/>
            <w:tcBorders>
              <w:top w:val="nil"/>
              <w:left w:val="double" w:sz="6" w:space="0" w:color="auto"/>
              <w:bottom w:val="double" w:sz="6" w:space="0" w:color="auto"/>
              <w:right w:val="double" w:sz="6" w:space="0" w:color="auto"/>
            </w:tcBorders>
            <w:shd w:val="clear" w:color="auto" w:fill="auto"/>
            <w:noWrap/>
            <w:vAlign w:val="center"/>
            <w:hideMark/>
          </w:tcPr>
          <w:p w14:paraId="058E68E8" w14:textId="71123336" w:rsidR="007A2478" w:rsidRPr="00252F4F" w:rsidRDefault="007A2478" w:rsidP="00252F4F">
            <w:pPr>
              <w:pStyle w:val="Stil4"/>
              <w:rPr>
                <w:b w:val="0"/>
                <w:szCs w:val="20"/>
                <w:lang w:eastAsia="tr-TR"/>
              </w:rPr>
            </w:pPr>
            <w:r w:rsidRPr="00252F4F">
              <w:rPr>
                <w:b w:val="0"/>
                <w:szCs w:val="20"/>
                <w:lang w:eastAsia="tr-TR"/>
              </w:rPr>
              <w:t>Gaziantep Ulusal Yemek Yarışması</w:t>
            </w:r>
          </w:p>
        </w:tc>
        <w:tc>
          <w:tcPr>
            <w:tcW w:w="1635" w:type="dxa"/>
            <w:tcBorders>
              <w:top w:val="nil"/>
              <w:left w:val="nil"/>
              <w:bottom w:val="double" w:sz="6" w:space="0" w:color="auto"/>
              <w:right w:val="double" w:sz="6" w:space="0" w:color="auto"/>
            </w:tcBorders>
            <w:shd w:val="clear" w:color="auto" w:fill="auto"/>
            <w:noWrap/>
            <w:vAlign w:val="center"/>
            <w:hideMark/>
          </w:tcPr>
          <w:p w14:paraId="435B38AD" w14:textId="5644FAA4" w:rsidR="007A2478" w:rsidRPr="00252F4F" w:rsidRDefault="007A2478" w:rsidP="00252F4F">
            <w:pPr>
              <w:pStyle w:val="Stil4"/>
              <w:rPr>
                <w:b w:val="0"/>
                <w:szCs w:val="20"/>
                <w:lang w:eastAsia="tr-TR"/>
              </w:rPr>
            </w:pPr>
            <w:r w:rsidRPr="00252F4F">
              <w:rPr>
                <w:b w:val="0"/>
                <w:szCs w:val="20"/>
                <w:lang w:eastAsia="tr-TR"/>
              </w:rPr>
              <w:t xml:space="preserve"> Gelenekten İlham Alan Tarifler </w:t>
            </w:r>
          </w:p>
        </w:tc>
        <w:tc>
          <w:tcPr>
            <w:tcW w:w="1133" w:type="dxa"/>
            <w:tcBorders>
              <w:top w:val="nil"/>
              <w:left w:val="nil"/>
              <w:bottom w:val="double" w:sz="6" w:space="0" w:color="auto"/>
              <w:right w:val="double" w:sz="6" w:space="0" w:color="auto"/>
            </w:tcBorders>
            <w:shd w:val="clear" w:color="auto" w:fill="auto"/>
            <w:noWrap/>
            <w:vAlign w:val="center"/>
            <w:hideMark/>
          </w:tcPr>
          <w:p w14:paraId="1D9A235F" w14:textId="347E1EF7" w:rsidR="007A2478" w:rsidRPr="00252F4F" w:rsidRDefault="007A2478" w:rsidP="00252F4F">
            <w:pPr>
              <w:pStyle w:val="Stil4"/>
              <w:rPr>
                <w:b w:val="0"/>
                <w:szCs w:val="20"/>
                <w:lang w:eastAsia="tr-TR"/>
              </w:rPr>
            </w:pPr>
            <w:r w:rsidRPr="00252F4F">
              <w:rPr>
                <w:b w:val="0"/>
                <w:szCs w:val="20"/>
                <w:lang w:eastAsia="tr-TR"/>
              </w:rPr>
              <w:t xml:space="preserve">Gaziantep </w:t>
            </w:r>
          </w:p>
        </w:tc>
        <w:tc>
          <w:tcPr>
            <w:tcW w:w="1276" w:type="dxa"/>
            <w:tcBorders>
              <w:top w:val="nil"/>
              <w:left w:val="nil"/>
              <w:bottom w:val="double" w:sz="6" w:space="0" w:color="auto"/>
              <w:right w:val="double" w:sz="6" w:space="0" w:color="auto"/>
            </w:tcBorders>
            <w:shd w:val="clear" w:color="auto" w:fill="auto"/>
            <w:noWrap/>
            <w:vAlign w:val="center"/>
            <w:hideMark/>
          </w:tcPr>
          <w:p w14:paraId="3D4BBF7D" w14:textId="19339E76" w:rsidR="007A2478" w:rsidRPr="00252F4F" w:rsidRDefault="007A2478" w:rsidP="00252F4F">
            <w:pPr>
              <w:pStyle w:val="Stil4"/>
              <w:rPr>
                <w:b w:val="0"/>
                <w:szCs w:val="20"/>
                <w:lang w:eastAsia="tr-TR"/>
              </w:rPr>
            </w:pPr>
            <w:r w:rsidRPr="00252F4F">
              <w:rPr>
                <w:b w:val="0"/>
                <w:szCs w:val="20"/>
                <w:lang w:eastAsia="tr-TR"/>
              </w:rPr>
              <w:t xml:space="preserve"> Ulusal </w:t>
            </w:r>
          </w:p>
        </w:tc>
        <w:tc>
          <w:tcPr>
            <w:tcW w:w="1039" w:type="dxa"/>
            <w:tcBorders>
              <w:top w:val="nil"/>
              <w:left w:val="nil"/>
              <w:bottom w:val="double" w:sz="6" w:space="0" w:color="auto"/>
              <w:right w:val="double" w:sz="6" w:space="0" w:color="auto"/>
            </w:tcBorders>
            <w:shd w:val="clear" w:color="auto" w:fill="auto"/>
            <w:noWrap/>
            <w:vAlign w:val="center"/>
            <w:hideMark/>
          </w:tcPr>
          <w:p w14:paraId="1DFDFF4B" w14:textId="7C5512A0" w:rsidR="007A2478" w:rsidRPr="00252F4F" w:rsidRDefault="007A2478" w:rsidP="00252F4F">
            <w:pPr>
              <w:pStyle w:val="Stil4"/>
              <w:jc w:val="center"/>
              <w:rPr>
                <w:b w:val="0"/>
                <w:szCs w:val="20"/>
                <w:lang w:eastAsia="tr-TR"/>
              </w:rPr>
            </w:pPr>
            <w:r w:rsidRPr="00252F4F">
              <w:rPr>
                <w:b w:val="0"/>
                <w:szCs w:val="20"/>
                <w:lang w:eastAsia="tr-TR"/>
              </w:rPr>
              <w:t>3</w:t>
            </w:r>
          </w:p>
        </w:tc>
        <w:tc>
          <w:tcPr>
            <w:tcW w:w="1915" w:type="dxa"/>
            <w:tcBorders>
              <w:top w:val="nil"/>
              <w:left w:val="nil"/>
              <w:bottom w:val="double" w:sz="6" w:space="0" w:color="auto"/>
              <w:right w:val="double" w:sz="6" w:space="0" w:color="auto"/>
            </w:tcBorders>
            <w:shd w:val="clear" w:color="auto" w:fill="auto"/>
            <w:noWrap/>
            <w:vAlign w:val="center"/>
            <w:hideMark/>
          </w:tcPr>
          <w:p w14:paraId="3437B4C4" w14:textId="1DEDD7E7" w:rsidR="007A2478" w:rsidRPr="00252F4F" w:rsidRDefault="007A2478" w:rsidP="00252F4F">
            <w:pPr>
              <w:pStyle w:val="Stil4"/>
              <w:rPr>
                <w:b w:val="0"/>
                <w:szCs w:val="20"/>
                <w:lang w:eastAsia="tr-TR"/>
              </w:rPr>
            </w:pPr>
            <w:r w:rsidRPr="00252F4F">
              <w:rPr>
                <w:b w:val="0"/>
                <w:szCs w:val="20"/>
                <w:lang w:eastAsia="tr-TR"/>
              </w:rPr>
              <w:t>Altın Madalya</w:t>
            </w:r>
          </w:p>
        </w:tc>
      </w:tr>
      <w:tr w:rsidR="007A2478" w:rsidRPr="006C02BD" w14:paraId="63FBA09D" w14:textId="77777777" w:rsidTr="00252F4F">
        <w:trPr>
          <w:trHeight w:val="330"/>
        </w:trPr>
        <w:tc>
          <w:tcPr>
            <w:tcW w:w="2051" w:type="dxa"/>
            <w:tcBorders>
              <w:top w:val="nil"/>
              <w:left w:val="double" w:sz="6" w:space="0" w:color="auto"/>
              <w:bottom w:val="double" w:sz="6" w:space="0" w:color="auto"/>
              <w:right w:val="double" w:sz="6" w:space="0" w:color="auto"/>
            </w:tcBorders>
            <w:shd w:val="clear" w:color="auto" w:fill="auto"/>
            <w:noWrap/>
            <w:vAlign w:val="center"/>
            <w:hideMark/>
          </w:tcPr>
          <w:p w14:paraId="28DA87E9" w14:textId="03AE1AA4" w:rsidR="007A2478" w:rsidRPr="00252F4F" w:rsidRDefault="007A2478" w:rsidP="00252F4F">
            <w:pPr>
              <w:pStyle w:val="Stil4"/>
              <w:rPr>
                <w:b w:val="0"/>
                <w:szCs w:val="20"/>
                <w:lang w:eastAsia="tr-TR"/>
              </w:rPr>
            </w:pPr>
            <w:r w:rsidRPr="00252F4F">
              <w:rPr>
                <w:b w:val="0"/>
                <w:szCs w:val="20"/>
                <w:lang w:eastAsia="tr-TR"/>
              </w:rPr>
              <w:t>Gelenekten Geleceğe Tatlar</w:t>
            </w:r>
          </w:p>
        </w:tc>
        <w:tc>
          <w:tcPr>
            <w:tcW w:w="1635" w:type="dxa"/>
            <w:tcBorders>
              <w:top w:val="nil"/>
              <w:left w:val="nil"/>
              <w:bottom w:val="double" w:sz="6" w:space="0" w:color="auto"/>
              <w:right w:val="double" w:sz="6" w:space="0" w:color="auto"/>
            </w:tcBorders>
            <w:shd w:val="clear" w:color="auto" w:fill="auto"/>
            <w:noWrap/>
            <w:vAlign w:val="center"/>
            <w:hideMark/>
          </w:tcPr>
          <w:p w14:paraId="629CCFA2" w14:textId="52B1E3A3" w:rsidR="007A2478" w:rsidRPr="00252F4F" w:rsidRDefault="007A2478" w:rsidP="00252F4F">
            <w:pPr>
              <w:pStyle w:val="Stil4"/>
              <w:rPr>
                <w:b w:val="0"/>
                <w:szCs w:val="20"/>
                <w:lang w:eastAsia="tr-TR"/>
              </w:rPr>
            </w:pPr>
            <w:r w:rsidRPr="00252F4F">
              <w:rPr>
                <w:b w:val="0"/>
                <w:szCs w:val="20"/>
                <w:lang w:eastAsia="tr-TR"/>
              </w:rPr>
              <w:t>Üniversiteler Arası</w:t>
            </w:r>
          </w:p>
        </w:tc>
        <w:tc>
          <w:tcPr>
            <w:tcW w:w="1133" w:type="dxa"/>
            <w:tcBorders>
              <w:top w:val="nil"/>
              <w:left w:val="nil"/>
              <w:bottom w:val="double" w:sz="6" w:space="0" w:color="auto"/>
              <w:right w:val="double" w:sz="6" w:space="0" w:color="auto"/>
            </w:tcBorders>
            <w:shd w:val="clear" w:color="auto" w:fill="auto"/>
            <w:noWrap/>
            <w:vAlign w:val="center"/>
            <w:hideMark/>
          </w:tcPr>
          <w:p w14:paraId="34D65976" w14:textId="209C62CB" w:rsidR="007A2478" w:rsidRPr="00252F4F" w:rsidRDefault="007A2478" w:rsidP="00252F4F">
            <w:pPr>
              <w:pStyle w:val="Stil4"/>
              <w:rPr>
                <w:b w:val="0"/>
                <w:szCs w:val="20"/>
                <w:lang w:eastAsia="tr-TR"/>
              </w:rPr>
            </w:pPr>
            <w:r w:rsidRPr="00252F4F">
              <w:rPr>
                <w:b w:val="0"/>
                <w:szCs w:val="20"/>
                <w:lang w:eastAsia="tr-TR"/>
              </w:rPr>
              <w:t> Elâzığ</w:t>
            </w:r>
          </w:p>
        </w:tc>
        <w:tc>
          <w:tcPr>
            <w:tcW w:w="1276" w:type="dxa"/>
            <w:tcBorders>
              <w:top w:val="nil"/>
              <w:left w:val="nil"/>
              <w:bottom w:val="double" w:sz="6" w:space="0" w:color="auto"/>
              <w:right w:val="double" w:sz="6" w:space="0" w:color="auto"/>
            </w:tcBorders>
            <w:shd w:val="clear" w:color="auto" w:fill="auto"/>
            <w:noWrap/>
            <w:vAlign w:val="center"/>
            <w:hideMark/>
          </w:tcPr>
          <w:p w14:paraId="1E32D504" w14:textId="0FB5B7C7" w:rsidR="007A2478" w:rsidRPr="00252F4F" w:rsidRDefault="007A2478" w:rsidP="00252F4F">
            <w:pPr>
              <w:pStyle w:val="Stil4"/>
              <w:rPr>
                <w:b w:val="0"/>
                <w:szCs w:val="20"/>
                <w:lang w:eastAsia="tr-TR"/>
              </w:rPr>
            </w:pPr>
            <w:r w:rsidRPr="00252F4F">
              <w:rPr>
                <w:b w:val="0"/>
                <w:szCs w:val="20"/>
                <w:lang w:eastAsia="tr-TR"/>
              </w:rPr>
              <w:t xml:space="preserve"> Ulusal </w:t>
            </w:r>
          </w:p>
        </w:tc>
        <w:tc>
          <w:tcPr>
            <w:tcW w:w="1039" w:type="dxa"/>
            <w:tcBorders>
              <w:top w:val="nil"/>
              <w:left w:val="nil"/>
              <w:bottom w:val="double" w:sz="6" w:space="0" w:color="auto"/>
              <w:right w:val="double" w:sz="6" w:space="0" w:color="auto"/>
            </w:tcBorders>
            <w:shd w:val="clear" w:color="auto" w:fill="auto"/>
            <w:noWrap/>
            <w:vAlign w:val="center"/>
            <w:hideMark/>
          </w:tcPr>
          <w:p w14:paraId="1F22C96E" w14:textId="66B87FD4" w:rsidR="007A2478" w:rsidRPr="00252F4F" w:rsidRDefault="007A2478" w:rsidP="00252F4F">
            <w:pPr>
              <w:pStyle w:val="Stil4"/>
              <w:jc w:val="center"/>
              <w:rPr>
                <w:b w:val="0"/>
                <w:szCs w:val="20"/>
                <w:lang w:eastAsia="tr-TR"/>
              </w:rPr>
            </w:pPr>
            <w:r w:rsidRPr="00252F4F">
              <w:rPr>
                <w:b w:val="0"/>
                <w:szCs w:val="20"/>
                <w:lang w:eastAsia="tr-TR"/>
              </w:rPr>
              <w:t>4</w:t>
            </w:r>
          </w:p>
        </w:tc>
        <w:tc>
          <w:tcPr>
            <w:tcW w:w="1915" w:type="dxa"/>
            <w:tcBorders>
              <w:top w:val="nil"/>
              <w:left w:val="nil"/>
              <w:bottom w:val="double" w:sz="6" w:space="0" w:color="auto"/>
              <w:right w:val="double" w:sz="6" w:space="0" w:color="auto"/>
            </w:tcBorders>
            <w:shd w:val="clear" w:color="auto" w:fill="auto"/>
            <w:noWrap/>
            <w:vAlign w:val="center"/>
            <w:hideMark/>
          </w:tcPr>
          <w:p w14:paraId="149645AC" w14:textId="08788907" w:rsidR="007A2478" w:rsidRPr="00252F4F" w:rsidRDefault="007A2478" w:rsidP="00252F4F">
            <w:pPr>
              <w:pStyle w:val="Stil4"/>
              <w:rPr>
                <w:b w:val="0"/>
                <w:szCs w:val="20"/>
                <w:lang w:eastAsia="tr-TR"/>
              </w:rPr>
            </w:pPr>
            <w:r w:rsidRPr="00252F4F">
              <w:rPr>
                <w:b w:val="0"/>
                <w:szCs w:val="20"/>
                <w:lang w:eastAsia="tr-TR"/>
              </w:rPr>
              <w:t>Altın Madalya, Bronz Madalya</w:t>
            </w:r>
          </w:p>
        </w:tc>
      </w:tr>
      <w:tr w:rsidR="007A2478" w:rsidRPr="006C02BD" w14:paraId="4B26B45D" w14:textId="77777777" w:rsidTr="00252F4F">
        <w:trPr>
          <w:trHeight w:val="330"/>
        </w:trPr>
        <w:tc>
          <w:tcPr>
            <w:tcW w:w="2051" w:type="dxa"/>
            <w:tcBorders>
              <w:top w:val="nil"/>
              <w:left w:val="double" w:sz="6" w:space="0" w:color="auto"/>
              <w:bottom w:val="double" w:sz="6" w:space="0" w:color="auto"/>
              <w:right w:val="double" w:sz="6" w:space="0" w:color="auto"/>
            </w:tcBorders>
            <w:shd w:val="clear" w:color="auto" w:fill="auto"/>
            <w:noWrap/>
            <w:vAlign w:val="center"/>
            <w:hideMark/>
          </w:tcPr>
          <w:p w14:paraId="474D8BAA" w14:textId="35C5B4DB" w:rsidR="007A2478" w:rsidRPr="00252F4F" w:rsidRDefault="007A2478" w:rsidP="00252F4F">
            <w:pPr>
              <w:pStyle w:val="Stil4"/>
              <w:rPr>
                <w:b w:val="0"/>
                <w:szCs w:val="20"/>
                <w:lang w:eastAsia="tr-TR"/>
              </w:rPr>
            </w:pPr>
            <w:r w:rsidRPr="00252F4F">
              <w:rPr>
                <w:b w:val="0"/>
                <w:szCs w:val="20"/>
                <w:lang w:eastAsia="tr-TR"/>
              </w:rPr>
              <w:t>Kültür yolu festivali</w:t>
            </w:r>
          </w:p>
        </w:tc>
        <w:tc>
          <w:tcPr>
            <w:tcW w:w="1635" w:type="dxa"/>
            <w:tcBorders>
              <w:top w:val="nil"/>
              <w:left w:val="nil"/>
              <w:bottom w:val="double" w:sz="6" w:space="0" w:color="auto"/>
              <w:right w:val="double" w:sz="6" w:space="0" w:color="auto"/>
            </w:tcBorders>
            <w:shd w:val="clear" w:color="auto" w:fill="auto"/>
            <w:noWrap/>
            <w:vAlign w:val="center"/>
            <w:hideMark/>
          </w:tcPr>
          <w:p w14:paraId="04F3D06E" w14:textId="3D13C3A4" w:rsidR="007A2478" w:rsidRPr="00252F4F" w:rsidRDefault="007A2478" w:rsidP="00252F4F">
            <w:pPr>
              <w:pStyle w:val="Stil4"/>
              <w:rPr>
                <w:b w:val="0"/>
                <w:szCs w:val="20"/>
                <w:lang w:eastAsia="tr-TR"/>
              </w:rPr>
            </w:pPr>
            <w:r w:rsidRPr="00252F4F">
              <w:rPr>
                <w:b w:val="0"/>
                <w:szCs w:val="20"/>
                <w:lang w:eastAsia="tr-TR"/>
              </w:rPr>
              <w:t>Üniversiteler Arası</w:t>
            </w:r>
          </w:p>
        </w:tc>
        <w:tc>
          <w:tcPr>
            <w:tcW w:w="1133" w:type="dxa"/>
            <w:tcBorders>
              <w:top w:val="nil"/>
              <w:left w:val="nil"/>
              <w:bottom w:val="double" w:sz="6" w:space="0" w:color="auto"/>
              <w:right w:val="double" w:sz="6" w:space="0" w:color="auto"/>
            </w:tcBorders>
            <w:shd w:val="clear" w:color="auto" w:fill="auto"/>
            <w:noWrap/>
            <w:vAlign w:val="center"/>
            <w:hideMark/>
          </w:tcPr>
          <w:p w14:paraId="188FAD02" w14:textId="0C1FA869" w:rsidR="007A2478" w:rsidRPr="00252F4F" w:rsidRDefault="007A2478" w:rsidP="00252F4F">
            <w:pPr>
              <w:pStyle w:val="Stil4"/>
              <w:rPr>
                <w:b w:val="0"/>
                <w:szCs w:val="20"/>
                <w:lang w:eastAsia="tr-TR"/>
              </w:rPr>
            </w:pPr>
            <w:r w:rsidRPr="00252F4F">
              <w:rPr>
                <w:b w:val="0"/>
                <w:szCs w:val="20"/>
                <w:lang w:eastAsia="tr-TR"/>
              </w:rPr>
              <w:t>Malatya</w:t>
            </w:r>
          </w:p>
        </w:tc>
        <w:tc>
          <w:tcPr>
            <w:tcW w:w="1276" w:type="dxa"/>
            <w:tcBorders>
              <w:top w:val="nil"/>
              <w:left w:val="nil"/>
              <w:bottom w:val="double" w:sz="6" w:space="0" w:color="auto"/>
              <w:right w:val="double" w:sz="6" w:space="0" w:color="auto"/>
            </w:tcBorders>
            <w:shd w:val="clear" w:color="auto" w:fill="auto"/>
            <w:noWrap/>
            <w:vAlign w:val="center"/>
            <w:hideMark/>
          </w:tcPr>
          <w:p w14:paraId="5AECDD2C" w14:textId="6B8D8122" w:rsidR="007A2478" w:rsidRPr="00252F4F" w:rsidRDefault="007A2478" w:rsidP="00252F4F">
            <w:pPr>
              <w:pStyle w:val="Stil4"/>
              <w:rPr>
                <w:b w:val="0"/>
                <w:szCs w:val="20"/>
                <w:lang w:eastAsia="tr-TR"/>
              </w:rPr>
            </w:pPr>
            <w:r w:rsidRPr="00252F4F">
              <w:rPr>
                <w:b w:val="0"/>
                <w:szCs w:val="20"/>
                <w:lang w:eastAsia="tr-TR"/>
              </w:rPr>
              <w:t xml:space="preserve"> Yerel </w:t>
            </w:r>
          </w:p>
        </w:tc>
        <w:tc>
          <w:tcPr>
            <w:tcW w:w="1039" w:type="dxa"/>
            <w:tcBorders>
              <w:top w:val="nil"/>
              <w:left w:val="nil"/>
              <w:bottom w:val="double" w:sz="6" w:space="0" w:color="auto"/>
              <w:right w:val="double" w:sz="6" w:space="0" w:color="auto"/>
            </w:tcBorders>
            <w:shd w:val="clear" w:color="auto" w:fill="auto"/>
            <w:noWrap/>
            <w:vAlign w:val="center"/>
            <w:hideMark/>
          </w:tcPr>
          <w:p w14:paraId="4BEDCAB5" w14:textId="4F0CE405" w:rsidR="007A2478" w:rsidRPr="00252F4F" w:rsidRDefault="007A2478" w:rsidP="00252F4F">
            <w:pPr>
              <w:pStyle w:val="Stil4"/>
              <w:jc w:val="center"/>
              <w:rPr>
                <w:b w:val="0"/>
                <w:szCs w:val="20"/>
                <w:lang w:eastAsia="tr-TR"/>
              </w:rPr>
            </w:pPr>
            <w:r w:rsidRPr="00252F4F">
              <w:rPr>
                <w:b w:val="0"/>
                <w:szCs w:val="20"/>
                <w:lang w:eastAsia="tr-TR"/>
              </w:rPr>
              <w:t>20</w:t>
            </w:r>
          </w:p>
        </w:tc>
        <w:tc>
          <w:tcPr>
            <w:tcW w:w="1915" w:type="dxa"/>
            <w:tcBorders>
              <w:top w:val="nil"/>
              <w:left w:val="nil"/>
              <w:bottom w:val="double" w:sz="6" w:space="0" w:color="auto"/>
              <w:right w:val="double" w:sz="6" w:space="0" w:color="auto"/>
            </w:tcBorders>
            <w:shd w:val="clear" w:color="auto" w:fill="auto"/>
            <w:noWrap/>
            <w:vAlign w:val="center"/>
            <w:hideMark/>
          </w:tcPr>
          <w:p w14:paraId="7C8666E7" w14:textId="62DB8BAE" w:rsidR="007A2478" w:rsidRPr="00252F4F" w:rsidRDefault="007A2478" w:rsidP="00252F4F">
            <w:pPr>
              <w:pStyle w:val="Stil4"/>
              <w:rPr>
                <w:b w:val="0"/>
                <w:szCs w:val="20"/>
                <w:lang w:eastAsia="tr-TR"/>
              </w:rPr>
            </w:pPr>
            <w:r w:rsidRPr="00252F4F">
              <w:rPr>
                <w:b w:val="0"/>
                <w:szCs w:val="20"/>
                <w:lang w:eastAsia="tr-TR"/>
              </w:rPr>
              <w:t xml:space="preserve"> Altın </w:t>
            </w:r>
            <w:r w:rsidR="00B71742">
              <w:rPr>
                <w:b w:val="0"/>
                <w:szCs w:val="20"/>
                <w:lang w:eastAsia="tr-TR"/>
              </w:rPr>
              <w:t>Madalya,</w:t>
            </w:r>
            <w:r w:rsidRPr="00252F4F">
              <w:rPr>
                <w:b w:val="0"/>
                <w:szCs w:val="20"/>
                <w:lang w:eastAsia="tr-TR"/>
              </w:rPr>
              <w:t xml:space="preserve"> Bronz</w:t>
            </w:r>
            <w:r w:rsidR="00B71742">
              <w:rPr>
                <w:b w:val="0"/>
                <w:szCs w:val="20"/>
                <w:lang w:eastAsia="tr-TR"/>
              </w:rPr>
              <w:t xml:space="preserve"> Madalya</w:t>
            </w:r>
            <w:r w:rsidRPr="00252F4F">
              <w:rPr>
                <w:b w:val="0"/>
                <w:szCs w:val="20"/>
                <w:lang w:eastAsia="tr-TR"/>
              </w:rPr>
              <w:t xml:space="preserve"> ve Gümüş Madalya</w:t>
            </w:r>
          </w:p>
        </w:tc>
      </w:tr>
    </w:tbl>
    <w:p w14:paraId="0E1C7CD7" w14:textId="77777777" w:rsidR="006C02BD" w:rsidRDefault="006C02BD" w:rsidP="00E24BA4"/>
    <w:p w14:paraId="75EE00DF" w14:textId="4C0FC7D4" w:rsidR="00E24BA4" w:rsidRDefault="00E24BA4" w:rsidP="00E24BA4">
      <w:r>
        <w:t xml:space="preserve">Öğrencilere Yönelik Sosyal ve Ekonomik Destekler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3"/>
        <w:gridCol w:w="1346"/>
        <w:gridCol w:w="1771"/>
        <w:gridCol w:w="1559"/>
        <w:gridCol w:w="1413"/>
      </w:tblGrid>
      <w:tr w:rsidR="00E24BA4" w:rsidRPr="008D6AA7" w14:paraId="09C0BFE9" w14:textId="77777777" w:rsidTr="009D611D">
        <w:trPr>
          <w:tblHeader/>
          <w:tblCellSpacing w:w="15" w:type="dxa"/>
        </w:trPr>
        <w:tc>
          <w:tcPr>
            <w:tcW w:w="0" w:type="auto"/>
            <w:shd w:val="clear" w:color="auto" w:fill="B99C71"/>
            <w:vAlign w:val="center"/>
            <w:hideMark/>
          </w:tcPr>
          <w:p w14:paraId="46A450C4" w14:textId="77777777" w:rsidR="00E24BA4" w:rsidRDefault="00E24BA4" w:rsidP="009D611D">
            <w:pPr>
              <w:pStyle w:val="Stil4"/>
              <w:rPr>
                <w:rFonts w:eastAsia="Times New Roman"/>
                <w:lang w:eastAsia="tr-TR"/>
              </w:rPr>
            </w:pPr>
            <w:r w:rsidRPr="008D6AA7">
              <w:rPr>
                <w:rFonts w:eastAsia="Times New Roman"/>
                <w:lang w:eastAsia="tr-TR"/>
              </w:rPr>
              <w:t xml:space="preserve">Destek Türü </w:t>
            </w:r>
          </w:p>
          <w:p w14:paraId="28BB3C75" w14:textId="77777777" w:rsidR="00E24BA4" w:rsidRPr="008D6AA7" w:rsidRDefault="00E24BA4" w:rsidP="009D611D">
            <w:pPr>
              <w:pStyle w:val="Stil4"/>
              <w:rPr>
                <w:rFonts w:eastAsia="Times New Roman"/>
                <w:sz w:val="16"/>
                <w:szCs w:val="16"/>
                <w:lang w:eastAsia="tr-TR"/>
              </w:rPr>
            </w:pPr>
            <w:r w:rsidRPr="008D6AA7">
              <w:rPr>
                <w:rFonts w:eastAsia="Times New Roman"/>
                <w:sz w:val="16"/>
                <w:szCs w:val="16"/>
                <w:lang w:eastAsia="tr-TR"/>
              </w:rPr>
              <w:t>(Burs, Yemek Desteği, Barınma Desteği vb.)</w:t>
            </w:r>
          </w:p>
        </w:tc>
        <w:tc>
          <w:tcPr>
            <w:tcW w:w="0" w:type="auto"/>
            <w:shd w:val="clear" w:color="auto" w:fill="B99C71"/>
            <w:vAlign w:val="center"/>
            <w:hideMark/>
          </w:tcPr>
          <w:p w14:paraId="320B1265" w14:textId="77777777" w:rsidR="00E24BA4" w:rsidRPr="008D6AA7" w:rsidRDefault="00E24BA4" w:rsidP="009D611D">
            <w:pPr>
              <w:pStyle w:val="Stil4"/>
              <w:rPr>
                <w:rFonts w:eastAsia="Times New Roman"/>
                <w:lang w:eastAsia="tr-TR"/>
              </w:rPr>
            </w:pPr>
            <w:r w:rsidRPr="008D6AA7">
              <w:rPr>
                <w:rFonts w:eastAsia="Times New Roman"/>
                <w:lang w:eastAsia="tr-TR"/>
              </w:rPr>
              <w:t>Sorumlu Birim</w:t>
            </w:r>
          </w:p>
        </w:tc>
        <w:tc>
          <w:tcPr>
            <w:tcW w:w="1741" w:type="dxa"/>
            <w:shd w:val="clear" w:color="auto" w:fill="B99C71"/>
            <w:vAlign w:val="center"/>
            <w:hideMark/>
          </w:tcPr>
          <w:p w14:paraId="6DCD87E0" w14:textId="77777777" w:rsidR="00E24BA4" w:rsidRPr="008D6AA7" w:rsidRDefault="00E24BA4" w:rsidP="009D611D">
            <w:pPr>
              <w:pStyle w:val="Stil4"/>
              <w:rPr>
                <w:rFonts w:eastAsia="Times New Roman"/>
                <w:lang w:eastAsia="tr-TR"/>
              </w:rPr>
            </w:pPr>
            <w:r w:rsidRPr="008D6AA7">
              <w:rPr>
                <w:rFonts w:eastAsia="Times New Roman"/>
                <w:lang w:eastAsia="tr-TR"/>
              </w:rPr>
              <w:t>Yararlanan Öğrenci Sayısı</w:t>
            </w:r>
          </w:p>
        </w:tc>
        <w:tc>
          <w:tcPr>
            <w:tcW w:w="1529" w:type="dxa"/>
            <w:shd w:val="clear" w:color="auto" w:fill="B99C71"/>
            <w:vAlign w:val="center"/>
            <w:hideMark/>
          </w:tcPr>
          <w:p w14:paraId="00E29EC1" w14:textId="77777777" w:rsidR="00E24BA4" w:rsidRPr="008D6AA7" w:rsidRDefault="00E24BA4" w:rsidP="009D611D">
            <w:pPr>
              <w:pStyle w:val="Stil4"/>
              <w:rPr>
                <w:rFonts w:eastAsia="Times New Roman"/>
                <w:lang w:eastAsia="tr-TR"/>
              </w:rPr>
            </w:pPr>
            <w:r w:rsidRPr="008D6AA7">
              <w:rPr>
                <w:rFonts w:eastAsia="Times New Roman"/>
                <w:lang w:eastAsia="tr-TR"/>
              </w:rPr>
              <w:t>Kapsam / Kriterler</w:t>
            </w:r>
          </w:p>
        </w:tc>
        <w:tc>
          <w:tcPr>
            <w:tcW w:w="1368" w:type="dxa"/>
            <w:shd w:val="clear" w:color="auto" w:fill="B99C71"/>
            <w:vAlign w:val="center"/>
            <w:hideMark/>
          </w:tcPr>
          <w:p w14:paraId="10F107B1" w14:textId="77777777" w:rsidR="00E24BA4" w:rsidRPr="008D6AA7" w:rsidRDefault="00E24BA4" w:rsidP="009D611D">
            <w:pPr>
              <w:pStyle w:val="Stil4"/>
              <w:rPr>
                <w:rFonts w:eastAsia="Times New Roman"/>
                <w:lang w:eastAsia="tr-TR"/>
              </w:rPr>
            </w:pPr>
            <w:r w:rsidRPr="008D6AA7">
              <w:rPr>
                <w:rFonts w:eastAsia="Times New Roman"/>
                <w:lang w:eastAsia="tr-TR"/>
              </w:rPr>
              <w:t>Dönemi</w:t>
            </w:r>
          </w:p>
        </w:tc>
      </w:tr>
      <w:tr w:rsidR="00E24BA4" w:rsidRPr="008D6AA7" w14:paraId="7653FB8B" w14:textId="77777777" w:rsidTr="009D611D">
        <w:trPr>
          <w:tblCellSpacing w:w="15" w:type="dxa"/>
        </w:trPr>
        <w:tc>
          <w:tcPr>
            <w:tcW w:w="0" w:type="auto"/>
            <w:vAlign w:val="center"/>
            <w:hideMark/>
          </w:tcPr>
          <w:p w14:paraId="428F0BDF" w14:textId="77777777" w:rsidR="00E24BA4" w:rsidRPr="008D6AA7" w:rsidRDefault="00E24BA4" w:rsidP="009D611D">
            <w:pPr>
              <w:pStyle w:val="Stil4"/>
              <w:rPr>
                <w:rFonts w:eastAsia="Times New Roman"/>
                <w:lang w:eastAsia="tr-TR"/>
              </w:rPr>
            </w:pPr>
            <w:r w:rsidRPr="008D6AA7">
              <w:rPr>
                <w:rFonts w:eastAsia="Times New Roman"/>
                <w:lang w:eastAsia="tr-TR"/>
              </w:rPr>
              <w:t>…</w:t>
            </w:r>
          </w:p>
        </w:tc>
        <w:tc>
          <w:tcPr>
            <w:tcW w:w="0" w:type="auto"/>
            <w:vAlign w:val="center"/>
            <w:hideMark/>
          </w:tcPr>
          <w:p w14:paraId="04C75161" w14:textId="77777777" w:rsidR="00E24BA4" w:rsidRPr="008D6AA7" w:rsidRDefault="00E24BA4" w:rsidP="009D611D">
            <w:pPr>
              <w:pStyle w:val="Stil4"/>
              <w:rPr>
                <w:rFonts w:eastAsia="Times New Roman"/>
                <w:lang w:eastAsia="tr-TR"/>
              </w:rPr>
            </w:pPr>
            <w:r w:rsidRPr="008D6AA7">
              <w:rPr>
                <w:rFonts w:eastAsia="Times New Roman"/>
                <w:lang w:eastAsia="tr-TR"/>
              </w:rPr>
              <w:t>…</w:t>
            </w:r>
          </w:p>
        </w:tc>
        <w:tc>
          <w:tcPr>
            <w:tcW w:w="1741" w:type="dxa"/>
            <w:vAlign w:val="center"/>
            <w:hideMark/>
          </w:tcPr>
          <w:p w14:paraId="6D89AC7C" w14:textId="77777777" w:rsidR="00E24BA4" w:rsidRPr="008D6AA7" w:rsidRDefault="00E24BA4" w:rsidP="009D611D">
            <w:pPr>
              <w:pStyle w:val="Stil4"/>
              <w:rPr>
                <w:rFonts w:eastAsia="Times New Roman"/>
                <w:lang w:eastAsia="tr-TR"/>
              </w:rPr>
            </w:pPr>
            <w:r w:rsidRPr="008D6AA7">
              <w:rPr>
                <w:rFonts w:eastAsia="Times New Roman"/>
                <w:lang w:eastAsia="tr-TR"/>
              </w:rPr>
              <w:t>…</w:t>
            </w:r>
          </w:p>
        </w:tc>
        <w:tc>
          <w:tcPr>
            <w:tcW w:w="1529" w:type="dxa"/>
            <w:vAlign w:val="center"/>
            <w:hideMark/>
          </w:tcPr>
          <w:p w14:paraId="55AAFE5E" w14:textId="77777777" w:rsidR="00E24BA4" w:rsidRPr="008D6AA7" w:rsidRDefault="00E24BA4" w:rsidP="009D611D">
            <w:pPr>
              <w:pStyle w:val="Stil4"/>
              <w:rPr>
                <w:rFonts w:eastAsia="Times New Roman"/>
                <w:lang w:eastAsia="tr-TR"/>
              </w:rPr>
            </w:pPr>
            <w:r w:rsidRPr="008D6AA7">
              <w:rPr>
                <w:rFonts w:eastAsia="Times New Roman"/>
                <w:lang w:eastAsia="tr-TR"/>
              </w:rPr>
              <w:t>…</w:t>
            </w:r>
          </w:p>
        </w:tc>
        <w:tc>
          <w:tcPr>
            <w:tcW w:w="1368" w:type="dxa"/>
            <w:vAlign w:val="center"/>
            <w:hideMark/>
          </w:tcPr>
          <w:p w14:paraId="1BED3697" w14:textId="77777777" w:rsidR="00E24BA4" w:rsidRPr="008D6AA7" w:rsidRDefault="00E24BA4" w:rsidP="009D611D">
            <w:pPr>
              <w:pStyle w:val="Stil4"/>
              <w:rPr>
                <w:rFonts w:eastAsia="Times New Roman"/>
                <w:lang w:eastAsia="tr-TR"/>
              </w:rPr>
            </w:pPr>
            <w:r w:rsidRPr="008D6AA7">
              <w:rPr>
                <w:rFonts w:eastAsia="Times New Roman"/>
                <w:lang w:eastAsia="tr-TR"/>
              </w:rPr>
              <w:t>…</w:t>
            </w:r>
          </w:p>
        </w:tc>
      </w:tr>
      <w:tr w:rsidR="00E24BA4" w:rsidRPr="008D6AA7" w14:paraId="3AACECEA" w14:textId="77777777" w:rsidTr="009D611D">
        <w:trPr>
          <w:tblCellSpacing w:w="15" w:type="dxa"/>
        </w:trPr>
        <w:tc>
          <w:tcPr>
            <w:tcW w:w="0" w:type="auto"/>
            <w:vAlign w:val="center"/>
          </w:tcPr>
          <w:p w14:paraId="0EE608A6" w14:textId="77777777" w:rsidR="00E24BA4" w:rsidRPr="008D6AA7" w:rsidRDefault="00E24BA4" w:rsidP="009D611D">
            <w:pPr>
              <w:pStyle w:val="Stil4"/>
              <w:rPr>
                <w:rFonts w:eastAsia="Times New Roman"/>
                <w:lang w:eastAsia="tr-TR"/>
              </w:rPr>
            </w:pPr>
          </w:p>
        </w:tc>
        <w:tc>
          <w:tcPr>
            <w:tcW w:w="0" w:type="auto"/>
            <w:vAlign w:val="center"/>
          </w:tcPr>
          <w:p w14:paraId="29E6733E" w14:textId="77777777" w:rsidR="00E24BA4" w:rsidRPr="008D6AA7" w:rsidRDefault="00E24BA4" w:rsidP="009D611D">
            <w:pPr>
              <w:pStyle w:val="Stil4"/>
              <w:rPr>
                <w:rFonts w:eastAsia="Times New Roman"/>
                <w:lang w:eastAsia="tr-TR"/>
              </w:rPr>
            </w:pPr>
          </w:p>
        </w:tc>
        <w:tc>
          <w:tcPr>
            <w:tcW w:w="1741" w:type="dxa"/>
            <w:vAlign w:val="center"/>
          </w:tcPr>
          <w:p w14:paraId="08DFC813" w14:textId="77777777" w:rsidR="00E24BA4" w:rsidRPr="008D6AA7" w:rsidRDefault="00E24BA4" w:rsidP="009D611D">
            <w:pPr>
              <w:pStyle w:val="Stil4"/>
              <w:rPr>
                <w:rFonts w:eastAsia="Times New Roman"/>
                <w:lang w:eastAsia="tr-TR"/>
              </w:rPr>
            </w:pPr>
          </w:p>
        </w:tc>
        <w:tc>
          <w:tcPr>
            <w:tcW w:w="1529" w:type="dxa"/>
            <w:vAlign w:val="center"/>
          </w:tcPr>
          <w:p w14:paraId="0C0B3D5F" w14:textId="77777777" w:rsidR="00E24BA4" w:rsidRPr="008D6AA7" w:rsidRDefault="00E24BA4" w:rsidP="009D611D">
            <w:pPr>
              <w:pStyle w:val="Stil4"/>
              <w:rPr>
                <w:rFonts w:eastAsia="Times New Roman"/>
                <w:lang w:eastAsia="tr-TR"/>
              </w:rPr>
            </w:pPr>
          </w:p>
        </w:tc>
        <w:tc>
          <w:tcPr>
            <w:tcW w:w="1368" w:type="dxa"/>
            <w:vAlign w:val="center"/>
          </w:tcPr>
          <w:p w14:paraId="263E2F65" w14:textId="77777777" w:rsidR="00E24BA4" w:rsidRPr="008D6AA7" w:rsidRDefault="00E24BA4" w:rsidP="009D611D">
            <w:pPr>
              <w:pStyle w:val="Stil4"/>
              <w:rPr>
                <w:rFonts w:eastAsia="Times New Roman"/>
                <w:lang w:eastAsia="tr-TR"/>
              </w:rPr>
            </w:pPr>
          </w:p>
        </w:tc>
      </w:tr>
    </w:tbl>
    <w:p w14:paraId="1709A1D4" w14:textId="77777777" w:rsidR="00E24BA4" w:rsidRDefault="00E24BA4" w:rsidP="00E24BA4"/>
    <w:p w14:paraId="69100B93" w14:textId="1471DEFE" w:rsidR="00AD71DC" w:rsidRDefault="00AD71DC" w:rsidP="00AD71DC">
      <w:bookmarkStart w:id="34" w:name="_Toc153118726"/>
      <w:bookmarkStart w:id="35" w:name="_Toc153376768"/>
      <w:bookmarkEnd w:id="33"/>
      <w:r>
        <w:t xml:space="preserve">Öğrencilere Yönelik Psiko-Sosyal Destekler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67"/>
        <w:gridCol w:w="2972"/>
        <w:gridCol w:w="2023"/>
      </w:tblGrid>
      <w:tr w:rsidR="00AD71DC" w:rsidRPr="008D6AA7" w14:paraId="27A35917" w14:textId="77777777" w:rsidTr="00A4680D">
        <w:trPr>
          <w:tblHeader/>
          <w:tblCellSpacing w:w="15" w:type="dxa"/>
        </w:trPr>
        <w:tc>
          <w:tcPr>
            <w:tcW w:w="0" w:type="auto"/>
            <w:shd w:val="clear" w:color="auto" w:fill="B99C71"/>
            <w:vAlign w:val="center"/>
            <w:hideMark/>
          </w:tcPr>
          <w:p w14:paraId="27990841" w14:textId="77777777" w:rsidR="00AD71DC" w:rsidRPr="008D6AA7" w:rsidRDefault="00AD71DC" w:rsidP="00A4680D">
            <w:pPr>
              <w:pStyle w:val="Stil4"/>
              <w:rPr>
                <w:rFonts w:eastAsia="Times New Roman"/>
                <w:lang w:eastAsia="tr-TR"/>
              </w:rPr>
            </w:pPr>
            <w:r w:rsidRPr="008D6AA7">
              <w:rPr>
                <w:rFonts w:eastAsia="Times New Roman"/>
                <w:lang w:eastAsia="tr-TR"/>
              </w:rPr>
              <w:t>Hizmet Türü (PDR, Psikolojik Danışmanlık, Rehberlik vb.)</w:t>
            </w:r>
          </w:p>
        </w:tc>
        <w:tc>
          <w:tcPr>
            <w:tcW w:w="0" w:type="auto"/>
            <w:shd w:val="clear" w:color="auto" w:fill="B99C71"/>
            <w:vAlign w:val="center"/>
            <w:hideMark/>
          </w:tcPr>
          <w:p w14:paraId="34DE7723" w14:textId="77777777" w:rsidR="00AD71DC" w:rsidRPr="008D6AA7" w:rsidRDefault="00AD71DC" w:rsidP="00A4680D">
            <w:pPr>
              <w:pStyle w:val="Stil4"/>
              <w:rPr>
                <w:rFonts w:eastAsia="Times New Roman"/>
                <w:lang w:eastAsia="tr-TR"/>
              </w:rPr>
            </w:pPr>
            <w:r w:rsidRPr="008D6AA7">
              <w:rPr>
                <w:rFonts w:eastAsia="Times New Roman"/>
                <w:lang w:eastAsia="tr-TR"/>
              </w:rPr>
              <w:t>Verilen Hizmet Sayısı (Görüşme / Oturum)</w:t>
            </w:r>
          </w:p>
        </w:tc>
        <w:tc>
          <w:tcPr>
            <w:tcW w:w="0" w:type="auto"/>
            <w:shd w:val="clear" w:color="auto" w:fill="B99C71"/>
            <w:vAlign w:val="center"/>
            <w:hideMark/>
          </w:tcPr>
          <w:p w14:paraId="558D452B" w14:textId="77777777" w:rsidR="00AD71DC" w:rsidRPr="008D6AA7" w:rsidRDefault="00AD71DC" w:rsidP="00A4680D">
            <w:pPr>
              <w:pStyle w:val="Stil4"/>
              <w:rPr>
                <w:rFonts w:eastAsia="Times New Roman"/>
                <w:lang w:eastAsia="tr-TR"/>
              </w:rPr>
            </w:pPr>
            <w:r w:rsidRPr="008D6AA7">
              <w:rPr>
                <w:rFonts w:eastAsia="Times New Roman"/>
                <w:lang w:eastAsia="tr-TR"/>
              </w:rPr>
              <w:t>Yararlanan Öğrenci Sayısı</w:t>
            </w:r>
          </w:p>
        </w:tc>
      </w:tr>
      <w:tr w:rsidR="00AD71DC" w:rsidRPr="008D6AA7" w14:paraId="66606980" w14:textId="77777777" w:rsidTr="00A4680D">
        <w:trPr>
          <w:tblCellSpacing w:w="15" w:type="dxa"/>
        </w:trPr>
        <w:tc>
          <w:tcPr>
            <w:tcW w:w="0" w:type="auto"/>
            <w:vAlign w:val="center"/>
            <w:hideMark/>
          </w:tcPr>
          <w:p w14:paraId="409D925C" w14:textId="77777777" w:rsidR="00AD71DC" w:rsidRPr="008D6AA7" w:rsidRDefault="00AD71DC" w:rsidP="00A4680D">
            <w:pPr>
              <w:pStyle w:val="Stil4"/>
              <w:rPr>
                <w:rFonts w:eastAsia="Times New Roman"/>
                <w:lang w:eastAsia="tr-TR"/>
              </w:rPr>
            </w:pPr>
            <w:r w:rsidRPr="008D6AA7">
              <w:rPr>
                <w:rFonts w:eastAsia="Times New Roman"/>
                <w:lang w:eastAsia="tr-TR"/>
              </w:rPr>
              <w:t>…</w:t>
            </w:r>
          </w:p>
        </w:tc>
        <w:tc>
          <w:tcPr>
            <w:tcW w:w="0" w:type="auto"/>
            <w:vAlign w:val="center"/>
            <w:hideMark/>
          </w:tcPr>
          <w:p w14:paraId="7804A670" w14:textId="77777777" w:rsidR="00AD71DC" w:rsidRPr="008D6AA7" w:rsidRDefault="00AD71DC" w:rsidP="00A4680D">
            <w:pPr>
              <w:pStyle w:val="Stil4"/>
              <w:rPr>
                <w:rFonts w:eastAsia="Times New Roman"/>
                <w:lang w:eastAsia="tr-TR"/>
              </w:rPr>
            </w:pPr>
            <w:r w:rsidRPr="008D6AA7">
              <w:rPr>
                <w:rFonts w:eastAsia="Times New Roman"/>
                <w:lang w:eastAsia="tr-TR"/>
              </w:rPr>
              <w:t>…</w:t>
            </w:r>
          </w:p>
        </w:tc>
        <w:tc>
          <w:tcPr>
            <w:tcW w:w="0" w:type="auto"/>
            <w:vAlign w:val="center"/>
            <w:hideMark/>
          </w:tcPr>
          <w:p w14:paraId="657220C7" w14:textId="77777777" w:rsidR="00AD71DC" w:rsidRPr="008D6AA7" w:rsidRDefault="00AD71DC" w:rsidP="00A4680D">
            <w:pPr>
              <w:pStyle w:val="Stil4"/>
              <w:rPr>
                <w:rFonts w:eastAsia="Times New Roman"/>
                <w:lang w:eastAsia="tr-TR"/>
              </w:rPr>
            </w:pPr>
            <w:r w:rsidRPr="008D6AA7">
              <w:rPr>
                <w:rFonts w:eastAsia="Times New Roman"/>
                <w:lang w:eastAsia="tr-TR"/>
              </w:rPr>
              <w:t>…</w:t>
            </w:r>
          </w:p>
        </w:tc>
      </w:tr>
      <w:tr w:rsidR="00AD71DC" w:rsidRPr="008D6AA7" w14:paraId="5F1DED1A" w14:textId="77777777" w:rsidTr="00A4680D">
        <w:trPr>
          <w:tblCellSpacing w:w="15" w:type="dxa"/>
        </w:trPr>
        <w:tc>
          <w:tcPr>
            <w:tcW w:w="0" w:type="auto"/>
            <w:vAlign w:val="center"/>
          </w:tcPr>
          <w:p w14:paraId="1BBC5355" w14:textId="77777777" w:rsidR="00AD71DC" w:rsidRPr="008D6AA7" w:rsidRDefault="00AD71DC" w:rsidP="00A4680D">
            <w:pPr>
              <w:pStyle w:val="Stil4"/>
              <w:rPr>
                <w:rFonts w:eastAsia="Times New Roman"/>
                <w:lang w:eastAsia="tr-TR"/>
              </w:rPr>
            </w:pPr>
          </w:p>
        </w:tc>
        <w:tc>
          <w:tcPr>
            <w:tcW w:w="0" w:type="auto"/>
            <w:vAlign w:val="center"/>
          </w:tcPr>
          <w:p w14:paraId="22D592B6" w14:textId="77777777" w:rsidR="00AD71DC" w:rsidRPr="008D6AA7" w:rsidRDefault="00AD71DC" w:rsidP="00A4680D">
            <w:pPr>
              <w:pStyle w:val="Stil4"/>
              <w:rPr>
                <w:rFonts w:eastAsia="Times New Roman"/>
                <w:lang w:eastAsia="tr-TR"/>
              </w:rPr>
            </w:pPr>
          </w:p>
        </w:tc>
        <w:tc>
          <w:tcPr>
            <w:tcW w:w="0" w:type="auto"/>
            <w:vAlign w:val="center"/>
          </w:tcPr>
          <w:p w14:paraId="766A17BF" w14:textId="77777777" w:rsidR="00AD71DC" w:rsidRPr="008D6AA7" w:rsidRDefault="00AD71DC" w:rsidP="00A4680D">
            <w:pPr>
              <w:pStyle w:val="Stil4"/>
              <w:rPr>
                <w:rFonts w:eastAsia="Times New Roman"/>
                <w:lang w:eastAsia="tr-TR"/>
              </w:rPr>
            </w:pPr>
          </w:p>
        </w:tc>
      </w:tr>
    </w:tbl>
    <w:p w14:paraId="1A1DDBE2" w14:textId="77777777" w:rsidR="00AD71DC" w:rsidRDefault="00AD71DC" w:rsidP="00AD71DC"/>
    <w:p w14:paraId="068933FD" w14:textId="77777777" w:rsidR="00E24BA4" w:rsidRPr="000C0E61" w:rsidRDefault="00E24BA4" w:rsidP="00E24BA4">
      <w:pPr>
        <w:pStyle w:val="Stil2"/>
      </w:pPr>
      <w:bookmarkStart w:id="36" w:name="_Toc217311509"/>
      <w:r>
        <w:t>5.4</w:t>
      </w:r>
      <w:r w:rsidRPr="000C0E61">
        <w:t xml:space="preserve">. </w:t>
      </w:r>
      <w:bookmarkStart w:id="37" w:name="_Hlk186025588"/>
      <w:r w:rsidRPr="000C0E61">
        <w:t>İdari Hizmetler</w:t>
      </w:r>
      <w:bookmarkEnd w:id="34"/>
      <w:bookmarkEnd w:id="35"/>
      <w:bookmarkEnd w:id="36"/>
    </w:p>
    <w:bookmarkEnd w:id="37"/>
    <w:p w14:paraId="589C1DF1" w14:textId="77777777" w:rsidR="00E24BA4" w:rsidRDefault="00E24BA4" w:rsidP="00E24BA4">
      <w:pPr>
        <w:rPr>
          <w:rFonts w:cs="Times New Roman"/>
          <w:b/>
          <w:bCs/>
        </w:rPr>
      </w:pPr>
    </w:p>
    <w:p w14:paraId="783586C1" w14:textId="142D399E" w:rsidR="00E24BA4" w:rsidRDefault="00E24BA4" w:rsidP="00E24BA4">
      <w:pPr>
        <w:pStyle w:val="2BALIK"/>
      </w:pPr>
      <w:bookmarkStart w:id="38" w:name="_Toc153118727"/>
      <w:bookmarkStart w:id="39" w:name="_Toc153376769"/>
      <w:r w:rsidRPr="00B615CB">
        <w:t xml:space="preserve">Birimimiz; </w:t>
      </w:r>
      <w:r w:rsidRPr="00B615CB">
        <w:rPr>
          <w:rStyle w:val="Gl"/>
        </w:rPr>
        <w:t>idari hizmetler</w:t>
      </w:r>
      <w:r w:rsidRPr="00B615CB">
        <w:t xml:space="preserve"> kapsamında insan kaynakları, yazı işleri, mali ve destek hizmetleri ile süreçlerin mevzuata uygun, düzenli, şeffaf ve zamanında yürütülmesini sağlamakta; akademik ve öğrenci odaklı faaliyetlerin etkin şekilde sürdürülmesine ida</w:t>
      </w:r>
      <w:r>
        <w:t>ri altyapı desteği sunmaktadır.</w:t>
      </w:r>
    </w:p>
    <w:p w14:paraId="164C5EA9" w14:textId="77777777" w:rsidR="00E24BA4" w:rsidRDefault="00E24BA4" w:rsidP="00E24BA4">
      <w:pPr>
        <w:rPr>
          <w:lang w:val="tr-TR" w:eastAsia="tr-TR"/>
        </w:rPr>
      </w:pPr>
    </w:p>
    <w:p w14:paraId="0AD84899" w14:textId="77777777" w:rsidR="00E24BA4" w:rsidRPr="000C0E61" w:rsidRDefault="00E24BA4" w:rsidP="00E24BA4">
      <w:pPr>
        <w:pStyle w:val="Stil2"/>
      </w:pPr>
      <w:bookmarkStart w:id="40" w:name="_Toc217311510"/>
      <w:r w:rsidRPr="000C0E61">
        <w:t xml:space="preserve">6. </w:t>
      </w:r>
      <w:bookmarkStart w:id="41" w:name="_Hlk186025600"/>
      <w:r w:rsidRPr="000C0E61">
        <w:t>Yönetim ve İç Kontrol Sistemi</w:t>
      </w:r>
      <w:bookmarkEnd w:id="38"/>
      <w:bookmarkEnd w:id="39"/>
      <w:bookmarkEnd w:id="40"/>
    </w:p>
    <w:bookmarkEnd w:id="41"/>
    <w:p w14:paraId="238D3EFB" w14:textId="59376E34" w:rsidR="00E24BA4" w:rsidRDefault="00CA41A8" w:rsidP="00E24BA4">
      <w:pPr>
        <w:pStyle w:val="2BALIK"/>
      </w:pPr>
      <w:r>
        <w:t xml:space="preserve">Kale Turizm ve Otel İşletmeciliği Meslek Yüksekokulu, </w:t>
      </w:r>
      <w:r w:rsidR="00E24BA4">
        <w:t>iç kontrol sistemini; faaliyetlerin etkili, ekonomik ve verimli yürütülmesi, varlıkların korunması, mali ve mali olmayan bilgilerin doğruluğu ve güvenilirliğinin sağlanması, mevzuata uyum ve hesap verebilirliğin güçlendirilmesi amacıyla yapılandırmaktadır. Bu çerçevede birimin yönetim ve organizasyon yapısı, görev, yetki ve sorumluluk dağılımı, iş akış süreçleri ve onay mekanizmaları yazılı düzenlemelerle tanımlanmıştır.</w:t>
      </w:r>
    </w:p>
    <w:p w14:paraId="7CB5F048" w14:textId="77777777" w:rsidR="00E24BA4" w:rsidRDefault="00E24BA4" w:rsidP="00E24BA4">
      <w:pPr>
        <w:pStyle w:val="2BALIK"/>
      </w:pPr>
      <w:r>
        <w:t xml:space="preserve">Birim bünyesinde yürütülen faaliyetler; </w:t>
      </w:r>
      <w:r>
        <w:rPr>
          <w:rStyle w:val="Gl"/>
        </w:rPr>
        <w:t>görev tanımları</w:t>
      </w:r>
      <w:r>
        <w:t xml:space="preserve">, </w:t>
      </w:r>
      <w:r>
        <w:rPr>
          <w:rStyle w:val="Gl"/>
        </w:rPr>
        <w:t>yetki devri</w:t>
      </w:r>
      <w:r>
        <w:t xml:space="preserve"> ilkeleri, </w:t>
      </w:r>
      <w:r>
        <w:rPr>
          <w:rStyle w:val="Gl"/>
        </w:rPr>
        <w:t>imza ve onay mercileri</w:t>
      </w:r>
      <w:r>
        <w:t xml:space="preserve">, </w:t>
      </w:r>
      <w:r>
        <w:rPr>
          <w:rStyle w:val="Gl"/>
        </w:rPr>
        <w:t>görevler ayrılığı</w:t>
      </w:r>
      <w:r>
        <w:t xml:space="preserve"> (harcama talebi, gerçekleştirme işlemleri, muhasebe ve kontrol işlevlerinin mümkün olduğunca farklı kişilerde toplanması) gözetilerek yerine getirilmektedir. Karar alma süreçlerinde; kurul, komisyon ve çalışma grupları gibi yapılar aracılığıyla kolektif değerlendirme esas alınmakta, alınan kararlar kayıt altına alınmaktadır.</w:t>
      </w:r>
    </w:p>
    <w:p w14:paraId="6ACFF6D6" w14:textId="3A0A1768" w:rsidR="00E24BA4" w:rsidRDefault="00E24BA4" w:rsidP="00E24BA4">
      <w:pPr>
        <w:pStyle w:val="2BALIK"/>
      </w:pPr>
      <w:r>
        <w:t xml:space="preserve">İş ve işlemlerin standartlaştırılması amacıyla, üniversite genelinde yürürlükte olan </w:t>
      </w:r>
      <w:r>
        <w:rPr>
          <w:rStyle w:val="Gl"/>
        </w:rPr>
        <w:t>yönerge, usul ve esaslar, süreç kartları, prosedürler ve talimatlar</w:t>
      </w:r>
      <w:r>
        <w:t xml:space="preserve"> birimde uygulanmakta; ihtiyaç duyulan alanlarda birime özgü süreç tanımları yapılmaktadır. Mali işlemlere ilişkin süreçlerde, harcama birimi olarak</w:t>
      </w:r>
      <w:r w:rsidR="00835A83">
        <w:t xml:space="preserve"> Kale Turizm ve Otel İşletmecliği Meslek Yüksekokulu</w:t>
      </w:r>
      <w:r>
        <w:t xml:space="preserve">; </w:t>
      </w:r>
      <w:r>
        <w:rPr>
          <w:rStyle w:val="Gl"/>
        </w:rPr>
        <w:t>harcama talimatı, ihale/satın alma onayı, muayene–kabul, ödeme emri belgesi</w:t>
      </w:r>
      <w:r>
        <w:t xml:space="preserve"> gibi aşamalarda iç kontrol gereklerine uygun davranmakta, gerektiğinde Strateji Geliştirme Daire Başkanlığı ile koordineli çalışmaktadır.</w:t>
      </w:r>
    </w:p>
    <w:p w14:paraId="473D532C" w14:textId="77777777" w:rsidR="00E24BA4" w:rsidRDefault="00E24BA4" w:rsidP="00E24BA4">
      <w:pPr>
        <w:pStyle w:val="2BALIK"/>
      </w:pPr>
      <w:r>
        <w:t xml:space="preserve">Bilgi ve belge yönetiminde; </w:t>
      </w:r>
      <w:r>
        <w:rPr>
          <w:rStyle w:val="Gl"/>
        </w:rPr>
        <w:t>standart dosya planı</w:t>
      </w:r>
      <w:r>
        <w:t xml:space="preserve">, </w:t>
      </w:r>
      <w:r>
        <w:rPr>
          <w:rStyle w:val="Gl"/>
        </w:rPr>
        <w:t>resmî yazışma kuralları</w:t>
      </w:r>
      <w:r>
        <w:t xml:space="preserve">, </w:t>
      </w:r>
      <w:r>
        <w:rPr>
          <w:rStyle w:val="Gl"/>
        </w:rPr>
        <w:t>EBYS kullanımı</w:t>
      </w:r>
      <w:r>
        <w:t xml:space="preserve">, </w:t>
      </w:r>
      <w:r>
        <w:rPr>
          <w:rStyle w:val="Gl"/>
        </w:rPr>
        <w:t>arşiv ve saklama süreleri</w:t>
      </w:r>
      <w:r>
        <w:t xml:space="preserve"> gibi hususlara uyulmakta; birim içerisinde üretilen karar, rapor ve yazışmalar elektronik ortamda izlenebilir ve erişilebilir şekilde saklanmaktadır. Personel ve yöneticilerin iç kontrol konusundaki farkındalığını artırmak üzere, üniversite düzeyinde düzenlenen eğitim ve bilgilendirme faaliyetlerine katılım teşvik edilmekte, gerektiğinde birim içi bilgilendirme toplantıları yapılmaktadır.</w:t>
      </w:r>
    </w:p>
    <w:p w14:paraId="16AC9A53" w14:textId="77777777" w:rsidR="00E24BA4" w:rsidRDefault="00E24BA4" w:rsidP="00E24BA4">
      <w:pPr>
        <w:rPr>
          <w:lang w:eastAsia="tr-TR"/>
        </w:rPr>
      </w:pPr>
    </w:p>
    <w:p w14:paraId="76A925BC" w14:textId="77777777" w:rsidR="00E24BA4" w:rsidRDefault="00E24BA4" w:rsidP="00E24BA4">
      <w:r>
        <w:t>İç Kontrol Yapısı ve Uygulamaları</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23"/>
        <w:gridCol w:w="1134"/>
        <w:gridCol w:w="1276"/>
        <w:gridCol w:w="2693"/>
      </w:tblGrid>
      <w:tr w:rsidR="009F0619" w:rsidRPr="00536CFE" w14:paraId="240E085E" w14:textId="77777777" w:rsidTr="009F0619">
        <w:trPr>
          <w:tblHeader/>
          <w:tblCellSpacing w:w="15" w:type="dxa"/>
        </w:trPr>
        <w:tc>
          <w:tcPr>
            <w:tcW w:w="3778" w:type="dxa"/>
            <w:vMerge w:val="restart"/>
            <w:shd w:val="clear" w:color="auto" w:fill="B99C71"/>
            <w:vAlign w:val="center"/>
            <w:hideMark/>
          </w:tcPr>
          <w:p w14:paraId="5219975B" w14:textId="77777777" w:rsidR="009F0619" w:rsidRPr="00536CFE" w:rsidRDefault="009F0619" w:rsidP="009D611D">
            <w:pPr>
              <w:pStyle w:val="Stil4"/>
              <w:rPr>
                <w:rFonts w:eastAsia="Times New Roman"/>
                <w:lang w:eastAsia="tr-TR"/>
              </w:rPr>
            </w:pPr>
            <w:r w:rsidRPr="00536CFE">
              <w:rPr>
                <w:rFonts w:eastAsia="Times New Roman"/>
                <w:lang w:eastAsia="tr-TR"/>
              </w:rPr>
              <w:t>İç Kontrol Bileşeni</w:t>
            </w:r>
          </w:p>
          <w:p w14:paraId="3AD053DA" w14:textId="77777777" w:rsidR="009F0619" w:rsidRPr="00536CFE" w:rsidRDefault="009F0619" w:rsidP="00CA5720">
            <w:pPr>
              <w:pStyle w:val="Stil4"/>
              <w:rPr>
                <w:rFonts w:eastAsia="Times New Roman"/>
                <w:lang w:eastAsia="tr-TR"/>
              </w:rPr>
            </w:pPr>
          </w:p>
        </w:tc>
        <w:tc>
          <w:tcPr>
            <w:tcW w:w="5058" w:type="dxa"/>
            <w:gridSpan w:val="3"/>
            <w:shd w:val="clear" w:color="auto" w:fill="B99C71"/>
            <w:vAlign w:val="center"/>
            <w:hideMark/>
          </w:tcPr>
          <w:p w14:paraId="652DAB35" w14:textId="77777777" w:rsidR="009F0619" w:rsidRPr="00536CFE" w:rsidRDefault="009F0619" w:rsidP="005905CA">
            <w:pPr>
              <w:pStyle w:val="Stil4"/>
              <w:jc w:val="center"/>
              <w:rPr>
                <w:rFonts w:eastAsia="Times New Roman"/>
                <w:lang w:eastAsia="tr-TR"/>
              </w:rPr>
            </w:pPr>
            <w:r>
              <w:rPr>
                <w:rFonts w:eastAsia="Times New Roman"/>
                <w:lang w:eastAsia="tr-TR"/>
              </w:rPr>
              <w:t>Yeterlilik Düzeyi</w:t>
            </w:r>
          </w:p>
        </w:tc>
      </w:tr>
      <w:tr w:rsidR="009F0619" w:rsidRPr="00536CFE" w14:paraId="6BD8E36C" w14:textId="77777777" w:rsidTr="009F0619">
        <w:trPr>
          <w:tblCellSpacing w:w="15" w:type="dxa"/>
        </w:trPr>
        <w:tc>
          <w:tcPr>
            <w:tcW w:w="3778" w:type="dxa"/>
            <w:vMerge/>
            <w:shd w:val="clear" w:color="auto" w:fill="B99C71"/>
            <w:vAlign w:val="center"/>
            <w:hideMark/>
          </w:tcPr>
          <w:p w14:paraId="4963B825" w14:textId="77777777" w:rsidR="009F0619" w:rsidRPr="00536CFE" w:rsidRDefault="009F0619" w:rsidP="00CA5720">
            <w:pPr>
              <w:pStyle w:val="Stil4"/>
              <w:rPr>
                <w:rFonts w:eastAsia="Times New Roman"/>
                <w:lang w:eastAsia="tr-TR"/>
              </w:rPr>
            </w:pPr>
          </w:p>
        </w:tc>
        <w:tc>
          <w:tcPr>
            <w:tcW w:w="1104" w:type="dxa"/>
            <w:shd w:val="clear" w:color="auto" w:fill="B99C71"/>
            <w:vAlign w:val="center"/>
            <w:hideMark/>
          </w:tcPr>
          <w:p w14:paraId="119C2D8C" w14:textId="77777777" w:rsidR="009F0619" w:rsidRPr="00536CFE" w:rsidRDefault="009F0619" w:rsidP="005905CA">
            <w:pPr>
              <w:pStyle w:val="Stil4"/>
              <w:jc w:val="center"/>
              <w:rPr>
                <w:rFonts w:eastAsia="Times New Roman"/>
                <w:lang w:eastAsia="tr-TR"/>
              </w:rPr>
            </w:pPr>
            <w:r>
              <w:rPr>
                <w:rFonts w:eastAsia="Times New Roman"/>
                <w:lang w:eastAsia="tr-TR"/>
              </w:rPr>
              <w:t>2022</w:t>
            </w:r>
          </w:p>
        </w:tc>
        <w:tc>
          <w:tcPr>
            <w:tcW w:w="1246" w:type="dxa"/>
            <w:shd w:val="clear" w:color="auto" w:fill="B99C71"/>
            <w:vAlign w:val="center"/>
            <w:hideMark/>
          </w:tcPr>
          <w:p w14:paraId="2F8C1FFD" w14:textId="77777777" w:rsidR="009F0619" w:rsidRPr="00536CFE" w:rsidRDefault="009F0619" w:rsidP="005905CA">
            <w:pPr>
              <w:pStyle w:val="Stil4"/>
              <w:jc w:val="center"/>
              <w:rPr>
                <w:rFonts w:eastAsia="Times New Roman"/>
                <w:lang w:eastAsia="tr-TR"/>
              </w:rPr>
            </w:pPr>
            <w:r>
              <w:rPr>
                <w:rFonts w:eastAsia="Times New Roman"/>
                <w:lang w:eastAsia="tr-TR"/>
              </w:rPr>
              <w:t>2023</w:t>
            </w:r>
          </w:p>
        </w:tc>
        <w:tc>
          <w:tcPr>
            <w:tcW w:w="2648" w:type="dxa"/>
            <w:shd w:val="clear" w:color="auto" w:fill="B99C71"/>
            <w:vAlign w:val="center"/>
            <w:hideMark/>
          </w:tcPr>
          <w:p w14:paraId="2DB3F55E" w14:textId="77777777" w:rsidR="009F0619" w:rsidRPr="00536CFE" w:rsidRDefault="009F0619" w:rsidP="005905CA">
            <w:pPr>
              <w:pStyle w:val="Stil4"/>
              <w:jc w:val="center"/>
              <w:rPr>
                <w:rFonts w:eastAsia="Times New Roman"/>
                <w:lang w:eastAsia="tr-TR"/>
              </w:rPr>
            </w:pPr>
            <w:r>
              <w:rPr>
                <w:rFonts w:eastAsia="Times New Roman"/>
                <w:lang w:eastAsia="tr-TR"/>
              </w:rPr>
              <w:t>2024</w:t>
            </w:r>
          </w:p>
        </w:tc>
      </w:tr>
      <w:tr w:rsidR="005905CA" w:rsidRPr="00536CFE" w14:paraId="506B2720" w14:textId="77777777" w:rsidTr="009F0619">
        <w:trPr>
          <w:tblCellSpacing w:w="15" w:type="dxa"/>
        </w:trPr>
        <w:tc>
          <w:tcPr>
            <w:tcW w:w="3778" w:type="dxa"/>
            <w:vAlign w:val="center"/>
            <w:hideMark/>
          </w:tcPr>
          <w:p w14:paraId="7A99A2FD" w14:textId="77777777" w:rsidR="005905CA" w:rsidRPr="00536CFE" w:rsidRDefault="005905CA" w:rsidP="005905CA">
            <w:pPr>
              <w:pStyle w:val="Stil4"/>
              <w:rPr>
                <w:rFonts w:eastAsia="Times New Roman"/>
                <w:lang w:eastAsia="tr-TR"/>
              </w:rPr>
            </w:pPr>
            <w:r w:rsidRPr="00536CFE">
              <w:rPr>
                <w:rFonts w:eastAsia="Times New Roman"/>
                <w:lang w:eastAsia="tr-TR"/>
              </w:rPr>
              <w:t>Kontrol Ortamı</w:t>
            </w:r>
          </w:p>
        </w:tc>
        <w:tc>
          <w:tcPr>
            <w:tcW w:w="1104" w:type="dxa"/>
            <w:vAlign w:val="center"/>
          </w:tcPr>
          <w:p w14:paraId="730EAE61" w14:textId="6BD88E74" w:rsidR="005905CA" w:rsidRPr="005905CA" w:rsidRDefault="005905CA" w:rsidP="005905CA">
            <w:pPr>
              <w:pStyle w:val="Stil4"/>
              <w:jc w:val="center"/>
              <w:rPr>
                <w:rFonts w:eastAsia="Times New Roman"/>
                <w:b w:val="0"/>
                <w:lang w:eastAsia="tr-TR"/>
              </w:rPr>
            </w:pPr>
            <w:r w:rsidRPr="005905CA">
              <w:rPr>
                <w:rFonts w:eastAsia="Times New Roman"/>
                <w:b w:val="0"/>
                <w:lang w:eastAsia="tr-TR"/>
              </w:rPr>
              <w:t>Orta</w:t>
            </w:r>
          </w:p>
        </w:tc>
        <w:tc>
          <w:tcPr>
            <w:tcW w:w="1246" w:type="dxa"/>
            <w:vAlign w:val="center"/>
            <w:hideMark/>
          </w:tcPr>
          <w:p w14:paraId="1544C3CA" w14:textId="6DDDE6F5" w:rsidR="005905CA" w:rsidRPr="005905CA" w:rsidRDefault="005905CA" w:rsidP="005905CA">
            <w:pPr>
              <w:pStyle w:val="Stil4"/>
              <w:jc w:val="center"/>
              <w:rPr>
                <w:rFonts w:eastAsia="Times New Roman"/>
                <w:b w:val="0"/>
                <w:lang w:eastAsia="tr-TR"/>
              </w:rPr>
            </w:pPr>
            <w:r w:rsidRPr="005905CA">
              <w:rPr>
                <w:rFonts w:eastAsia="Times New Roman"/>
                <w:b w:val="0"/>
                <w:lang w:eastAsia="tr-TR"/>
              </w:rPr>
              <w:t>İyi</w:t>
            </w:r>
          </w:p>
        </w:tc>
        <w:tc>
          <w:tcPr>
            <w:tcW w:w="2648" w:type="dxa"/>
            <w:vAlign w:val="center"/>
            <w:hideMark/>
          </w:tcPr>
          <w:p w14:paraId="0A17DC4D" w14:textId="74F237B7" w:rsidR="005905CA" w:rsidRPr="005905CA" w:rsidRDefault="005905CA" w:rsidP="005905CA">
            <w:pPr>
              <w:pStyle w:val="Stil4"/>
              <w:jc w:val="center"/>
              <w:rPr>
                <w:rFonts w:eastAsia="Times New Roman"/>
                <w:b w:val="0"/>
                <w:lang w:eastAsia="tr-TR"/>
              </w:rPr>
            </w:pPr>
            <w:r w:rsidRPr="005905CA">
              <w:rPr>
                <w:rFonts w:eastAsia="Times New Roman"/>
                <w:b w:val="0"/>
                <w:lang w:eastAsia="tr-TR"/>
              </w:rPr>
              <w:t>Çok İyi</w:t>
            </w:r>
          </w:p>
        </w:tc>
      </w:tr>
      <w:tr w:rsidR="005905CA" w:rsidRPr="00536CFE" w14:paraId="1DC9AE5F" w14:textId="77777777" w:rsidTr="009F0619">
        <w:trPr>
          <w:tblCellSpacing w:w="15" w:type="dxa"/>
        </w:trPr>
        <w:tc>
          <w:tcPr>
            <w:tcW w:w="3778" w:type="dxa"/>
            <w:vAlign w:val="center"/>
            <w:hideMark/>
          </w:tcPr>
          <w:p w14:paraId="39C8D676" w14:textId="77777777" w:rsidR="005905CA" w:rsidRPr="00536CFE" w:rsidRDefault="005905CA" w:rsidP="005905CA">
            <w:pPr>
              <w:pStyle w:val="Stil4"/>
              <w:rPr>
                <w:rFonts w:eastAsia="Times New Roman"/>
                <w:lang w:eastAsia="tr-TR"/>
              </w:rPr>
            </w:pPr>
            <w:r w:rsidRPr="00536CFE">
              <w:rPr>
                <w:rFonts w:eastAsia="Times New Roman"/>
                <w:lang w:eastAsia="tr-TR"/>
              </w:rPr>
              <w:t>Risk Değerlendirme</w:t>
            </w:r>
          </w:p>
        </w:tc>
        <w:tc>
          <w:tcPr>
            <w:tcW w:w="1104" w:type="dxa"/>
            <w:vAlign w:val="center"/>
          </w:tcPr>
          <w:p w14:paraId="68D82C8E" w14:textId="0B506B48" w:rsidR="005905CA" w:rsidRPr="005905CA" w:rsidRDefault="005905CA" w:rsidP="005905CA">
            <w:pPr>
              <w:pStyle w:val="Stil4"/>
              <w:jc w:val="center"/>
              <w:rPr>
                <w:rFonts w:eastAsia="Times New Roman"/>
                <w:b w:val="0"/>
                <w:lang w:eastAsia="tr-TR"/>
              </w:rPr>
            </w:pPr>
            <w:r w:rsidRPr="005905CA">
              <w:rPr>
                <w:rFonts w:eastAsia="Times New Roman"/>
                <w:b w:val="0"/>
                <w:lang w:eastAsia="tr-TR"/>
              </w:rPr>
              <w:t>İyi</w:t>
            </w:r>
          </w:p>
        </w:tc>
        <w:tc>
          <w:tcPr>
            <w:tcW w:w="1246" w:type="dxa"/>
            <w:vAlign w:val="center"/>
            <w:hideMark/>
          </w:tcPr>
          <w:p w14:paraId="48322C8F" w14:textId="2730701D" w:rsidR="005905CA" w:rsidRPr="005905CA" w:rsidRDefault="005905CA" w:rsidP="005905CA">
            <w:pPr>
              <w:pStyle w:val="Stil4"/>
              <w:jc w:val="center"/>
              <w:rPr>
                <w:rFonts w:eastAsia="Times New Roman"/>
                <w:b w:val="0"/>
                <w:lang w:eastAsia="tr-TR"/>
              </w:rPr>
            </w:pPr>
            <w:r w:rsidRPr="005905CA">
              <w:rPr>
                <w:rFonts w:eastAsia="Times New Roman"/>
                <w:b w:val="0"/>
                <w:lang w:eastAsia="tr-TR"/>
              </w:rPr>
              <w:t>Çok İyi</w:t>
            </w:r>
          </w:p>
        </w:tc>
        <w:tc>
          <w:tcPr>
            <w:tcW w:w="2648" w:type="dxa"/>
            <w:vAlign w:val="center"/>
            <w:hideMark/>
          </w:tcPr>
          <w:p w14:paraId="47E45625" w14:textId="0849E2E7" w:rsidR="005905CA" w:rsidRPr="005905CA" w:rsidRDefault="005905CA" w:rsidP="005905CA">
            <w:pPr>
              <w:pStyle w:val="Stil4"/>
              <w:jc w:val="center"/>
              <w:rPr>
                <w:rFonts w:eastAsia="Times New Roman"/>
                <w:b w:val="0"/>
                <w:lang w:eastAsia="tr-TR"/>
              </w:rPr>
            </w:pPr>
            <w:r w:rsidRPr="005905CA">
              <w:rPr>
                <w:rFonts w:eastAsia="Times New Roman"/>
                <w:b w:val="0"/>
                <w:lang w:eastAsia="tr-TR"/>
              </w:rPr>
              <w:t>Çok İyi</w:t>
            </w:r>
          </w:p>
        </w:tc>
      </w:tr>
      <w:tr w:rsidR="005905CA" w:rsidRPr="00536CFE" w14:paraId="22FFACD1" w14:textId="77777777" w:rsidTr="009F0619">
        <w:trPr>
          <w:tblCellSpacing w:w="15" w:type="dxa"/>
        </w:trPr>
        <w:tc>
          <w:tcPr>
            <w:tcW w:w="3778" w:type="dxa"/>
            <w:vAlign w:val="center"/>
            <w:hideMark/>
          </w:tcPr>
          <w:p w14:paraId="5D333FB0" w14:textId="77777777" w:rsidR="005905CA" w:rsidRPr="00536CFE" w:rsidRDefault="005905CA" w:rsidP="005905CA">
            <w:pPr>
              <w:pStyle w:val="Stil4"/>
              <w:rPr>
                <w:rFonts w:eastAsia="Times New Roman"/>
                <w:lang w:eastAsia="tr-TR"/>
              </w:rPr>
            </w:pPr>
            <w:r w:rsidRPr="00536CFE">
              <w:rPr>
                <w:rFonts w:eastAsia="Times New Roman"/>
                <w:lang w:eastAsia="tr-TR"/>
              </w:rPr>
              <w:t>Kontrol Faaliyetleri</w:t>
            </w:r>
          </w:p>
        </w:tc>
        <w:tc>
          <w:tcPr>
            <w:tcW w:w="1104" w:type="dxa"/>
            <w:vAlign w:val="center"/>
          </w:tcPr>
          <w:p w14:paraId="121F203A" w14:textId="15926DA5" w:rsidR="005905CA" w:rsidRPr="005905CA" w:rsidRDefault="005905CA" w:rsidP="005905CA">
            <w:pPr>
              <w:pStyle w:val="Stil4"/>
              <w:jc w:val="center"/>
              <w:rPr>
                <w:rFonts w:eastAsia="Times New Roman"/>
                <w:b w:val="0"/>
                <w:lang w:eastAsia="tr-TR"/>
              </w:rPr>
            </w:pPr>
            <w:r w:rsidRPr="005905CA">
              <w:rPr>
                <w:rFonts w:eastAsia="Times New Roman"/>
                <w:b w:val="0"/>
                <w:lang w:eastAsia="tr-TR"/>
              </w:rPr>
              <w:t>Orta</w:t>
            </w:r>
          </w:p>
        </w:tc>
        <w:tc>
          <w:tcPr>
            <w:tcW w:w="1246" w:type="dxa"/>
            <w:vAlign w:val="center"/>
            <w:hideMark/>
          </w:tcPr>
          <w:p w14:paraId="4F240A04" w14:textId="2D850F7C" w:rsidR="005905CA" w:rsidRPr="005905CA" w:rsidRDefault="005905CA" w:rsidP="005905CA">
            <w:pPr>
              <w:pStyle w:val="Stil4"/>
              <w:jc w:val="center"/>
              <w:rPr>
                <w:rFonts w:eastAsia="Times New Roman"/>
                <w:b w:val="0"/>
                <w:lang w:eastAsia="tr-TR"/>
              </w:rPr>
            </w:pPr>
            <w:r w:rsidRPr="005905CA">
              <w:rPr>
                <w:rFonts w:eastAsia="Times New Roman"/>
                <w:b w:val="0"/>
                <w:lang w:eastAsia="tr-TR"/>
              </w:rPr>
              <w:t>Çok İyi</w:t>
            </w:r>
          </w:p>
        </w:tc>
        <w:tc>
          <w:tcPr>
            <w:tcW w:w="2648" w:type="dxa"/>
            <w:vAlign w:val="center"/>
            <w:hideMark/>
          </w:tcPr>
          <w:p w14:paraId="34A11717" w14:textId="64AFD8E5" w:rsidR="005905CA" w:rsidRPr="005905CA" w:rsidRDefault="005905CA" w:rsidP="005905CA">
            <w:pPr>
              <w:pStyle w:val="Stil4"/>
              <w:jc w:val="center"/>
              <w:rPr>
                <w:rFonts w:eastAsia="Times New Roman"/>
                <w:b w:val="0"/>
                <w:lang w:eastAsia="tr-TR"/>
              </w:rPr>
            </w:pPr>
            <w:r w:rsidRPr="005905CA">
              <w:rPr>
                <w:rFonts w:eastAsia="Times New Roman"/>
                <w:b w:val="0"/>
                <w:lang w:eastAsia="tr-TR"/>
              </w:rPr>
              <w:t>Çok İyi</w:t>
            </w:r>
          </w:p>
        </w:tc>
      </w:tr>
      <w:tr w:rsidR="005905CA" w:rsidRPr="00536CFE" w14:paraId="0EC41048" w14:textId="77777777" w:rsidTr="009F0619">
        <w:trPr>
          <w:tblCellSpacing w:w="15" w:type="dxa"/>
        </w:trPr>
        <w:tc>
          <w:tcPr>
            <w:tcW w:w="3778" w:type="dxa"/>
            <w:vAlign w:val="center"/>
            <w:hideMark/>
          </w:tcPr>
          <w:p w14:paraId="45959123" w14:textId="77777777" w:rsidR="005905CA" w:rsidRPr="00536CFE" w:rsidRDefault="005905CA" w:rsidP="005905CA">
            <w:pPr>
              <w:pStyle w:val="Stil4"/>
              <w:rPr>
                <w:rFonts w:eastAsia="Times New Roman"/>
                <w:lang w:eastAsia="tr-TR"/>
              </w:rPr>
            </w:pPr>
            <w:r w:rsidRPr="00536CFE">
              <w:rPr>
                <w:rFonts w:eastAsia="Times New Roman"/>
                <w:lang w:eastAsia="tr-TR"/>
              </w:rPr>
              <w:t>Bilgi ve İletişim</w:t>
            </w:r>
          </w:p>
        </w:tc>
        <w:tc>
          <w:tcPr>
            <w:tcW w:w="1104" w:type="dxa"/>
            <w:vAlign w:val="center"/>
          </w:tcPr>
          <w:p w14:paraId="15EDC2EF" w14:textId="4920A2A8" w:rsidR="005905CA" w:rsidRPr="005905CA" w:rsidRDefault="005905CA" w:rsidP="005905CA">
            <w:pPr>
              <w:pStyle w:val="Stil4"/>
              <w:jc w:val="center"/>
              <w:rPr>
                <w:rFonts w:eastAsia="Times New Roman"/>
                <w:b w:val="0"/>
                <w:lang w:eastAsia="tr-TR"/>
              </w:rPr>
            </w:pPr>
            <w:r w:rsidRPr="005905CA">
              <w:rPr>
                <w:rFonts w:eastAsia="Times New Roman"/>
                <w:b w:val="0"/>
                <w:lang w:eastAsia="tr-TR"/>
              </w:rPr>
              <w:t>İyi</w:t>
            </w:r>
          </w:p>
        </w:tc>
        <w:tc>
          <w:tcPr>
            <w:tcW w:w="1246" w:type="dxa"/>
            <w:vAlign w:val="center"/>
            <w:hideMark/>
          </w:tcPr>
          <w:p w14:paraId="5D5C0EC8" w14:textId="040CDC3B" w:rsidR="005905CA" w:rsidRPr="005905CA" w:rsidRDefault="005905CA" w:rsidP="005905CA">
            <w:pPr>
              <w:pStyle w:val="Stil4"/>
              <w:jc w:val="center"/>
              <w:rPr>
                <w:rFonts w:eastAsia="Times New Roman"/>
                <w:b w:val="0"/>
                <w:lang w:eastAsia="tr-TR"/>
              </w:rPr>
            </w:pPr>
            <w:r w:rsidRPr="005905CA">
              <w:rPr>
                <w:rFonts w:eastAsia="Times New Roman"/>
                <w:b w:val="0"/>
                <w:lang w:eastAsia="tr-TR"/>
              </w:rPr>
              <w:t>İyi</w:t>
            </w:r>
          </w:p>
        </w:tc>
        <w:tc>
          <w:tcPr>
            <w:tcW w:w="2648" w:type="dxa"/>
            <w:vAlign w:val="center"/>
            <w:hideMark/>
          </w:tcPr>
          <w:p w14:paraId="2FB00532" w14:textId="7C6964B3" w:rsidR="005905CA" w:rsidRPr="005905CA" w:rsidRDefault="005905CA" w:rsidP="005905CA">
            <w:pPr>
              <w:pStyle w:val="Stil4"/>
              <w:jc w:val="center"/>
              <w:rPr>
                <w:rFonts w:eastAsia="Times New Roman"/>
                <w:b w:val="0"/>
                <w:lang w:eastAsia="tr-TR"/>
              </w:rPr>
            </w:pPr>
            <w:r w:rsidRPr="005905CA">
              <w:rPr>
                <w:rFonts w:eastAsia="Times New Roman"/>
                <w:b w:val="0"/>
                <w:lang w:eastAsia="tr-TR"/>
              </w:rPr>
              <w:t>İyi</w:t>
            </w:r>
          </w:p>
        </w:tc>
      </w:tr>
      <w:tr w:rsidR="005905CA" w:rsidRPr="00536CFE" w14:paraId="62EE67E1" w14:textId="77777777" w:rsidTr="009F0619">
        <w:trPr>
          <w:tblCellSpacing w:w="15" w:type="dxa"/>
        </w:trPr>
        <w:tc>
          <w:tcPr>
            <w:tcW w:w="3778" w:type="dxa"/>
            <w:vAlign w:val="center"/>
            <w:hideMark/>
          </w:tcPr>
          <w:p w14:paraId="12B147B7" w14:textId="77777777" w:rsidR="005905CA" w:rsidRPr="00536CFE" w:rsidRDefault="005905CA" w:rsidP="005905CA">
            <w:pPr>
              <w:pStyle w:val="Stil4"/>
              <w:rPr>
                <w:rFonts w:eastAsia="Times New Roman"/>
                <w:lang w:eastAsia="tr-TR"/>
              </w:rPr>
            </w:pPr>
            <w:r w:rsidRPr="00536CFE">
              <w:rPr>
                <w:rFonts w:eastAsia="Times New Roman"/>
                <w:lang w:eastAsia="tr-TR"/>
              </w:rPr>
              <w:t>İzleme</w:t>
            </w:r>
          </w:p>
        </w:tc>
        <w:tc>
          <w:tcPr>
            <w:tcW w:w="1104" w:type="dxa"/>
            <w:vAlign w:val="center"/>
          </w:tcPr>
          <w:p w14:paraId="3618FBBE" w14:textId="724919BD" w:rsidR="005905CA" w:rsidRPr="005905CA" w:rsidRDefault="005905CA" w:rsidP="005905CA">
            <w:pPr>
              <w:pStyle w:val="Stil4"/>
              <w:jc w:val="center"/>
              <w:rPr>
                <w:rFonts w:eastAsia="Times New Roman"/>
                <w:b w:val="0"/>
                <w:lang w:eastAsia="tr-TR"/>
              </w:rPr>
            </w:pPr>
            <w:r w:rsidRPr="005905CA">
              <w:rPr>
                <w:rFonts w:eastAsia="Times New Roman"/>
                <w:b w:val="0"/>
                <w:lang w:eastAsia="tr-TR"/>
              </w:rPr>
              <w:t>Orta</w:t>
            </w:r>
          </w:p>
        </w:tc>
        <w:tc>
          <w:tcPr>
            <w:tcW w:w="1246" w:type="dxa"/>
            <w:vAlign w:val="center"/>
            <w:hideMark/>
          </w:tcPr>
          <w:p w14:paraId="777E6DB4" w14:textId="796D6B75" w:rsidR="005905CA" w:rsidRPr="005905CA" w:rsidRDefault="005905CA" w:rsidP="005905CA">
            <w:pPr>
              <w:pStyle w:val="Stil4"/>
              <w:jc w:val="center"/>
              <w:rPr>
                <w:rFonts w:eastAsia="Times New Roman"/>
                <w:b w:val="0"/>
                <w:lang w:eastAsia="tr-TR"/>
              </w:rPr>
            </w:pPr>
            <w:r w:rsidRPr="005905CA">
              <w:rPr>
                <w:rFonts w:eastAsia="Times New Roman"/>
                <w:b w:val="0"/>
                <w:lang w:eastAsia="tr-TR"/>
              </w:rPr>
              <w:t>Çok İyi</w:t>
            </w:r>
          </w:p>
        </w:tc>
        <w:tc>
          <w:tcPr>
            <w:tcW w:w="2648" w:type="dxa"/>
            <w:vAlign w:val="center"/>
            <w:hideMark/>
          </w:tcPr>
          <w:p w14:paraId="48438FBF" w14:textId="75C054D2" w:rsidR="005905CA" w:rsidRPr="005905CA" w:rsidRDefault="005905CA" w:rsidP="005905CA">
            <w:pPr>
              <w:pStyle w:val="Stil4"/>
              <w:jc w:val="center"/>
              <w:rPr>
                <w:rFonts w:eastAsia="Times New Roman"/>
                <w:b w:val="0"/>
                <w:lang w:eastAsia="tr-TR"/>
              </w:rPr>
            </w:pPr>
            <w:r w:rsidRPr="005905CA">
              <w:rPr>
                <w:rFonts w:eastAsia="Times New Roman"/>
                <w:b w:val="0"/>
                <w:lang w:eastAsia="tr-TR"/>
              </w:rPr>
              <w:t>Çok İyi</w:t>
            </w:r>
          </w:p>
        </w:tc>
      </w:tr>
    </w:tbl>
    <w:p w14:paraId="6F14063E" w14:textId="77777777" w:rsidR="00E24BA4" w:rsidRPr="00382418" w:rsidRDefault="00382418" w:rsidP="00E24BA4">
      <w:pPr>
        <w:rPr>
          <w:b/>
          <w:sz w:val="20"/>
          <w:szCs w:val="20"/>
        </w:rPr>
      </w:pPr>
      <w:r w:rsidRPr="00382418">
        <w:rPr>
          <w:rStyle w:val="Gl"/>
          <w:b w:val="0"/>
          <w:sz w:val="20"/>
          <w:szCs w:val="20"/>
        </w:rPr>
        <w:t>Yeterlilik Düzeyi; Çok Düşük, Düşük,Orta,İyi, Çok İyi</w:t>
      </w:r>
    </w:p>
    <w:p w14:paraId="6E405AC0" w14:textId="77777777" w:rsidR="00E24BA4" w:rsidRDefault="00E24BA4" w:rsidP="00E24BA4"/>
    <w:p w14:paraId="35E67D0C" w14:textId="77777777" w:rsidR="005375CF" w:rsidRDefault="005375CF" w:rsidP="00E24BA4">
      <w:r>
        <w:t>İç Kontrol Standartları Uyum Eylem Planı Birim Değerlendirme</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40"/>
        <w:gridCol w:w="5611"/>
      </w:tblGrid>
      <w:tr w:rsidR="009F0619" w:rsidRPr="008D6AA7" w14:paraId="0E0BEB0C" w14:textId="77777777" w:rsidTr="009F0619">
        <w:trPr>
          <w:tblHeader/>
          <w:tblCellSpacing w:w="15" w:type="dxa"/>
        </w:trPr>
        <w:tc>
          <w:tcPr>
            <w:tcW w:w="0" w:type="auto"/>
            <w:shd w:val="clear" w:color="auto" w:fill="B99C71"/>
            <w:vAlign w:val="center"/>
            <w:hideMark/>
          </w:tcPr>
          <w:p w14:paraId="66581497" w14:textId="77777777" w:rsidR="009F0619" w:rsidRPr="008D6AA7" w:rsidRDefault="009F0619" w:rsidP="00592437">
            <w:pPr>
              <w:pStyle w:val="Stil4"/>
              <w:rPr>
                <w:lang w:eastAsia="tr-TR"/>
              </w:rPr>
            </w:pPr>
            <w:r>
              <w:rPr>
                <w:lang w:eastAsia="tr-TR"/>
              </w:rPr>
              <w:t>Kamu İç Kontrol Standardı ve Genel Şartı</w:t>
            </w:r>
          </w:p>
        </w:tc>
        <w:tc>
          <w:tcPr>
            <w:tcW w:w="5566" w:type="dxa"/>
            <w:shd w:val="clear" w:color="auto" w:fill="B99C71"/>
            <w:vAlign w:val="center"/>
            <w:hideMark/>
          </w:tcPr>
          <w:p w14:paraId="5C1ADFE3" w14:textId="77777777" w:rsidR="009F0619" w:rsidRPr="008D6AA7" w:rsidRDefault="005375CF" w:rsidP="00592437">
            <w:pPr>
              <w:pStyle w:val="Stil4"/>
              <w:rPr>
                <w:lang w:eastAsia="tr-TR"/>
              </w:rPr>
            </w:pPr>
            <w:r>
              <w:rPr>
                <w:lang w:eastAsia="tr-TR"/>
              </w:rPr>
              <w:t xml:space="preserve"> </w:t>
            </w:r>
            <w:r w:rsidR="009F0619">
              <w:rPr>
                <w:lang w:eastAsia="tr-TR"/>
              </w:rPr>
              <w:t>Değerlendirme</w:t>
            </w:r>
          </w:p>
        </w:tc>
      </w:tr>
      <w:tr w:rsidR="0044529C" w:rsidRPr="008D6AA7" w14:paraId="4172CEE7" w14:textId="77777777" w:rsidTr="0044529C">
        <w:trPr>
          <w:tblCellSpacing w:w="15" w:type="dxa"/>
        </w:trPr>
        <w:tc>
          <w:tcPr>
            <w:tcW w:w="9291" w:type="dxa"/>
            <w:gridSpan w:val="2"/>
            <w:vAlign w:val="bottom"/>
          </w:tcPr>
          <w:p w14:paraId="7A44EE31" w14:textId="77777777" w:rsidR="0044529C" w:rsidRPr="008D6AA7" w:rsidRDefault="0044529C" w:rsidP="00592437">
            <w:pPr>
              <w:pStyle w:val="Stil4"/>
              <w:rPr>
                <w:lang w:eastAsia="tr-TR"/>
              </w:rPr>
            </w:pPr>
            <w:r>
              <w:rPr>
                <w:lang w:eastAsia="tr-TR"/>
              </w:rPr>
              <w:t>A.KONTROL ORTAMI</w:t>
            </w:r>
          </w:p>
        </w:tc>
      </w:tr>
      <w:tr w:rsidR="000846BF" w:rsidRPr="008D6AA7" w14:paraId="3B093618" w14:textId="77777777" w:rsidTr="000846BF">
        <w:trPr>
          <w:tblCellSpacing w:w="15" w:type="dxa"/>
        </w:trPr>
        <w:tc>
          <w:tcPr>
            <w:tcW w:w="0" w:type="auto"/>
            <w:vAlign w:val="center"/>
            <w:hideMark/>
          </w:tcPr>
          <w:p w14:paraId="6C784C8E" w14:textId="77777777" w:rsidR="000846BF" w:rsidRPr="004C2DEC" w:rsidRDefault="000846BF" w:rsidP="000846BF">
            <w:pPr>
              <w:pStyle w:val="Stil4"/>
              <w:rPr>
                <w:rFonts w:ascii="Calibri" w:hAnsi="Calibri" w:cs="Calibri"/>
                <w:b w:val="0"/>
                <w:sz w:val="22"/>
              </w:rPr>
            </w:pPr>
            <w:r w:rsidRPr="004C2DEC">
              <w:rPr>
                <w:b w:val="0"/>
              </w:rPr>
              <w:lastRenderedPageBreak/>
              <w:t>Etik Değerler ve Dürüstlük</w:t>
            </w:r>
          </w:p>
        </w:tc>
        <w:tc>
          <w:tcPr>
            <w:tcW w:w="5566" w:type="dxa"/>
            <w:vAlign w:val="center"/>
            <w:hideMark/>
          </w:tcPr>
          <w:p w14:paraId="5E1DDF37" w14:textId="4274FD99" w:rsidR="000846BF" w:rsidRPr="008D6AA7" w:rsidRDefault="000846BF" w:rsidP="000846BF">
            <w:pPr>
              <w:pStyle w:val="Stil4"/>
              <w:rPr>
                <w:lang w:eastAsia="tr-TR"/>
              </w:rPr>
            </w:pPr>
            <w:r w:rsidRPr="00CD252F">
              <w:rPr>
                <w:b w:val="0"/>
                <w:lang w:eastAsia="tr-TR"/>
              </w:rPr>
              <w:t>Birimde etik değerler ve dürüstlük ilkeleri, 657 sayılı Devlet Memurları Kanunu ve üniversite etik yönergeleri çerçevesinde benimsenmektedir. Akademik ve idari personel, görevlerini mevzuata uygun, şeffaf ve hesap verebilirlik ilkeleri doğrultusunda yerine getirmektedir. Etik ihlallere ilişkin farkındalık, üniversite genelinde yapılan bilgilendirmeler ve yazılı duyurular aracılığıyla desteklenmektedir.</w:t>
            </w:r>
          </w:p>
        </w:tc>
      </w:tr>
      <w:tr w:rsidR="000846BF" w:rsidRPr="008D6AA7" w14:paraId="3DE6DB96" w14:textId="77777777" w:rsidTr="000846BF">
        <w:trPr>
          <w:tblCellSpacing w:w="15" w:type="dxa"/>
        </w:trPr>
        <w:tc>
          <w:tcPr>
            <w:tcW w:w="0" w:type="auto"/>
            <w:vAlign w:val="center"/>
          </w:tcPr>
          <w:p w14:paraId="6B6D0CE2" w14:textId="77777777" w:rsidR="000846BF" w:rsidRPr="004C2DEC" w:rsidRDefault="000846BF" w:rsidP="000846BF">
            <w:pPr>
              <w:pStyle w:val="Stil4"/>
              <w:rPr>
                <w:rFonts w:ascii="Calibri" w:hAnsi="Calibri" w:cs="Calibri"/>
                <w:b w:val="0"/>
                <w:sz w:val="22"/>
              </w:rPr>
            </w:pPr>
            <w:r w:rsidRPr="004C2DEC">
              <w:rPr>
                <w:b w:val="0"/>
              </w:rPr>
              <w:t>Misyon, Organizasyon Yapısı ve Görevler</w:t>
            </w:r>
          </w:p>
        </w:tc>
        <w:tc>
          <w:tcPr>
            <w:tcW w:w="5566" w:type="dxa"/>
            <w:vAlign w:val="center"/>
          </w:tcPr>
          <w:p w14:paraId="519435F5" w14:textId="04DEE585" w:rsidR="000846BF" w:rsidRPr="008D6AA7" w:rsidRDefault="000846BF" w:rsidP="000846BF">
            <w:pPr>
              <w:pStyle w:val="Stil4"/>
              <w:rPr>
                <w:lang w:eastAsia="tr-TR"/>
              </w:rPr>
            </w:pPr>
            <w:r w:rsidRPr="00CD252F">
              <w:rPr>
                <w:b w:val="0"/>
                <w:lang w:eastAsia="tr-TR"/>
              </w:rPr>
              <w:t>Birimin misyonu, organizasyon yapısı, görev ve sorumlulukları mevzuatla belirlenmiş olup; Müdürlük, Kurullar, Bölüm Başkanlıkları ve Yüksekokul Sekreterliği aracılığıyla yürütülmektedir. Görev tanımları açık olup, karar alma süreçleri kurul ve komisyonlar üzerinden kolektif şekilde gerçekleştirilmektedir.</w:t>
            </w:r>
          </w:p>
        </w:tc>
      </w:tr>
      <w:tr w:rsidR="000846BF" w:rsidRPr="008D6AA7" w14:paraId="2168CF2E" w14:textId="77777777" w:rsidTr="000846BF">
        <w:trPr>
          <w:tblCellSpacing w:w="15" w:type="dxa"/>
        </w:trPr>
        <w:tc>
          <w:tcPr>
            <w:tcW w:w="0" w:type="auto"/>
            <w:vAlign w:val="center"/>
          </w:tcPr>
          <w:p w14:paraId="5C82CC54" w14:textId="77777777" w:rsidR="000846BF" w:rsidRPr="004C2DEC" w:rsidRDefault="000846BF" w:rsidP="000846BF">
            <w:pPr>
              <w:pStyle w:val="Stil4"/>
              <w:rPr>
                <w:rFonts w:ascii="Calibri" w:hAnsi="Calibri" w:cs="Calibri"/>
                <w:b w:val="0"/>
                <w:sz w:val="22"/>
              </w:rPr>
            </w:pPr>
            <w:r w:rsidRPr="004C2DEC">
              <w:rPr>
                <w:b w:val="0"/>
              </w:rPr>
              <w:t>Personelin Yeterliliği ve Performansı</w:t>
            </w:r>
          </w:p>
        </w:tc>
        <w:tc>
          <w:tcPr>
            <w:tcW w:w="5566" w:type="dxa"/>
            <w:vAlign w:val="center"/>
          </w:tcPr>
          <w:p w14:paraId="20E58D42" w14:textId="7617C4DA" w:rsidR="000846BF" w:rsidRPr="008D6AA7" w:rsidRDefault="000846BF" w:rsidP="000846BF">
            <w:pPr>
              <w:pStyle w:val="Stil4"/>
              <w:rPr>
                <w:lang w:eastAsia="tr-TR"/>
              </w:rPr>
            </w:pPr>
            <w:r w:rsidRPr="00CD252F">
              <w:rPr>
                <w:b w:val="0"/>
                <w:lang w:eastAsia="tr-TR"/>
              </w:rPr>
              <w:t>Birimde görev yapan akademik ve idari personelin görev alanlarına uygun yeterliliklere sahip olması gözetilmekte; personelin hizmet içi eğitimler ve kurumsal bilgilendirme faaliyetleri yoluyla mesleki gelişimi desteklenmektedir. Performans değerlendirmeleri, mevzuat ve üst yönetim uygulamaları çerçevesinde yapılmaktadır.</w:t>
            </w:r>
          </w:p>
        </w:tc>
      </w:tr>
      <w:tr w:rsidR="000846BF" w:rsidRPr="008D6AA7" w14:paraId="679E9A6B" w14:textId="77777777" w:rsidTr="000846BF">
        <w:trPr>
          <w:tblCellSpacing w:w="15" w:type="dxa"/>
        </w:trPr>
        <w:tc>
          <w:tcPr>
            <w:tcW w:w="0" w:type="auto"/>
            <w:vAlign w:val="center"/>
          </w:tcPr>
          <w:p w14:paraId="4CE0E603" w14:textId="77777777" w:rsidR="000846BF" w:rsidRPr="004C2DEC" w:rsidRDefault="000846BF" w:rsidP="000846BF">
            <w:pPr>
              <w:pStyle w:val="Stil4"/>
              <w:rPr>
                <w:rFonts w:ascii="Calibri" w:hAnsi="Calibri" w:cs="Calibri"/>
                <w:b w:val="0"/>
                <w:sz w:val="22"/>
              </w:rPr>
            </w:pPr>
            <w:r w:rsidRPr="004C2DEC">
              <w:rPr>
                <w:b w:val="0"/>
              </w:rPr>
              <w:t>Yetki Devri</w:t>
            </w:r>
          </w:p>
        </w:tc>
        <w:tc>
          <w:tcPr>
            <w:tcW w:w="5566" w:type="dxa"/>
            <w:vAlign w:val="center"/>
          </w:tcPr>
          <w:p w14:paraId="6AE4D3CF" w14:textId="08E7DF7A" w:rsidR="000846BF" w:rsidRPr="008D6AA7" w:rsidRDefault="000846BF" w:rsidP="000846BF">
            <w:pPr>
              <w:pStyle w:val="Stil4"/>
              <w:rPr>
                <w:lang w:eastAsia="tr-TR"/>
              </w:rPr>
            </w:pPr>
            <w:r w:rsidRPr="00CD252F">
              <w:rPr>
                <w:b w:val="0"/>
                <w:lang w:eastAsia="tr-TR"/>
              </w:rPr>
              <w:t>Yetki devri, yazılı mevzuat ve üniversite iç düzenlemeleri çerçevesinde yapılmakta; yetki devri gerçekleştirilen alanlarda sorumluluk ve hesap verebilirlik ilkesi korunmaktadır. Yetki devrinin sınırları ve kapsamı açık şekilde belirlenmektedir.</w:t>
            </w:r>
          </w:p>
        </w:tc>
      </w:tr>
      <w:tr w:rsidR="000846BF" w:rsidRPr="008D6AA7" w14:paraId="188A8EDC" w14:textId="77777777" w:rsidTr="0044529C">
        <w:trPr>
          <w:tblCellSpacing w:w="15" w:type="dxa"/>
        </w:trPr>
        <w:tc>
          <w:tcPr>
            <w:tcW w:w="9291" w:type="dxa"/>
            <w:gridSpan w:val="2"/>
            <w:vAlign w:val="bottom"/>
          </w:tcPr>
          <w:p w14:paraId="4A96DC34" w14:textId="77777777" w:rsidR="000846BF" w:rsidRPr="008D6AA7" w:rsidRDefault="000846BF" w:rsidP="000846BF">
            <w:pPr>
              <w:pStyle w:val="Stil4"/>
              <w:rPr>
                <w:lang w:eastAsia="tr-TR"/>
              </w:rPr>
            </w:pPr>
            <w:r>
              <w:rPr>
                <w:lang w:eastAsia="tr-TR"/>
              </w:rPr>
              <w:t>B.RİSK DEĞERLENDİRME</w:t>
            </w:r>
          </w:p>
        </w:tc>
      </w:tr>
      <w:tr w:rsidR="00701EFF" w:rsidRPr="008D6AA7" w14:paraId="4DA1522F" w14:textId="77777777" w:rsidTr="00701EFF">
        <w:trPr>
          <w:tblCellSpacing w:w="15" w:type="dxa"/>
        </w:trPr>
        <w:tc>
          <w:tcPr>
            <w:tcW w:w="0" w:type="auto"/>
            <w:vAlign w:val="center"/>
          </w:tcPr>
          <w:p w14:paraId="16974AD7" w14:textId="77777777" w:rsidR="00701EFF" w:rsidRPr="004C2DEC" w:rsidRDefault="00701EFF" w:rsidP="00701EFF">
            <w:pPr>
              <w:pStyle w:val="Stil4"/>
              <w:rPr>
                <w:b w:val="0"/>
              </w:rPr>
            </w:pPr>
            <w:r w:rsidRPr="004C2DEC">
              <w:rPr>
                <w:b w:val="0"/>
              </w:rPr>
              <w:t>Planlama ve Programlama</w:t>
            </w:r>
          </w:p>
        </w:tc>
        <w:tc>
          <w:tcPr>
            <w:tcW w:w="5566" w:type="dxa"/>
            <w:vAlign w:val="center"/>
          </w:tcPr>
          <w:p w14:paraId="451EE76E" w14:textId="65A3B6AC" w:rsidR="00701EFF" w:rsidRPr="008D6AA7" w:rsidRDefault="00701EFF" w:rsidP="00701EFF">
            <w:pPr>
              <w:pStyle w:val="Stil4"/>
              <w:rPr>
                <w:lang w:eastAsia="tr-TR"/>
              </w:rPr>
            </w:pPr>
            <w:r w:rsidRPr="00CD252F">
              <w:rPr>
                <w:b w:val="0"/>
                <w:lang w:eastAsia="tr-TR"/>
              </w:rPr>
              <w:t>Birimde yürütülen faaliyetler, üniversitenin stratejik planı, yıllık faaliyet planları ve akademik takvim doğrultusunda planlanmakta; eğitim-öğretim, idari ve akademik süreçlerde planlı bir yaklaşım benimsenmektedir.</w:t>
            </w:r>
          </w:p>
        </w:tc>
      </w:tr>
      <w:tr w:rsidR="00701EFF" w:rsidRPr="008D6AA7" w14:paraId="571356A5" w14:textId="77777777" w:rsidTr="00701EFF">
        <w:trPr>
          <w:tblCellSpacing w:w="15" w:type="dxa"/>
        </w:trPr>
        <w:tc>
          <w:tcPr>
            <w:tcW w:w="0" w:type="auto"/>
            <w:vAlign w:val="center"/>
          </w:tcPr>
          <w:p w14:paraId="40DAAC24" w14:textId="77777777" w:rsidR="00701EFF" w:rsidRPr="004C2DEC" w:rsidRDefault="00701EFF" w:rsidP="00701EFF">
            <w:pPr>
              <w:pStyle w:val="Stil4"/>
              <w:rPr>
                <w:rFonts w:ascii="Calibri" w:hAnsi="Calibri" w:cs="Calibri"/>
                <w:b w:val="0"/>
                <w:sz w:val="22"/>
              </w:rPr>
            </w:pPr>
            <w:r w:rsidRPr="004C2DEC">
              <w:rPr>
                <w:b w:val="0"/>
              </w:rPr>
              <w:t>Risklerin Belirlenmesi ve Değerlendirilmesi</w:t>
            </w:r>
          </w:p>
        </w:tc>
        <w:tc>
          <w:tcPr>
            <w:tcW w:w="5566" w:type="dxa"/>
            <w:vAlign w:val="center"/>
          </w:tcPr>
          <w:p w14:paraId="200ABD78" w14:textId="54A3BF39" w:rsidR="00701EFF" w:rsidRPr="008D6AA7" w:rsidRDefault="00701EFF" w:rsidP="00701EFF">
            <w:pPr>
              <w:pStyle w:val="Stil4"/>
              <w:rPr>
                <w:lang w:eastAsia="tr-TR"/>
              </w:rPr>
            </w:pPr>
            <w:r w:rsidRPr="00CD252F">
              <w:rPr>
                <w:b w:val="0"/>
                <w:lang w:eastAsia="tr-TR"/>
              </w:rPr>
              <w:t>Birim faaliyetlerini etkileyebilecek riskler (personel yetersizliği, fiziki altyapı, öğrenci sayılarındaki değişimler vb.) belirlenmekte; bu riskler olasılık ve etki düzeylerine göre değerlendirilmektedir. Risklere yönelik önleyici ve düzeltici tedbirler üst yönetimle koordinasyon içerisinde ele alınmaktadır.</w:t>
            </w:r>
          </w:p>
        </w:tc>
      </w:tr>
      <w:tr w:rsidR="00701EFF" w:rsidRPr="008D6AA7" w14:paraId="5C3E2115" w14:textId="77777777" w:rsidTr="0044529C">
        <w:trPr>
          <w:tblCellSpacing w:w="15" w:type="dxa"/>
        </w:trPr>
        <w:tc>
          <w:tcPr>
            <w:tcW w:w="9291" w:type="dxa"/>
            <w:gridSpan w:val="2"/>
            <w:vAlign w:val="center"/>
          </w:tcPr>
          <w:p w14:paraId="1BEFDEAC" w14:textId="77777777" w:rsidR="00701EFF" w:rsidRPr="008D6AA7" w:rsidRDefault="00701EFF" w:rsidP="00701EFF">
            <w:pPr>
              <w:pStyle w:val="Stil4"/>
              <w:rPr>
                <w:lang w:eastAsia="tr-TR"/>
              </w:rPr>
            </w:pPr>
            <w:r>
              <w:rPr>
                <w:lang w:eastAsia="tr-TR"/>
              </w:rPr>
              <w:t>C.KONTROL FAALİYETLERİ</w:t>
            </w:r>
          </w:p>
        </w:tc>
      </w:tr>
      <w:tr w:rsidR="00504FF8" w:rsidRPr="008D6AA7" w14:paraId="3D96BE72" w14:textId="77777777" w:rsidTr="009F0619">
        <w:trPr>
          <w:tblCellSpacing w:w="15" w:type="dxa"/>
        </w:trPr>
        <w:tc>
          <w:tcPr>
            <w:tcW w:w="0" w:type="auto"/>
            <w:vAlign w:val="center"/>
          </w:tcPr>
          <w:p w14:paraId="56881019" w14:textId="77777777" w:rsidR="00504FF8" w:rsidRPr="004C2DEC" w:rsidRDefault="00504FF8" w:rsidP="00504FF8">
            <w:pPr>
              <w:pStyle w:val="Stil4"/>
              <w:rPr>
                <w:b w:val="0"/>
                <w:lang w:eastAsia="tr-TR"/>
              </w:rPr>
            </w:pPr>
            <w:r w:rsidRPr="004C2DEC">
              <w:rPr>
                <w:b w:val="0"/>
              </w:rPr>
              <w:t>Görevler Ayrılığı</w:t>
            </w:r>
          </w:p>
        </w:tc>
        <w:tc>
          <w:tcPr>
            <w:tcW w:w="5566" w:type="dxa"/>
            <w:vAlign w:val="center"/>
          </w:tcPr>
          <w:p w14:paraId="3CDE7762" w14:textId="6642837D" w:rsidR="00504FF8" w:rsidRPr="008D6AA7" w:rsidRDefault="00504FF8" w:rsidP="00504FF8">
            <w:pPr>
              <w:pStyle w:val="Stil4"/>
              <w:rPr>
                <w:lang w:eastAsia="tr-TR"/>
              </w:rPr>
            </w:pPr>
            <w:r w:rsidRPr="00CD252F">
              <w:rPr>
                <w:b w:val="0"/>
                <w:lang w:eastAsia="tr-TR"/>
              </w:rPr>
              <w:t>Birimde görevler ayrılığı ilkesi uygulanmakta; harcama talimatı, gerçekleştirme, kontrol ve muhasebe işlemleri mümkün olduğunca farklı kişiler tarafından yürütülmektedir.</w:t>
            </w:r>
          </w:p>
        </w:tc>
      </w:tr>
      <w:tr w:rsidR="00504FF8" w:rsidRPr="008D6AA7" w14:paraId="00E14997" w14:textId="77777777" w:rsidTr="009F0619">
        <w:trPr>
          <w:tblCellSpacing w:w="15" w:type="dxa"/>
        </w:trPr>
        <w:tc>
          <w:tcPr>
            <w:tcW w:w="0" w:type="auto"/>
            <w:vAlign w:val="center"/>
          </w:tcPr>
          <w:p w14:paraId="5B14FF11" w14:textId="77777777" w:rsidR="00504FF8" w:rsidRPr="004C2DEC" w:rsidRDefault="00504FF8" w:rsidP="00504FF8">
            <w:pPr>
              <w:pStyle w:val="Stil4"/>
              <w:rPr>
                <w:b w:val="0"/>
              </w:rPr>
            </w:pPr>
            <w:r w:rsidRPr="004C2DEC">
              <w:rPr>
                <w:b w:val="0"/>
              </w:rPr>
              <w:t>Hiyerarşik Kontroller</w:t>
            </w:r>
          </w:p>
        </w:tc>
        <w:tc>
          <w:tcPr>
            <w:tcW w:w="5566" w:type="dxa"/>
            <w:vAlign w:val="center"/>
          </w:tcPr>
          <w:p w14:paraId="4F8A1F58" w14:textId="20BB2FFF" w:rsidR="00504FF8" w:rsidRPr="008D6AA7" w:rsidRDefault="00504FF8" w:rsidP="00504FF8">
            <w:pPr>
              <w:pStyle w:val="Stil4"/>
              <w:rPr>
                <w:lang w:eastAsia="tr-TR"/>
              </w:rPr>
            </w:pPr>
            <w:r w:rsidRPr="00CD252F">
              <w:rPr>
                <w:b w:val="0"/>
                <w:lang w:eastAsia="tr-TR"/>
              </w:rPr>
              <w:t>İş ve işlemler, hiyerarşik yapı içerisinde amirler tarafından kontrol edilmekte; akademik ve idari süreçler ilgili kurul ve yöneticilerin denetimine tabi tutulmaktadır.</w:t>
            </w:r>
          </w:p>
        </w:tc>
      </w:tr>
      <w:tr w:rsidR="00504FF8" w:rsidRPr="008D6AA7" w14:paraId="53610663" w14:textId="77777777" w:rsidTr="009F0619">
        <w:trPr>
          <w:tblCellSpacing w:w="15" w:type="dxa"/>
        </w:trPr>
        <w:tc>
          <w:tcPr>
            <w:tcW w:w="0" w:type="auto"/>
            <w:vAlign w:val="center"/>
          </w:tcPr>
          <w:p w14:paraId="5DD0D86E" w14:textId="77777777" w:rsidR="00504FF8" w:rsidRPr="004C2DEC" w:rsidRDefault="00504FF8" w:rsidP="00504FF8">
            <w:pPr>
              <w:pStyle w:val="Stil4"/>
              <w:rPr>
                <w:b w:val="0"/>
              </w:rPr>
            </w:pPr>
            <w:r w:rsidRPr="004C2DEC">
              <w:rPr>
                <w:b w:val="0"/>
              </w:rPr>
              <w:t>Faaliyetlerin Sürekliliği</w:t>
            </w:r>
          </w:p>
        </w:tc>
        <w:tc>
          <w:tcPr>
            <w:tcW w:w="5566" w:type="dxa"/>
            <w:vAlign w:val="center"/>
          </w:tcPr>
          <w:p w14:paraId="300BE51B" w14:textId="482D1E75" w:rsidR="00504FF8" w:rsidRPr="008D6AA7" w:rsidRDefault="00504FF8" w:rsidP="00504FF8">
            <w:pPr>
              <w:pStyle w:val="Stil4"/>
              <w:rPr>
                <w:lang w:eastAsia="tr-TR"/>
              </w:rPr>
            </w:pPr>
            <w:r w:rsidRPr="00CD252F">
              <w:rPr>
                <w:b w:val="0"/>
                <w:lang w:eastAsia="tr-TR"/>
              </w:rPr>
              <w:t>Eğitim-öğretim ve idari faaliyetlerin kesintisiz yürütülmesi için akademik takvim, yedekleme uygulamaları ve görev dağılımları dikkate alınmakta; zorunlu durumlarda geçici görevlendirmeler yapılmaktadır.</w:t>
            </w:r>
          </w:p>
        </w:tc>
      </w:tr>
      <w:tr w:rsidR="00504FF8" w:rsidRPr="008D6AA7" w14:paraId="77E660D7" w14:textId="77777777" w:rsidTr="009F0619">
        <w:trPr>
          <w:tblCellSpacing w:w="15" w:type="dxa"/>
        </w:trPr>
        <w:tc>
          <w:tcPr>
            <w:tcW w:w="0" w:type="auto"/>
            <w:vAlign w:val="center"/>
          </w:tcPr>
          <w:p w14:paraId="4C3EEC0A" w14:textId="77777777" w:rsidR="00504FF8" w:rsidRPr="004C2DEC" w:rsidRDefault="00504FF8" w:rsidP="00504FF8">
            <w:pPr>
              <w:pStyle w:val="Stil4"/>
              <w:rPr>
                <w:b w:val="0"/>
              </w:rPr>
            </w:pPr>
            <w:r w:rsidRPr="004C2DEC">
              <w:rPr>
                <w:b w:val="0"/>
              </w:rPr>
              <w:t>Bilgi Sistemleri Kontrolleri</w:t>
            </w:r>
          </w:p>
        </w:tc>
        <w:tc>
          <w:tcPr>
            <w:tcW w:w="5566" w:type="dxa"/>
            <w:vAlign w:val="center"/>
          </w:tcPr>
          <w:p w14:paraId="24F220F0" w14:textId="05F639A9" w:rsidR="00504FF8" w:rsidRPr="008D6AA7" w:rsidRDefault="00504FF8" w:rsidP="00504FF8">
            <w:pPr>
              <w:pStyle w:val="Stil4"/>
              <w:rPr>
                <w:lang w:eastAsia="tr-TR"/>
              </w:rPr>
            </w:pPr>
            <w:r w:rsidRPr="00CD252F">
              <w:rPr>
                <w:b w:val="0"/>
                <w:lang w:eastAsia="tr-TR"/>
              </w:rPr>
              <w:t>EBYS, öğrenci otomasyon sistemi ve diğer bilişim altyapıları aktif olarak kullanılmakta; bilgi güvenliği ve yetkilendirme esaslarına uygun şekilde erişim kontrolleri sağlanmaktadır.</w:t>
            </w:r>
          </w:p>
        </w:tc>
      </w:tr>
      <w:tr w:rsidR="00504FF8" w:rsidRPr="008D6AA7" w14:paraId="07051E24" w14:textId="77777777" w:rsidTr="0044529C">
        <w:trPr>
          <w:tblCellSpacing w:w="15" w:type="dxa"/>
        </w:trPr>
        <w:tc>
          <w:tcPr>
            <w:tcW w:w="9291" w:type="dxa"/>
            <w:gridSpan w:val="2"/>
            <w:vAlign w:val="center"/>
          </w:tcPr>
          <w:p w14:paraId="5C1E0726" w14:textId="77777777" w:rsidR="00504FF8" w:rsidRPr="008D6AA7" w:rsidRDefault="00504FF8" w:rsidP="00504FF8">
            <w:pPr>
              <w:pStyle w:val="Stil4"/>
              <w:rPr>
                <w:lang w:eastAsia="tr-TR"/>
              </w:rPr>
            </w:pPr>
            <w:r>
              <w:t>D.BİLGİ VE İLETİŞİM</w:t>
            </w:r>
          </w:p>
        </w:tc>
      </w:tr>
      <w:tr w:rsidR="00504FF8" w:rsidRPr="008D6AA7" w14:paraId="22C5E91A" w14:textId="77777777" w:rsidTr="009F0619">
        <w:trPr>
          <w:tblCellSpacing w:w="15" w:type="dxa"/>
        </w:trPr>
        <w:tc>
          <w:tcPr>
            <w:tcW w:w="0" w:type="auto"/>
            <w:vAlign w:val="center"/>
          </w:tcPr>
          <w:p w14:paraId="6A61FCAE" w14:textId="77777777" w:rsidR="00504FF8" w:rsidRPr="004C2DEC" w:rsidRDefault="00504FF8" w:rsidP="00504FF8">
            <w:pPr>
              <w:pStyle w:val="Stil4"/>
              <w:rPr>
                <w:b w:val="0"/>
              </w:rPr>
            </w:pPr>
            <w:r w:rsidRPr="004C2DEC">
              <w:rPr>
                <w:b w:val="0"/>
              </w:rPr>
              <w:t>Bilgi ve İletişim</w:t>
            </w:r>
          </w:p>
        </w:tc>
        <w:tc>
          <w:tcPr>
            <w:tcW w:w="5566" w:type="dxa"/>
            <w:vAlign w:val="center"/>
          </w:tcPr>
          <w:p w14:paraId="4C27827E" w14:textId="3887F9C2" w:rsidR="00504FF8" w:rsidRPr="008D6AA7" w:rsidRDefault="00504FF8" w:rsidP="00504FF8">
            <w:pPr>
              <w:pStyle w:val="Stil4"/>
              <w:rPr>
                <w:lang w:eastAsia="tr-TR"/>
              </w:rPr>
            </w:pPr>
            <w:r w:rsidRPr="00CD252F">
              <w:rPr>
                <w:b w:val="0"/>
                <w:lang w:eastAsia="tr-TR"/>
              </w:rPr>
              <w:t>Birimde bilgi ve iletişim, resmî yazışmalar, EBYS, e-posta ve toplantılar aracılığıyla sağlanmakta; akademik ve idari personel arasında düzenli iletişim kurulmaktadır.</w:t>
            </w:r>
          </w:p>
        </w:tc>
      </w:tr>
      <w:tr w:rsidR="00504FF8" w:rsidRPr="008D6AA7" w14:paraId="518C5DCE" w14:textId="77777777" w:rsidTr="009F0619">
        <w:trPr>
          <w:tblCellSpacing w:w="15" w:type="dxa"/>
        </w:trPr>
        <w:tc>
          <w:tcPr>
            <w:tcW w:w="0" w:type="auto"/>
            <w:vAlign w:val="center"/>
          </w:tcPr>
          <w:p w14:paraId="1D8C4F4F" w14:textId="77777777" w:rsidR="00504FF8" w:rsidRPr="004C2DEC" w:rsidRDefault="00504FF8" w:rsidP="00504FF8">
            <w:pPr>
              <w:pStyle w:val="Stil4"/>
              <w:rPr>
                <w:b w:val="0"/>
              </w:rPr>
            </w:pPr>
            <w:r w:rsidRPr="004C2DEC">
              <w:rPr>
                <w:b w:val="0"/>
              </w:rPr>
              <w:lastRenderedPageBreak/>
              <w:t>Raporlama</w:t>
            </w:r>
          </w:p>
        </w:tc>
        <w:tc>
          <w:tcPr>
            <w:tcW w:w="5566" w:type="dxa"/>
            <w:vAlign w:val="center"/>
          </w:tcPr>
          <w:p w14:paraId="2ACB3A67" w14:textId="538566EF" w:rsidR="00504FF8" w:rsidRPr="008D6AA7" w:rsidRDefault="00504FF8" w:rsidP="00504FF8">
            <w:pPr>
              <w:pStyle w:val="Stil4"/>
              <w:rPr>
                <w:lang w:eastAsia="tr-TR"/>
              </w:rPr>
            </w:pPr>
            <w:r w:rsidRPr="00CD252F">
              <w:rPr>
                <w:b w:val="0"/>
                <w:lang w:eastAsia="tr-TR"/>
              </w:rPr>
              <w:t>Birime ilişkin faaliyetler; faaliyet raporları, akademik kurul tutanakları ve üst yönetime sunulan raporlar aracılığıyla düzenli olarak raporlanmaktadır.</w:t>
            </w:r>
          </w:p>
        </w:tc>
      </w:tr>
      <w:tr w:rsidR="00504FF8" w:rsidRPr="008D6AA7" w14:paraId="54BF3AC8" w14:textId="77777777" w:rsidTr="009F0619">
        <w:trPr>
          <w:tblCellSpacing w:w="15" w:type="dxa"/>
        </w:trPr>
        <w:tc>
          <w:tcPr>
            <w:tcW w:w="0" w:type="auto"/>
            <w:vAlign w:val="center"/>
          </w:tcPr>
          <w:p w14:paraId="10F78041" w14:textId="77777777" w:rsidR="00504FF8" w:rsidRPr="004C2DEC" w:rsidRDefault="00504FF8" w:rsidP="00504FF8">
            <w:pPr>
              <w:pStyle w:val="Stil4"/>
              <w:rPr>
                <w:b w:val="0"/>
              </w:rPr>
            </w:pPr>
            <w:r w:rsidRPr="004C2DEC">
              <w:rPr>
                <w:b w:val="0"/>
              </w:rPr>
              <w:t>Kayıt ve Dosyalama Sistemi</w:t>
            </w:r>
          </w:p>
        </w:tc>
        <w:tc>
          <w:tcPr>
            <w:tcW w:w="5566" w:type="dxa"/>
            <w:vAlign w:val="center"/>
          </w:tcPr>
          <w:p w14:paraId="01FFFDFB" w14:textId="3FCAC866" w:rsidR="00504FF8" w:rsidRPr="008D6AA7" w:rsidRDefault="00504FF8" w:rsidP="00504FF8">
            <w:pPr>
              <w:pStyle w:val="Stil4"/>
              <w:rPr>
                <w:lang w:eastAsia="tr-TR"/>
              </w:rPr>
            </w:pPr>
            <w:r w:rsidRPr="00CD252F">
              <w:rPr>
                <w:b w:val="0"/>
                <w:lang w:eastAsia="tr-TR"/>
              </w:rPr>
              <w:t>Resmî yazışmalar ve belgeler, standart dosya planına uygun şekilde EBYS üzerinden kayıt altına alınmakta ve arşivlenmektedir.</w:t>
            </w:r>
          </w:p>
        </w:tc>
      </w:tr>
      <w:tr w:rsidR="00504FF8" w:rsidRPr="008D6AA7" w14:paraId="55C1E2ED" w14:textId="77777777" w:rsidTr="00382418">
        <w:trPr>
          <w:tblCellSpacing w:w="15" w:type="dxa"/>
        </w:trPr>
        <w:tc>
          <w:tcPr>
            <w:tcW w:w="9291" w:type="dxa"/>
            <w:gridSpan w:val="2"/>
            <w:vAlign w:val="center"/>
          </w:tcPr>
          <w:p w14:paraId="473EF821" w14:textId="77777777" w:rsidR="00504FF8" w:rsidRPr="008D6AA7" w:rsidRDefault="00504FF8" w:rsidP="00504FF8">
            <w:pPr>
              <w:pStyle w:val="Stil4"/>
              <w:rPr>
                <w:lang w:eastAsia="tr-TR"/>
              </w:rPr>
            </w:pPr>
            <w:r>
              <w:rPr>
                <w:lang w:eastAsia="tr-TR"/>
              </w:rPr>
              <w:t xml:space="preserve">E.İZLEME </w:t>
            </w:r>
          </w:p>
        </w:tc>
      </w:tr>
      <w:tr w:rsidR="00504FF8" w:rsidRPr="008D6AA7" w14:paraId="0D1C8C50" w14:textId="77777777" w:rsidTr="009F0619">
        <w:trPr>
          <w:tblCellSpacing w:w="15" w:type="dxa"/>
        </w:trPr>
        <w:tc>
          <w:tcPr>
            <w:tcW w:w="0" w:type="auto"/>
            <w:vAlign w:val="center"/>
          </w:tcPr>
          <w:p w14:paraId="0A2B8F3E" w14:textId="77777777" w:rsidR="00504FF8" w:rsidRPr="00382418" w:rsidRDefault="00504FF8" w:rsidP="00504FF8">
            <w:pPr>
              <w:pStyle w:val="Stil4"/>
              <w:rPr>
                <w:b w:val="0"/>
              </w:rPr>
            </w:pPr>
            <w:r w:rsidRPr="00382418">
              <w:rPr>
                <w:b w:val="0"/>
              </w:rPr>
              <w:t>İç Kontrolün Değerlendirilmesi</w:t>
            </w:r>
          </w:p>
        </w:tc>
        <w:tc>
          <w:tcPr>
            <w:tcW w:w="5566" w:type="dxa"/>
            <w:vAlign w:val="center"/>
          </w:tcPr>
          <w:p w14:paraId="4422FBA4" w14:textId="6E7F56F3" w:rsidR="00504FF8" w:rsidRPr="00382418" w:rsidRDefault="00504FF8" w:rsidP="00504FF8">
            <w:pPr>
              <w:pStyle w:val="Stil4"/>
              <w:rPr>
                <w:b w:val="0"/>
                <w:lang w:eastAsia="tr-TR"/>
              </w:rPr>
            </w:pPr>
            <w:r w:rsidRPr="00CD252F">
              <w:rPr>
                <w:b w:val="0"/>
                <w:lang w:eastAsia="tr-TR"/>
              </w:rPr>
              <w:t>İç kontrol sisteminin işleyişi, birim yöneticileri ve ilgili kurullar tarafından periyodik olarak gözden geçirilmekte; tespit edilen eksiklikler için iyileştirme önerileri geliştirilmektedir.</w:t>
            </w:r>
          </w:p>
        </w:tc>
      </w:tr>
    </w:tbl>
    <w:p w14:paraId="1B3F825A" w14:textId="77777777" w:rsidR="00C80D15" w:rsidRDefault="00C80D15" w:rsidP="00E24BA4">
      <w:pPr>
        <w:pStyle w:val="Stil2"/>
      </w:pPr>
    </w:p>
    <w:p w14:paraId="6E786D64" w14:textId="77777777" w:rsidR="00E24BA4" w:rsidRDefault="00E24BA4" w:rsidP="00E24BA4">
      <w:pPr>
        <w:pStyle w:val="Stil2"/>
      </w:pPr>
      <w:bookmarkStart w:id="42" w:name="_Toc217311511"/>
      <w:r>
        <w:t xml:space="preserve">6.2.Risk </w:t>
      </w:r>
      <w:r w:rsidR="005375CF">
        <w:t>Faaliyetleri</w:t>
      </w:r>
      <w:bookmarkEnd w:id="42"/>
    </w:p>
    <w:p w14:paraId="116A2ECC" w14:textId="1B54A699" w:rsidR="00196709" w:rsidRDefault="00337469" w:rsidP="00E24BA4">
      <w:pPr>
        <w:pStyle w:val="2BALIK"/>
        <w:rPr>
          <w:rFonts w:eastAsia="Times New Roman"/>
          <w:szCs w:val="24"/>
        </w:rPr>
      </w:pPr>
      <w:r>
        <w:rPr>
          <w:rFonts w:eastAsia="Times New Roman"/>
          <w:szCs w:val="24"/>
        </w:rPr>
        <w:t>Kale Turizm ve Otel İşletmeciliği Meslek Yüksekokulu bünyesinde</w:t>
      </w:r>
      <w:r w:rsidR="00E24BA4" w:rsidRPr="00D71501">
        <w:rPr>
          <w:rFonts w:eastAsia="Times New Roman"/>
          <w:szCs w:val="24"/>
        </w:rPr>
        <w:t xml:space="preserve"> </w:t>
      </w:r>
    </w:p>
    <w:p w14:paraId="3192070D" w14:textId="77777777" w:rsidR="00E24BA4" w:rsidRPr="00337469" w:rsidRDefault="00E24BA4" w:rsidP="00E24BA4">
      <w:pPr>
        <w:pStyle w:val="2BALIK"/>
        <w:rPr>
          <w:rFonts w:eastAsia="Times New Roman"/>
          <w:szCs w:val="24"/>
        </w:rPr>
      </w:pPr>
      <w:r w:rsidRPr="00337469">
        <w:rPr>
          <w:rFonts w:eastAsia="Times New Roman"/>
          <w:b/>
          <w:bCs/>
          <w:szCs w:val="24"/>
        </w:rPr>
        <w:t>risk yönetimi</w:t>
      </w:r>
      <w:r w:rsidRPr="00337469">
        <w:rPr>
          <w:rFonts w:eastAsia="Times New Roman"/>
          <w:szCs w:val="24"/>
        </w:rPr>
        <w:t xml:space="preserve">, </w:t>
      </w:r>
      <w:r w:rsidRPr="00337469">
        <w:rPr>
          <w:rFonts w:eastAsia="Times New Roman"/>
          <w:b/>
          <w:bCs/>
          <w:szCs w:val="24"/>
        </w:rPr>
        <w:t>Olasılık</w:t>
      </w:r>
      <w:r w:rsidRPr="00337469">
        <w:rPr>
          <w:rFonts w:eastAsia="Times New Roman"/>
          <w:szCs w:val="24"/>
        </w:rPr>
        <w:t xml:space="preserve"> (düşük/orta/çok yüksek),</w:t>
      </w:r>
    </w:p>
    <w:p w14:paraId="4A254760" w14:textId="77777777" w:rsidR="00E24BA4" w:rsidRPr="00337469" w:rsidRDefault="00E24BA4" w:rsidP="00E24BA4">
      <w:pPr>
        <w:pStyle w:val="2BALIK"/>
        <w:rPr>
          <w:rFonts w:eastAsia="Times New Roman"/>
          <w:szCs w:val="24"/>
        </w:rPr>
      </w:pPr>
      <w:r w:rsidRPr="00337469">
        <w:rPr>
          <w:rFonts w:eastAsia="Times New Roman"/>
          <w:b/>
          <w:bCs/>
          <w:szCs w:val="24"/>
        </w:rPr>
        <w:t>Etki</w:t>
      </w:r>
      <w:r w:rsidRPr="00337469">
        <w:rPr>
          <w:rFonts w:eastAsia="Times New Roman"/>
          <w:szCs w:val="24"/>
        </w:rPr>
        <w:t xml:space="preserve"> (çok düşük/düşük/orta/yüksek/çok yüksek),</w:t>
      </w:r>
    </w:p>
    <w:p w14:paraId="13301CEC" w14:textId="4E5EEDC8" w:rsidR="00E24BA4" w:rsidRPr="00337469" w:rsidRDefault="00E24BA4" w:rsidP="00E24BA4">
      <w:pPr>
        <w:pStyle w:val="2BALIK"/>
        <w:rPr>
          <w:rFonts w:eastAsia="Times New Roman"/>
          <w:szCs w:val="24"/>
        </w:rPr>
      </w:pPr>
      <w:r w:rsidRPr="00337469">
        <w:rPr>
          <w:rFonts w:eastAsia="Times New Roman"/>
          <w:b/>
          <w:bCs/>
          <w:szCs w:val="24"/>
        </w:rPr>
        <w:t xml:space="preserve">Etki*Olasılık=Risk düzeyine </w:t>
      </w:r>
      <w:r w:rsidRPr="00337469">
        <w:rPr>
          <w:rFonts w:eastAsia="Times New Roman"/>
          <w:szCs w:val="24"/>
        </w:rPr>
        <w:t>(çok düşük/düşük/orta/yüksek/çok yüksek)</w:t>
      </w:r>
      <w:r w:rsidR="004951B3" w:rsidRPr="00337469">
        <w:rPr>
          <w:rFonts w:eastAsia="Times New Roman"/>
          <w:szCs w:val="24"/>
        </w:rPr>
        <w:t xml:space="preserve"> göre </w:t>
      </w:r>
      <w:r w:rsidRPr="00337469">
        <w:rPr>
          <w:rFonts w:eastAsia="Times New Roman"/>
          <w:szCs w:val="24"/>
        </w:rPr>
        <w:t>değerlendirilmektedir.</w:t>
      </w:r>
    </w:p>
    <w:p w14:paraId="37D2448E" w14:textId="77777777" w:rsidR="00E24BA4" w:rsidRPr="00D71501" w:rsidRDefault="00E24BA4" w:rsidP="00E24BA4">
      <w:pPr>
        <w:pStyle w:val="2BALIK"/>
        <w:rPr>
          <w:rFonts w:eastAsia="Times New Roman"/>
          <w:szCs w:val="24"/>
        </w:rPr>
      </w:pPr>
      <w:r w:rsidRPr="00D71501">
        <w:rPr>
          <w:rFonts w:eastAsia="Times New Roman"/>
          <w:szCs w:val="24"/>
        </w:rPr>
        <w:t xml:space="preserve">Her bir risk için mevcut kontrol mekanizmaları (mevcut prosedürler, çift kontrol, yetki sınırlamaları, bilgi sistemleri kontrolleri vb.) ve ilave olarak alınması gereken </w:t>
      </w:r>
      <w:r w:rsidRPr="00D71501">
        <w:rPr>
          <w:rFonts w:eastAsia="Times New Roman"/>
          <w:b/>
          <w:bCs/>
          <w:szCs w:val="24"/>
        </w:rPr>
        <w:t>önleyici ve düzeltici tedbirler</w:t>
      </w:r>
      <w:r w:rsidRPr="00D71501">
        <w:rPr>
          <w:rFonts w:eastAsia="Times New Roman"/>
          <w:szCs w:val="24"/>
        </w:rPr>
        <w:t xml:space="preserve"> belirlenmekte; bu tedbirler için </w:t>
      </w:r>
      <w:r w:rsidRPr="00D71501">
        <w:rPr>
          <w:rFonts w:eastAsia="Times New Roman"/>
          <w:b/>
          <w:bCs/>
          <w:szCs w:val="24"/>
        </w:rPr>
        <w:t>sorumlu birim/kişi</w:t>
      </w:r>
      <w:r w:rsidRPr="00D71501">
        <w:rPr>
          <w:rFonts w:eastAsia="Times New Roman"/>
          <w:szCs w:val="24"/>
        </w:rPr>
        <w:t xml:space="preserve"> ve </w:t>
      </w:r>
      <w:r w:rsidRPr="00D71501">
        <w:rPr>
          <w:rFonts w:eastAsia="Times New Roman"/>
          <w:b/>
          <w:bCs/>
          <w:szCs w:val="24"/>
        </w:rPr>
        <w:t>zamanlama</w:t>
      </w:r>
      <w:r w:rsidRPr="00D71501">
        <w:rPr>
          <w:rFonts w:eastAsia="Times New Roman"/>
          <w:szCs w:val="24"/>
        </w:rPr>
        <w:t xml:space="preserve"> tanımlanmaktadır. Risk izleme süreci, birimin üst yöneticisi/harcama yetkilisi başta olmak üzere ilgili komisyon veya kurullarca takip edilmekte; yılda en az bir kez risklerin güncellenmesi ve eylem planlarının gözden geçirilmesi hedeflenmektedir.</w:t>
      </w:r>
    </w:p>
    <w:p w14:paraId="189CC59E" w14:textId="77777777" w:rsidR="00E24BA4" w:rsidRPr="00B77460" w:rsidRDefault="00196709" w:rsidP="00E24BA4">
      <w:pPr>
        <w:pStyle w:val="2BALIK"/>
      </w:pPr>
      <w:r w:rsidRPr="00B77460">
        <w:t xml:space="preserve"> </w:t>
      </w:r>
      <w:r w:rsidR="00E24BA4" w:rsidRPr="00B77460">
        <w:t>“Birim düzeyinde ayrıntılı risk tanımları, iç kontrol ve risk yönetimi çerçevesinde gizlilik esasına göre birim içinde muhafaza edilmekte; bu raporda yalnızca risk alanları, risk sayıları ve genel risk düzeyine ilişkin özet bilgiler paylaşılmaktadır.”</w:t>
      </w:r>
    </w:p>
    <w:p w14:paraId="6BD35186" w14:textId="77777777" w:rsidR="00E24BA4" w:rsidRDefault="00E24BA4" w:rsidP="00E24BA4">
      <w:r>
        <w:t>Risk Yönetimi ve Risk Envanteri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4"/>
        <w:gridCol w:w="1198"/>
        <w:gridCol w:w="5954"/>
      </w:tblGrid>
      <w:tr w:rsidR="005375CF" w:rsidRPr="00B32D63" w14:paraId="14B56601" w14:textId="77777777" w:rsidTr="005375CF">
        <w:trPr>
          <w:tblHeader/>
          <w:tblCellSpacing w:w="15" w:type="dxa"/>
        </w:trPr>
        <w:tc>
          <w:tcPr>
            <w:tcW w:w="1729" w:type="dxa"/>
            <w:shd w:val="clear" w:color="auto" w:fill="B99C71"/>
            <w:vAlign w:val="center"/>
            <w:hideMark/>
          </w:tcPr>
          <w:p w14:paraId="24EB73F3" w14:textId="77777777" w:rsidR="005375CF" w:rsidRPr="0066605D" w:rsidRDefault="005375CF" w:rsidP="009D611D">
            <w:pPr>
              <w:pStyle w:val="Stil4"/>
              <w:rPr>
                <w:rFonts w:eastAsia="Times New Roman"/>
                <w:lang w:eastAsia="tr-TR"/>
              </w:rPr>
            </w:pPr>
            <w:r>
              <w:rPr>
                <w:rFonts w:eastAsia="Times New Roman"/>
                <w:lang w:eastAsia="tr-TR"/>
              </w:rPr>
              <w:t>Risk Sayısı</w:t>
            </w:r>
          </w:p>
        </w:tc>
        <w:tc>
          <w:tcPr>
            <w:tcW w:w="1168" w:type="dxa"/>
            <w:shd w:val="clear" w:color="auto" w:fill="B99C71"/>
            <w:vAlign w:val="center"/>
            <w:hideMark/>
          </w:tcPr>
          <w:p w14:paraId="77CBE4E6" w14:textId="77777777" w:rsidR="005375CF" w:rsidRPr="0066605D" w:rsidRDefault="005375CF" w:rsidP="005375CF">
            <w:pPr>
              <w:pStyle w:val="Stil4"/>
              <w:jc w:val="center"/>
              <w:rPr>
                <w:rFonts w:eastAsia="Times New Roman"/>
                <w:lang w:eastAsia="tr-TR"/>
              </w:rPr>
            </w:pPr>
            <w:r>
              <w:rPr>
                <w:rFonts w:eastAsia="Times New Roman"/>
                <w:lang w:eastAsia="tr-TR"/>
              </w:rPr>
              <w:t>Risk Düzeyi</w:t>
            </w:r>
          </w:p>
        </w:tc>
        <w:tc>
          <w:tcPr>
            <w:tcW w:w="5909" w:type="dxa"/>
            <w:shd w:val="clear" w:color="auto" w:fill="B99C71"/>
            <w:vAlign w:val="center"/>
            <w:hideMark/>
          </w:tcPr>
          <w:p w14:paraId="64195186" w14:textId="77777777" w:rsidR="005375CF" w:rsidRDefault="005375CF" w:rsidP="005375CF">
            <w:pPr>
              <w:pStyle w:val="Stil4"/>
              <w:jc w:val="center"/>
              <w:rPr>
                <w:rFonts w:eastAsia="Times New Roman"/>
                <w:lang w:eastAsia="tr-TR"/>
              </w:rPr>
            </w:pPr>
          </w:p>
          <w:p w14:paraId="3A597931" w14:textId="77777777" w:rsidR="005375CF" w:rsidRDefault="005375CF" w:rsidP="005375CF">
            <w:pPr>
              <w:pStyle w:val="Stil4"/>
              <w:jc w:val="center"/>
              <w:rPr>
                <w:rFonts w:eastAsia="Times New Roman"/>
                <w:lang w:eastAsia="tr-TR"/>
              </w:rPr>
            </w:pPr>
            <w:r>
              <w:rPr>
                <w:rFonts w:eastAsia="Times New Roman"/>
                <w:lang w:eastAsia="tr-TR"/>
              </w:rPr>
              <w:t>Riske Verilen Cevaplar</w:t>
            </w:r>
          </w:p>
          <w:p w14:paraId="158B1BC7" w14:textId="77777777" w:rsidR="005375CF" w:rsidRPr="005375CF" w:rsidRDefault="005375CF" w:rsidP="005375CF">
            <w:pPr>
              <w:jc w:val="center"/>
              <w:rPr>
                <w:lang w:val="tr-TR" w:eastAsia="tr-TR"/>
              </w:rPr>
            </w:pPr>
          </w:p>
        </w:tc>
      </w:tr>
      <w:tr w:rsidR="007A3FAC" w:rsidRPr="00B32D63" w14:paraId="651B4566" w14:textId="77777777" w:rsidTr="005375CF">
        <w:trPr>
          <w:tblCellSpacing w:w="15" w:type="dxa"/>
        </w:trPr>
        <w:tc>
          <w:tcPr>
            <w:tcW w:w="1729" w:type="dxa"/>
            <w:vAlign w:val="center"/>
          </w:tcPr>
          <w:p w14:paraId="0E16FD7F" w14:textId="6B1EA6DE" w:rsidR="007A3FAC" w:rsidRPr="007A3FAC" w:rsidRDefault="007A3FAC" w:rsidP="007A3FAC">
            <w:pPr>
              <w:pStyle w:val="Stil4"/>
              <w:rPr>
                <w:rFonts w:eastAsia="Times New Roman"/>
                <w:b w:val="0"/>
                <w:szCs w:val="20"/>
                <w:lang w:eastAsia="tr-TR"/>
              </w:rPr>
            </w:pPr>
            <w:r w:rsidRPr="007A3FAC">
              <w:rPr>
                <w:rFonts w:eastAsia="Times New Roman" w:cs="Times New Roman"/>
                <w:b w:val="0"/>
                <w:bCs/>
                <w:szCs w:val="20"/>
                <w:lang w:eastAsia="tr-TR"/>
              </w:rPr>
              <w:t>Risk: Teknolojik altyapının yetersiz kalması.</w:t>
            </w:r>
          </w:p>
        </w:tc>
        <w:tc>
          <w:tcPr>
            <w:tcW w:w="1168" w:type="dxa"/>
            <w:vAlign w:val="center"/>
          </w:tcPr>
          <w:p w14:paraId="2307AF67" w14:textId="11F47E53" w:rsidR="007A3FAC" w:rsidRPr="007A3FAC" w:rsidRDefault="007A3FAC" w:rsidP="007A3FAC">
            <w:pPr>
              <w:pStyle w:val="Stil4"/>
              <w:jc w:val="center"/>
              <w:rPr>
                <w:rFonts w:eastAsia="Times New Roman"/>
                <w:b w:val="0"/>
                <w:szCs w:val="20"/>
                <w:lang w:eastAsia="tr-TR"/>
              </w:rPr>
            </w:pPr>
            <w:r w:rsidRPr="007A3FAC">
              <w:rPr>
                <w:rFonts w:eastAsia="Times New Roman" w:cs="Times New Roman"/>
                <w:b w:val="0"/>
                <w:bCs/>
                <w:szCs w:val="20"/>
                <w:lang w:eastAsia="tr-TR"/>
              </w:rPr>
              <w:t>Düşük</w:t>
            </w:r>
          </w:p>
        </w:tc>
        <w:tc>
          <w:tcPr>
            <w:tcW w:w="5909" w:type="dxa"/>
            <w:vAlign w:val="center"/>
          </w:tcPr>
          <w:p w14:paraId="78E0DA15" w14:textId="6B9EEA60" w:rsidR="007A3FAC" w:rsidRPr="007A3FAC" w:rsidRDefault="007A3FAC" w:rsidP="007A3FAC">
            <w:pPr>
              <w:pStyle w:val="Stil4"/>
              <w:rPr>
                <w:rFonts w:eastAsia="Times New Roman"/>
                <w:b w:val="0"/>
                <w:szCs w:val="20"/>
                <w:lang w:eastAsia="tr-TR"/>
              </w:rPr>
            </w:pPr>
            <w:r w:rsidRPr="007A3FAC">
              <w:rPr>
                <w:rFonts w:cs="Times New Roman"/>
                <w:b w:val="0"/>
                <w:bCs/>
                <w:szCs w:val="20"/>
                <w:lang w:eastAsia="tr-TR"/>
              </w:rPr>
              <w:t>Kontrol Et (</w:t>
            </w:r>
            <w:r w:rsidRPr="007A3FAC">
              <w:rPr>
                <w:rFonts w:cs="Times New Roman"/>
                <w:b w:val="0"/>
                <w:bCs/>
                <w:color w:val="0E0E0E"/>
                <w:szCs w:val="20"/>
              </w:rPr>
              <w:t>Mevcut teknolojik altyapı izlenmekte; ihtiyaç duyulan donanım ve altyapı iyileştirmelerine ilişkin talepler üst yönetime iletilmekte ve mevcut kaynaklar etkin şekilde kullanılmaktadır.)</w:t>
            </w:r>
          </w:p>
        </w:tc>
      </w:tr>
      <w:tr w:rsidR="007A3FAC" w:rsidRPr="00B32D63" w14:paraId="2DDB1206" w14:textId="77777777" w:rsidTr="005375CF">
        <w:trPr>
          <w:tblCellSpacing w:w="15" w:type="dxa"/>
        </w:trPr>
        <w:tc>
          <w:tcPr>
            <w:tcW w:w="1729" w:type="dxa"/>
            <w:vAlign w:val="center"/>
          </w:tcPr>
          <w:p w14:paraId="624237F0" w14:textId="4A9255DE" w:rsidR="007A3FAC" w:rsidRPr="007A3FAC" w:rsidRDefault="007A3FAC" w:rsidP="007A3FAC">
            <w:pPr>
              <w:pStyle w:val="Stil4"/>
              <w:rPr>
                <w:rFonts w:eastAsia="Times New Roman"/>
                <w:b w:val="0"/>
                <w:szCs w:val="20"/>
                <w:lang w:eastAsia="tr-TR"/>
              </w:rPr>
            </w:pPr>
            <w:r w:rsidRPr="007A3FAC">
              <w:rPr>
                <w:rFonts w:eastAsia="Times New Roman" w:cs="Times New Roman"/>
                <w:b w:val="0"/>
                <w:bCs/>
                <w:szCs w:val="20"/>
                <w:lang w:eastAsia="tr-TR"/>
              </w:rPr>
              <w:t>Risk: Dış paydaşlara erişimin yeterli düzeyde sağlanamaması</w:t>
            </w:r>
          </w:p>
        </w:tc>
        <w:tc>
          <w:tcPr>
            <w:tcW w:w="1168" w:type="dxa"/>
            <w:vAlign w:val="center"/>
          </w:tcPr>
          <w:p w14:paraId="2168E2E2" w14:textId="6AF4FC30" w:rsidR="007A3FAC" w:rsidRPr="007A3FAC" w:rsidRDefault="007A3FAC" w:rsidP="007A3FAC">
            <w:pPr>
              <w:pStyle w:val="Stil4"/>
              <w:jc w:val="center"/>
              <w:rPr>
                <w:rFonts w:eastAsia="Times New Roman"/>
                <w:b w:val="0"/>
                <w:szCs w:val="20"/>
                <w:lang w:eastAsia="tr-TR"/>
              </w:rPr>
            </w:pPr>
            <w:r w:rsidRPr="007A3FAC">
              <w:rPr>
                <w:rFonts w:eastAsia="Times New Roman" w:cs="Times New Roman"/>
                <w:b w:val="0"/>
                <w:bCs/>
                <w:szCs w:val="20"/>
                <w:lang w:eastAsia="tr-TR"/>
              </w:rPr>
              <w:t>Orta</w:t>
            </w:r>
          </w:p>
        </w:tc>
        <w:tc>
          <w:tcPr>
            <w:tcW w:w="5909" w:type="dxa"/>
            <w:vAlign w:val="center"/>
          </w:tcPr>
          <w:p w14:paraId="4FD4B2C5" w14:textId="537BB5C6" w:rsidR="007A3FAC" w:rsidRPr="007A3FAC" w:rsidRDefault="007A3FAC" w:rsidP="007A3FAC">
            <w:pPr>
              <w:pStyle w:val="Stil4"/>
              <w:rPr>
                <w:rFonts w:eastAsia="Times New Roman"/>
                <w:b w:val="0"/>
                <w:szCs w:val="20"/>
                <w:lang w:eastAsia="tr-TR"/>
              </w:rPr>
            </w:pPr>
            <w:r w:rsidRPr="007A3FAC">
              <w:rPr>
                <w:rFonts w:eastAsia="Times New Roman" w:cs="Times New Roman"/>
                <w:b w:val="0"/>
                <w:bCs/>
                <w:szCs w:val="20"/>
                <w:lang w:eastAsia="tr-TR"/>
              </w:rPr>
              <w:t>Kontrol Et (Dış paydaşlarla iletişim ve iş birliği imkânları izlenmekte; çevrim içi görüşmeler, protokoller ve farklı bölgelerdeki işletmelerle iş birlikleri yoluyla riskin etkisi azaltılmaya çalışılmaktadır.)</w:t>
            </w:r>
          </w:p>
        </w:tc>
      </w:tr>
      <w:tr w:rsidR="007A3FAC" w:rsidRPr="00B32D63" w14:paraId="4C30940A" w14:textId="77777777" w:rsidTr="005375CF">
        <w:trPr>
          <w:tblCellSpacing w:w="15" w:type="dxa"/>
        </w:trPr>
        <w:tc>
          <w:tcPr>
            <w:tcW w:w="1729" w:type="dxa"/>
            <w:vAlign w:val="center"/>
          </w:tcPr>
          <w:p w14:paraId="484F3D95" w14:textId="4BF93BFB" w:rsidR="007A3FAC" w:rsidRPr="007A3FAC" w:rsidRDefault="007A3FAC" w:rsidP="007A3FAC">
            <w:pPr>
              <w:pStyle w:val="Stil4"/>
              <w:rPr>
                <w:rFonts w:eastAsia="Times New Roman"/>
                <w:b w:val="0"/>
                <w:szCs w:val="20"/>
                <w:lang w:eastAsia="tr-TR"/>
              </w:rPr>
            </w:pPr>
            <w:r w:rsidRPr="007A3FAC">
              <w:rPr>
                <w:rFonts w:eastAsia="Times New Roman" w:cs="Times New Roman"/>
                <w:b w:val="0"/>
                <w:bCs/>
                <w:szCs w:val="20"/>
                <w:lang w:eastAsia="tr-TR"/>
              </w:rPr>
              <w:t>Risk: Öğrencilerimizin ulaşım sıkıntısı yaşaması</w:t>
            </w:r>
          </w:p>
        </w:tc>
        <w:tc>
          <w:tcPr>
            <w:tcW w:w="1168" w:type="dxa"/>
            <w:vAlign w:val="center"/>
          </w:tcPr>
          <w:p w14:paraId="22FA48F5" w14:textId="337ED7DD" w:rsidR="007A3FAC" w:rsidRPr="007A3FAC" w:rsidRDefault="007A3FAC" w:rsidP="007A3FAC">
            <w:pPr>
              <w:pStyle w:val="Stil4"/>
              <w:jc w:val="center"/>
              <w:rPr>
                <w:rFonts w:eastAsia="Times New Roman"/>
                <w:b w:val="0"/>
                <w:szCs w:val="20"/>
                <w:lang w:eastAsia="tr-TR"/>
              </w:rPr>
            </w:pPr>
            <w:r w:rsidRPr="007A3FAC">
              <w:rPr>
                <w:rFonts w:eastAsia="Times New Roman" w:cs="Times New Roman"/>
                <w:b w:val="0"/>
                <w:bCs/>
                <w:szCs w:val="20"/>
                <w:lang w:eastAsia="tr-TR"/>
              </w:rPr>
              <w:t>Yüksek</w:t>
            </w:r>
          </w:p>
        </w:tc>
        <w:tc>
          <w:tcPr>
            <w:tcW w:w="5909" w:type="dxa"/>
            <w:vAlign w:val="center"/>
          </w:tcPr>
          <w:p w14:paraId="76CDB1F2" w14:textId="242BFE4C" w:rsidR="007A3FAC" w:rsidRPr="007A3FAC" w:rsidRDefault="007A3FAC" w:rsidP="007A3FAC">
            <w:pPr>
              <w:pStyle w:val="Stil4"/>
              <w:rPr>
                <w:rFonts w:eastAsia="Times New Roman"/>
                <w:b w:val="0"/>
                <w:szCs w:val="20"/>
                <w:lang w:eastAsia="tr-TR"/>
              </w:rPr>
            </w:pPr>
            <w:r w:rsidRPr="007A3FAC">
              <w:rPr>
                <w:rFonts w:eastAsia="Times New Roman" w:cs="Times New Roman"/>
                <w:b w:val="0"/>
                <w:bCs/>
                <w:szCs w:val="20"/>
                <w:lang w:eastAsia="tr-TR"/>
              </w:rPr>
              <w:t>Kontrol Et (Ulaşım imkânları birim kontrolü dışında olmakla birlikte, ders ve sınav programları ulaşım koşulları dikkate alınarak planlanmakta; öğrencilerden gelen geri bildirimler izlenmekte ve gerekli durumlarda üst yönetime bildirim yapılmaktadır.)</w:t>
            </w:r>
          </w:p>
        </w:tc>
      </w:tr>
      <w:tr w:rsidR="007A3FAC" w:rsidRPr="00B32D63" w14:paraId="09D6D3B9" w14:textId="77777777" w:rsidTr="005375CF">
        <w:trPr>
          <w:tblCellSpacing w:w="15" w:type="dxa"/>
        </w:trPr>
        <w:tc>
          <w:tcPr>
            <w:tcW w:w="1729" w:type="dxa"/>
            <w:vAlign w:val="center"/>
          </w:tcPr>
          <w:p w14:paraId="001EAE0D" w14:textId="46C76840" w:rsidR="007A3FAC" w:rsidRPr="007A3FAC" w:rsidRDefault="007A3FAC" w:rsidP="007A3FAC">
            <w:pPr>
              <w:pStyle w:val="Stil4"/>
              <w:rPr>
                <w:rFonts w:eastAsia="Times New Roman"/>
                <w:b w:val="0"/>
                <w:szCs w:val="20"/>
                <w:lang w:eastAsia="tr-TR"/>
              </w:rPr>
            </w:pPr>
            <w:r w:rsidRPr="007A3FAC">
              <w:rPr>
                <w:rFonts w:eastAsia="Times New Roman" w:cs="Times New Roman"/>
                <w:b w:val="0"/>
                <w:bCs/>
                <w:szCs w:val="20"/>
                <w:lang w:eastAsia="tr-TR"/>
              </w:rPr>
              <w:lastRenderedPageBreak/>
              <w:t>Risk: Hırsızlık, Yabani Hayvan saldırısı, ilçe sakinlerinin kampüs alanını yol güzergahı olarak kullanması</w:t>
            </w:r>
          </w:p>
        </w:tc>
        <w:tc>
          <w:tcPr>
            <w:tcW w:w="1168" w:type="dxa"/>
            <w:vAlign w:val="center"/>
          </w:tcPr>
          <w:p w14:paraId="3407D1A2" w14:textId="6AF73364" w:rsidR="007A3FAC" w:rsidRPr="007A3FAC" w:rsidRDefault="007A3FAC" w:rsidP="007A3FAC">
            <w:pPr>
              <w:pStyle w:val="Stil4"/>
              <w:jc w:val="center"/>
              <w:rPr>
                <w:rFonts w:eastAsia="Times New Roman"/>
                <w:b w:val="0"/>
                <w:szCs w:val="20"/>
                <w:lang w:eastAsia="tr-TR"/>
              </w:rPr>
            </w:pPr>
            <w:r w:rsidRPr="007A3FAC">
              <w:rPr>
                <w:rFonts w:eastAsia="Times New Roman" w:cs="Times New Roman"/>
                <w:b w:val="0"/>
                <w:bCs/>
                <w:szCs w:val="20"/>
                <w:lang w:eastAsia="tr-TR"/>
              </w:rPr>
              <w:t>Orta</w:t>
            </w:r>
          </w:p>
        </w:tc>
        <w:tc>
          <w:tcPr>
            <w:tcW w:w="5909" w:type="dxa"/>
            <w:vAlign w:val="center"/>
          </w:tcPr>
          <w:p w14:paraId="2B021470" w14:textId="287B82DC" w:rsidR="007A3FAC" w:rsidRPr="007A3FAC" w:rsidRDefault="007A3FAC" w:rsidP="007A3FAC">
            <w:pPr>
              <w:pStyle w:val="Stil4"/>
              <w:rPr>
                <w:rFonts w:eastAsia="Times New Roman"/>
                <w:b w:val="0"/>
                <w:szCs w:val="20"/>
                <w:lang w:eastAsia="tr-TR"/>
              </w:rPr>
            </w:pPr>
            <w:r w:rsidRPr="007A3FAC">
              <w:rPr>
                <w:rFonts w:eastAsia="Times New Roman" w:cs="Times New Roman"/>
                <w:b w:val="0"/>
                <w:bCs/>
                <w:szCs w:val="20"/>
                <w:lang w:eastAsia="tr-TR"/>
              </w:rPr>
              <w:t>Kontrol Et (Güvenlik durumunun izlenmesi ve gerekli fiziki düzenleme taleplerinin üst yönetime iletilmesi)</w:t>
            </w:r>
          </w:p>
        </w:tc>
      </w:tr>
      <w:tr w:rsidR="007A3FAC" w:rsidRPr="00B32D63" w14:paraId="7F2C703D" w14:textId="77777777" w:rsidTr="005375CF">
        <w:trPr>
          <w:tblCellSpacing w:w="15" w:type="dxa"/>
        </w:trPr>
        <w:tc>
          <w:tcPr>
            <w:tcW w:w="1729" w:type="dxa"/>
            <w:vAlign w:val="center"/>
          </w:tcPr>
          <w:p w14:paraId="3021D6EA" w14:textId="2557EB65" w:rsidR="007A3FAC" w:rsidRPr="007A3FAC" w:rsidRDefault="007A3FAC" w:rsidP="007A3FAC">
            <w:pPr>
              <w:pStyle w:val="Stil4"/>
              <w:rPr>
                <w:rFonts w:eastAsia="Times New Roman"/>
                <w:b w:val="0"/>
                <w:szCs w:val="20"/>
                <w:lang w:eastAsia="tr-TR"/>
              </w:rPr>
            </w:pPr>
            <w:r w:rsidRPr="007A3FAC">
              <w:rPr>
                <w:rFonts w:eastAsia="Times New Roman" w:cs="Times New Roman"/>
                <w:b w:val="0"/>
                <w:bCs/>
                <w:szCs w:val="20"/>
                <w:lang w:eastAsia="tr-TR"/>
              </w:rPr>
              <w:t> Risk: Uygulamalı derslerde kullanılan ekipmanların ve bina içi ortak alanların kullanımına bağlı olarak oluşabilecek güvenlik riskleri.</w:t>
            </w:r>
          </w:p>
        </w:tc>
        <w:tc>
          <w:tcPr>
            <w:tcW w:w="1168" w:type="dxa"/>
            <w:vAlign w:val="center"/>
          </w:tcPr>
          <w:p w14:paraId="1D3E95AB" w14:textId="38EE4162" w:rsidR="007A3FAC" w:rsidRPr="007A3FAC" w:rsidRDefault="007A3FAC" w:rsidP="007A3FAC">
            <w:pPr>
              <w:pStyle w:val="Stil4"/>
              <w:jc w:val="center"/>
              <w:rPr>
                <w:rFonts w:eastAsia="Times New Roman"/>
                <w:b w:val="0"/>
                <w:szCs w:val="20"/>
                <w:lang w:eastAsia="tr-TR"/>
              </w:rPr>
            </w:pPr>
            <w:r w:rsidRPr="007A3FAC">
              <w:rPr>
                <w:rFonts w:eastAsia="Times New Roman" w:cs="Times New Roman"/>
                <w:b w:val="0"/>
                <w:bCs/>
                <w:szCs w:val="20"/>
                <w:lang w:eastAsia="tr-TR"/>
              </w:rPr>
              <w:t>Orta</w:t>
            </w:r>
          </w:p>
        </w:tc>
        <w:tc>
          <w:tcPr>
            <w:tcW w:w="5909" w:type="dxa"/>
            <w:vAlign w:val="center"/>
          </w:tcPr>
          <w:p w14:paraId="05007F9D" w14:textId="274F0F37" w:rsidR="007A3FAC" w:rsidRPr="007A3FAC" w:rsidRDefault="007A3FAC" w:rsidP="007A3FAC">
            <w:pPr>
              <w:pStyle w:val="Stil4"/>
              <w:rPr>
                <w:rFonts w:eastAsia="Times New Roman"/>
                <w:b w:val="0"/>
                <w:szCs w:val="20"/>
                <w:lang w:eastAsia="tr-TR"/>
              </w:rPr>
            </w:pPr>
            <w:r w:rsidRPr="007A3FAC">
              <w:rPr>
                <w:rFonts w:eastAsia="Times New Roman" w:cs="Times New Roman"/>
                <w:b w:val="0"/>
                <w:bCs/>
                <w:szCs w:val="20"/>
                <w:lang w:eastAsia="tr-TR"/>
              </w:rPr>
              <w:t>Kontrol Et (İSG eğitimleri, ekipman denetimi, gözetimli uygulama)</w:t>
            </w:r>
          </w:p>
        </w:tc>
      </w:tr>
      <w:tr w:rsidR="007A3FAC" w:rsidRPr="00B32D63" w14:paraId="467183C4" w14:textId="77777777" w:rsidTr="005375CF">
        <w:trPr>
          <w:tblCellSpacing w:w="15" w:type="dxa"/>
        </w:trPr>
        <w:tc>
          <w:tcPr>
            <w:tcW w:w="1729" w:type="dxa"/>
            <w:vAlign w:val="center"/>
          </w:tcPr>
          <w:p w14:paraId="6ADA440E" w14:textId="1F0776D1" w:rsidR="007A3FAC" w:rsidRPr="007A3FAC" w:rsidRDefault="007A3FAC" w:rsidP="007A3FAC">
            <w:pPr>
              <w:pStyle w:val="Stil4"/>
              <w:rPr>
                <w:rFonts w:eastAsia="Times New Roman"/>
                <w:b w:val="0"/>
                <w:szCs w:val="20"/>
                <w:lang w:eastAsia="tr-TR"/>
              </w:rPr>
            </w:pPr>
            <w:r w:rsidRPr="007A3FAC">
              <w:rPr>
                <w:rFonts w:eastAsia="Times New Roman" w:cs="Times New Roman"/>
                <w:b w:val="0"/>
                <w:bCs/>
                <w:szCs w:val="20"/>
                <w:lang w:eastAsia="tr-TR"/>
              </w:rPr>
              <w:t>Risk: Akademik personel sayısındaki sınırlılıklar ve ders yükü dağılımı nedeniyle derslerin planlanan içerik ve öğrenim çıktıları doğrultusunda işlenmesinde aksama yaşanması</w:t>
            </w:r>
          </w:p>
        </w:tc>
        <w:tc>
          <w:tcPr>
            <w:tcW w:w="1168" w:type="dxa"/>
            <w:vAlign w:val="center"/>
          </w:tcPr>
          <w:p w14:paraId="5271ADD1" w14:textId="7C65EE7D" w:rsidR="007A3FAC" w:rsidRPr="007A3FAC" w:rsidRDefault="007A3FAC" w:rsidP="007A3FAC">
            <w:pPr>
              <w:pStyle w:val="Stil4"/>
              <w:jc w:val="center"/>
              <w:rPr>
                <w:rFonts w:eastAsia="Times New Roman"/>
                <w:b w:val="0"/>
                <w:szCs w:val="20"/>
                <w:lang w:eastAsia="tr-TR"/>
              </w:rPr>
            </w:pPr>
            <w:r w:rsidRPr="007A3FAC">
              <w:rPr>
                <w:rFonts w:eastAsia="Times New Roman" w:cs="Times New Roman"/>
                <w:b w:val="0"/>
                <w:bCs/>
                <w:szCs w:val="20"/>
                <w:lang w:eastAsia="tr-TR"/>
              </w:rPr>
              <w:t>Orta</w:t>
            </w:r>
          </w:p>
        </w:tc>
        <w:tc>
          <w:tcPr>
            <w:tcW w:w="5909" w:type="dxa"/>
            <w:vAlign w:val="center"/>
          </w:tcPr>
          <w:p w14:paraId="6E2617F2" w14:textId="6D7B24F2" w:rsidR="007A3FAC" w:rsidRPr="007A3FAC" w:rsidRDefault="007A3FAC" w:rsidP="007A3FAC">
            <w:pPr>
              <w:pStyle w:val="Stil4"/>
              <w:rPr>
                <w:rFonts w:eastAsia="Times New Roman"/>
                <w:b w:val="0"/>
                <w:szCs w:val="20"/>
                <w:lang w:eastAsia="tr-TR"/>
              </w:rPr>
            </w:pPr>
            <w:r w:rsidRPr="007A3FAC">
              <w:rPr>
                <w:rFonts w:eastAsia="Times New Roman" w:cs="Times New Roman"/>
                <w:b w:val="0"/>
                <w:bCs/>
                <w:szCs w:val="20"/>
                <w:lang w:eastAsia="tr-TR"/>
              </w:rPr>
              <w:t>Kontrol Et (Ders planlarının izlenmesi, ders görevlendirmelerinin dengeli yapılması ve öğrenci geri bildirimlerinin değerlendirilmesi)</w:t>
            </w:r>
          </w:p>
        </w:tc>
      </w:tr>
      <w:tr w:rsidR="007A3FAC" w:rsidRPr="00B32D63" w14:paraId="2FFF7F62" w14:textId="77777777" w:rsidTr="005375CF">
        <w:trPr>
          <w:tblCellSpacing w:w="15" w:type="dxa"/>
        </w:trPr>
        <w:tc>
          <w:tcPr>
            <w:tcW w:w="1729" w:type="dxa"/>
            <w:vAlign w:val="center"/>
          </w:tcPr>
          <w:p w14:paraId="1ADB8B83" w14:textId="28455BB7" w:rsidR="007A3FAC" w:rsidRPr="007A3FAC" w:rsidRDefault="007A3FAC" w:rsidP="007A3FAC">
            <w:pPr>
              <w:pStyle w:val="Stil4"/>
              <w:rPr>
                <w:rFonts w:eastAsia="Times New Roman"/>
                <w:b w:val="0"/>
                <w:szCs w:val="20"/>
                <w:lang w:eastAsia="tr-TR"/>
              </w:rPr>
            </w:pPr>
            <w:r w:rsidRPr="007A3FAC">
              <w:rPr>
                <w:rFonts w:cs="Times New Roman"/>
                <w:b w:val="0"/>
                <w:bCs/>
                <w:color w:val="000000" w:themeColor="text1"/>
                <w:szCs w:val="20"/>
              </w:rPr>
              <w:t>Risk: Birimimizde bulunan kütüphanenin yetersiz kalması</w:t>
            </w:r>
          </w:p>
        </w:tc>
        <w:tc>
          <w:tcPr>
            <w:tcW w:w="1168" w:type="dxa"/>
            <w:vAlign w:val="center"/>
          </w:tcPr>
          <w:p w14:paraId="7383E73F" w14:textId="07DC4271" w:rsidR="007A3FAC" w:rsidRPr="007A3FAC" w:rsidRDefault="007A3FAC" w:rsidP="007A3FAC">
            <w:pPr>
              <w:pStyle w:val="Stil4"/>
              <w:jc w:val="center"/>
              <w:rPr>
                <w:rFonts w:eastAsia="Times New Roman"/>
                <w:b w:val="0"/>
                <w:szCs w:val="20"/>
                <w:lang w:eastAsia="tr-TR"/>
              </w:rPr>
            </w:pPr>
            <w:r w:rsidRPr="007A3FAC">
              <w:rPr>
                <w:rFonts w:eastAsia="Times New Roman" w:cs="Times New Roman"/>
                <w:b w:val="0"/>
                <w:bCs/>
                <w:szCs w:val="20"/>
                <w:lang w:eastAsia="tr-TR"/>
              </w:rPr>
              <w:t>Orta</w:t>
            </w:r>
          </w:p>
        </w:tc>
        <w:tc>
          <w:tcPr>
            <w:tcW w:w="5909" w:type="dxa"/>
            <w:vAlign w:val="center"/>
          </w:tcPr>
          <w:p w14:paraId="264B40BE" w14:textId="27ED9D0E" w:rsidR="007A3FAC" w:rsidRPr="007A3FAC" w:rsidRDefault="007A3FAC" w:rsidP="007A3FAC">
            <w:pPr>
              <w:pStyle w:val="Stil4"/>
              <w:rPr>
                <w:rFonts w:eastAsia="Times New Roman"/>
                <w:b w:val="0"/>
                <w:szCs w:val="20"/>
                <w:lang w:eastAsia="tr-TR"/>
              </w:rPr>
            </w:pPr>
            <w:r w:rsidRPr="007A3FAC">
              <w:rPr>
                <w:rFonts w:eastAsia="Times New Roman" w:cs="Times New Roman"/>
                <w:b w:val="0"/>
                <w:bCs/>
                <w:szCs w:val="20"/>
                <w:lang w:eastAsia="tr-TR"/>
              </w:rPr>
              <w:t>Kabul Et / Kontrol Et (Merkez kütüphane ve elektronik veri tabanlarından yararlanılması, ihtiyaçların izlenmesi)</w:t>
            </w:r>
          </w:p>
        </w:tc>
      </w:tr>
      <w:tr w:rsidR="007A3FAC" w:rsidRPr="00B32D63" w14:paraId="2CEC7E0E" w14:textId="77777777" w:rsidTr="005375CF">
        <w:trPr>
          <w:tblCellSpacing w:w="15" w:type="dxa"/>
        </w:trPr>
        <w:tc>
          <w:tcPr>
            <w:tcW w:w="1729" w:type="dxa"/>
            <w:vAlign w:val="center"/>
          </w:tcPr>
          <w:p w14:paraId="0C95A655" w14:textId="61AED7CF" w:rsidR="007A3FAC" w:rsidRPr="007A3FAC" w:rsidRDefault="007A3FAC" w:rsidP="007A3FAC">
            <w:pPr>
              <w:pStyle w:val="Stil4"/>
              <w:rPr>
                <w:rFonts w:eastAsia="Times New Roman"/>
                <w:b w:val="0"/>
                <w:szCs w:val="20"/>
                <w:lang w:eastAsia="tr-TR"/>
              </w:rPr>
            </w:pPr>
            <w:r w:rsidRPr="007A3FAC">
              <w:rPr>
                <w:rFonts w:cs="Times New Roman"/>
                <w:b w:val="0"/>
                <w:bCs/>
                <w:color w:val="000000" w:themeColor="text1"/>
                <w:szCs w:val="20"/>
              </w:rPr>
              <w:t>Risk: Öğrencilerimizin staj yeri ve iş bulma olanaklarının kısıtlanması</w:t>
            </w:r>
          </w:p>
        </w:tc>
        <w:tc>
          <w:tcPr>
            <w:tcW w:w="1168" w:type="dxa"/>
            <w:vAlign w:val="center"/>
          </w:tcPr>
          <w:p w14:paraId="641AD3C8" w14:textId="0B9A031C" w:rsidR="007A3FAC" w:rsidRPr="007A3FAC" w:rsidRDefault="007A3FAC" w:rsidP="007A3FAC">
            <w:pPr>
              <w:pStyle w:val="Stil4"/>
              <w:jc w:val="center"/>
              <w:rPr>
                <w:rFonts w:eastAsia="Times New Roman"/>
                <w:b w:val="0"/>
                <w:szCs w:val="20"/>
                <w:lang w:eastAsia="tr-TR"/>
              </w:rPr>
            </w:pPr>
            <w:r w:rsidRPr="007A3FAC">
              <w:rPr>
                <w:rFonts w:eastAsia="Times New Roman" w:cs="Times New Roman"/>
                <w:b w:val="0"/>
                <w:bCs/>
                <w:szCs w:val="20"/>
                <w:lang w:eastAsia="tr-TR"/>
              </w:rPr>
              <w:t>Yüksek</w:t>
            </w:r>
          </w:p>
        </w:tc>
        <w:tc>
          <w:tcPr>
            <w:tcW w:w="5909" w:type="dxa"/>
            <w:vAlign w:val="center"/>
          </w:tcPr>
          <w:p w14:paraId="743B95BE" w14:textId="2E75F3A8" w:rsidR="007A3FAC" w:rsidRPr="007A3FAC" w:rsidRDefault="007A3FAC" w:rsidP="007A3FAC">
            <w:pPr>
              <w:pStyle w:val="Stil4"/>
              <w:rPr>
                <w:rFonts w:eastAsia="Times New Roman"/>
                <w:b w:val="0"/>
                <w:szCs w:val="20"/>
                <w:lang w:eastAsia="tr-TR"/>
              </w:rPr>
            </w:pPr>
            <w:r w:rsidRPr="007A3FAC">
              <w:rPr>
                <w:rFonts w:eastAsia="Times New Roman" w:cs="Times New Roman"/>
                <w:b w:val="0"/>
                <w:bCs/>
                <w:szCs w:val="20"/>
                <w:lang w:eastAsia="tr-TR"/>
              </w:rPr>
              <w:t>Kontrol Et / Kabul Et (Farklı şehirlerde staj imkânlarının teşvik edilmesi, staj süreçlerinin izlenmesi ve sektörle iletişimin güçlendirilmesi)</w:t>
            </w:r>
          </w:p>
        </w:tc>
      </w:tr>
      <w:tr w:rsidR="007A3FAC" w:rsidRPr="00B32D63" w14:paraId="01AA2AE2" w14:textId="77777777" w:rsidTr="005375CF">
        <w:trPr>
          <w:tblCellSpacing w:w="15" w:type="dxa"/>
        </w:trPr>
        <w:tc>
          <w:tcPr>
            <w:tcW w:w="1729" w:type="dxa"/>
            <w:vAlign w:val="center"/>
          </w:tcPr>
          <w:p w14:paraId="5B430FF7" w14:textId="7E114D7E" w:rsidR="007A3FAC" w:rsidRPr="007A3FAC" w:rsidRDefault="007A3FAC" w:rsidP="007A3FAC">
            <w:pPr>
              <w:pStyle w:val="Stil4"/>
              <w:rPr>
                <w:rFonts w:eastAsia="Times New Roman"/>
                <w:b w:val="0"/>
                <w:szCs w:val="20"/>
                <w:lang w:eastAsia="tr-TR"/>
              </w:rPr>
            </w:pPr>
            <w:r w:rsidRPr="007A3FAC">
              <w:rPr>
                <w:rFonts w:cs="Times New Roman"/>
                <w:b w:val="0"/>
                <w:bCs/>
                <w:color w:val="000000" w:themeColor="text1"/>
                <w:szCs w:val="20"/>
              </w:rPr>
              <w:t>Risk: İdari personelin görev yeri değişikliği ve/veya sayı yetersizliği nedeniyle orantısız iş dağılımı</w:t>
            </w:r>
          </w:p>
        </w:tc>
        <w:tc>
          <w:tcPr>
            <w:tcW w:w="1168" w:type="dxa"/>
            <w:vAlign w:val="center"/>
          </w:tcPr>
          <w:p w14:paraId="36C869AC" w14:textId="78D6D654" w:rsidR="007A3FAC" w:rsidRPr="007A3FAC" w:rsidRDefault="007A3FAC" w:rsidP="007A3FAC">
            <w:pPr>
              <w:pStyle w:val="Stil4"/>
              <w:jc w:val="center"/>
              <w:rPr>
                <w:rFonts w:eastAsia="Times New Roman"/>
                <w:b w:val="0"/>
                <w:szCs w:val="20"/>
                <w:lang w:eastAsia="tr-TR"/>
              </w:rPr>
            </w:pPr>
            <w:r w:rsidRPr="007A3FAC">
              <w:rPr>
                <w:rFonts w:eastAsia="Times New Roman" w:cs="Times New Roman"/>
                <w:b w:val="0"/>
                <w:bCs/>
                <w:szCs w:val="20"/>
                <w:lang w:eastAsia="tr-TR"/>
              </w:rPr>
              <w:t>Düşük</w:t>
            </w:r>
          </w:p>
        </w:tc>
        <w:tc>
          <w:tcPr>
            <w:tcW w:w="5909" w:type="dxa"/>
            <w:vAlign w:val="center"/>
          </w:tcPr>
          <w:p w14:paraId="418AB763" w14:textId="64E94295" w:rsidR="007A3FAC" w:rsidRPr="007A3FAC" w:rsidRDefault="007A3FAC" w:rsidP="007A3FAC">
            <w:pPr>
              <w:pStyle w:val="Stil4"/>
              <w:rPr>
                <w:rFonts w:eastAsia="Times New Roman"/>
                <w:b w:val="0"/>
                <w:szCs w:val="20"/>
                <w:lang w:eastAsia="tr-TR"/>
              </w:rPr>
            </w:pPr>
            <w:r w:rsidRPr="007A3FAC">
              <w:rPr>
                <w:rFonts w:eastAsia="Times New Roman" w:cs="Times New Roman"/>
                <w:b w:val="0"/>
                <w:bCs/>
                <w:szCs w:val="20"/>
                <w:lang w:eastAsia="tr-TR"/>
              </w:rPr>
              <w:t>Kontrol Et (Görev dağılımı ve iş planlaması yoluyla süreçlerin izlenmesi)</w:t>
            </w:r>
          </w:p>
        </w:tc>
      </w:tr>
    </w:tbl>
    <w:tbl>
      <w:tblPr>
        <w:tblStyle w:val="TabloKlavuzu"/>
        <w:tblW w:w="8926" w:type="dxa"/>
        <w:tblLook w:val="04A0" w:firstRow="1" w:lastRow="0" w:firstColumn="1" w:lastColumn="0" w:noHBand="0" w:noVBand="1"/>
      </w:tblPr>
      <w:tblGrid>
        <w:gridCol w:w="2029"/>
        <w:gridCol w:w="1555"/>
        <w:gridCol w:w="1456"/>
        <w:gridCol w:w="1990"/>
        <w:gridCol w:w="1896"/>
      </w:tblGrid>
      <w:tr w:rsidR="00E24BA4" w:rsidRPr="0066605D" w14:paraId="4835655A" w14:textId="77777777" w:rsidTr="005375CF">
        <w:trPr>
          <w:trHeight w:val="166"/>
        </w:trPr>
        <w:tc>
          <w:tcPr>
            <w:tcW w:w="2029" w:type="dxa"/>
            <w:shd w:val="clear" w:color="auto" w:fill="00B050"/>
          </w:tcPr>
          <w:p w14:paraId="122D0223" w14:textId="77777777" w:rsidR="00E24BA4" w:rsidRPr="0066605D" w:rsidRDefault="00E24BA4" w:rsidP="009D611D">
            <w:pPr>
              <w:pStyle w:val="NormalWeb"/>
              <w:rPr>
                <w:sz w:val="16"/>
                <w:szCs w:val="16"/>
              </w:rPr>
            </w:pPr>
            <w:r w:rsidRPr="0066605D">
              <w:rPr>
                <w:sz w:val="16"/>
                <w:szCs w:val="16"/>
              </w:rPr>
              <w:t>Çok Düşük: 1,2</w:t>
            </w:r>
          </w:p>
        </w:tc>
        <w:tc>
          <w:tcPr>
            <w:tcW w:w="1555" w:type="dxa"/>
            <w:shd w:val="clear" w:color="auto" w:fill="92D050"/>
          </w:tcPr>
          <w:p w14:paraId="63B7B541" w14:textId="77777777" w:rsidR="00E24BA4" w:rsidRPr="0066605D" w:rsidRDefault="00E24BA4" w:rsidP="009D611D">
            <w:pPr>
              <w:pStyle w:val="NormalWeb"/>
              <w:rPr>
                <w:sz w:val="16"/>
                <w:szCs w:val="16"/>
                <w:highlight w:val="yellow"/>
              </w:rPr>
            </w:pPr>
            <w:r w:rsidRPr="0066605D">
              <w:rPr>
                <w:sz w:val="16"/>
                <w:szCs w:val="16"/>
              </w:rPr>
              <w:t>Düşük 3,4,5</w:t>
            </w:r>
          </w:p>
        </w:tc>
        <w:tc>
          <w:tcPr>
            <w:tcW w:w="1456" w:type="dxa"/>
            <w:shd w:val="clear" w:color="auto" w:fill="FFFF00"/>
          </w:tcPr>
          <w:p w14:paraId="19B175D4" w14:textId="77777777" w:rsidR="00E24BA4" w:rsidRPr="0066605D" w:rsidRDefault="00E24BA4" w:rsidP="009D611D">
            <w:pPr>
              <w:pStyle w:val="NormalWeb"/>
              <w:rPr>
                <w:sz w:val="16"/>
                <w:szCs w:val="16"/>
                <w:highlight w:val="yellow"/>
              </w:rPr>
            </w:pPr>
            <w:r w:rsidRPr="0066605D">
              <w:rPr>
                <w:sz w:val="16"/>
                <w:szCs w:val="16"/>
                <w:highlight w:val="yellow"/>
              </w:rPr>
              <w:t>Orta ,8,9,10</w:t>
            </w:r>
          </w:p>
        </w:tc>
        <w:tc>
          <w:tcPr>
            <w:tcW w:w="1990" w:type="dxa"/>
            <w:shd w:val="clear" w:color="auto" w:fill="F79646" w:themeFill="accent6"/>
          </w:tcPr>
          <w:p w14:paraId="4801F91E" w14:textId="77777777" w:rsidR="00E24BA4" w:rsidRPr="0066605D" w:rsidRDefault="00E24BA4" w:rsidP="009D611D">
            <w:pPr>
              <w:pStyle w:val="NormalWeb"/>
              <w:rPr>
                <w:sz w:val="16"/>
                <w:szCs w:val="16"/>
              </w:rPr>
            </w:pPr>
            <w:r w:rsidRPr="0066605D">
              <w:rPr>
                <w:sz w:val="16"/>
                <w:szCs w:val="16"/>
              </w:rPr>
              <w:t>Yüksek 12,15,16</w:t>
            </w:r>
          </w:p>
        </w:tc>
        <w:tc>
          <w:tcPr>
            <w:tcW w:w="1896" w:type="dxa"/>
            <w:shd w:val="clear" w:color="auto" w:fill="FF0000"/>
          </w:tcPr>
          <w:p w14:paraId="0EBEC918" w14:textId="77777777" w:rsidR="00E24BA4" w:rsidRPr="0066605D" w:rsidRDefault="00E24BA4" w:rsidP="009D611D">
            <w:pPr>
              <w:pStyle w:val="NormalWeb"/>
              <w:rPr>
                <w:sz w:val="16"/>
                <w:szCs w:val="16"/>
              </w:rPr>
            </w:pPr>
            <w:r w:rsidRPr="0066605D">
              <w:rPr>
                <w:sz w:val="16"/>
                <w:szCs w:val="16"/>
                <w:highlight w:val="red"/>
              </w:rPr>
              <w:t>Çok Yüksek: 20,25</w:t>
            </w:r>
          </w:p>
        </w:tc>
      </w:tr>
    </w:tbl>
    <w:p w14:paraId="437DFA0C" w14:textId="77777777" w:rsidR="00C80D15" w:rsidRDefault="00C80D15" w:rsidP="00E24BA4">
      <w:r w:rsidRPr="00F25A00">
        <w:rPr>
          <w:lang w:val="tr-TR" w:eastAsia="tr-TR"/>
        </w:rPr>
        <w:t>Riske Verilen Cevaplar; Kabul Et, Kontrol Et, İş Sürekliliği Planı, Devretmek</w:t>
      </w:r>
      <w:r>
        <w:rPr>
          <w:lang w:val="tr-TR" w:eastAsia="tr-TR"/>
        </w:rPr>
        <w:t>, Kaçınmak</w:t>
      </w:r>
    </w:p>
    <w:p w14:paraId="52EE7BB8" w14:textId="77777777" w:rsidR="00E24BA4" w:rsidRDefault="00E24BA4" w:rsidP="00E24BA4">
      <w:pPr>
        <w:pStyle w:val="Stil2"/>
      </w:pPr>
      <w:bookmarkStart w:id="43" w:name="_Toc217311512"/>
      <w:r>
        <w:t>6.3.Kalite Yönetimi, İzleme ve Değerlendirme</w:t>
      </w:r>
      <w:bookmarkEnd w:id="43"/>
    </w:p>
    <w:p w14:paraId="6DC904C7" w14:textId="2A6DA3D2" w:rsidR="00E24BA4" w:rsidRDefault="00574AED" w:rsidP="00E24BA4">
      <w:pPr>
        <w:pStyle w:val="2BALIK"/>
        <w:rPr>
          <w:rFonts w:eastAsia="Times New Roman"/>
          <w:szCs w:val="24"/>
        </w:rPr>
      </w:pPr>
      <w:r>
        <w:rPr>
          <w:rFonts w:eastAsia="Times New Roman"/>
          <w:szCs w:val="24"/>
        </w:rPr>
        <w:t>Kale Turizm ve Otel İşletmeciliği Meslek Yüksekokulu</w:t>
      </w:r>
      <w:r w:rsidRPr="006A43CE">
        <w:rPr>
          <w:rFonts w:eastAsia="Times New Roman"/>
          <w:szCs w:val="24"/>
        </w:rPr>
        <w:t>,</w:t>
      </w:r>
      <w:r w:rsidR="00E24BA4" w:rsidRPr="006A43CE">
        <w:rPr>
          <w:rFonts w:eastAsia="Times New Roman"/>
          <w:szCs w:val="24"/>
        </w:rPr>
        <w:t xml:space="preserve"> üniversite genelinde yürütülen </w:t>
      </w:r>
      <w:r w:rsidR="00E24BA4" w:rsidRPr="006A43CE">
        <w:rPr>
          <w:rFonts w:eastAsia="Times New Roman"/>
          <w:b/>
          <w:bCs/>
          <w:szCs w:val="24"/>
        </w:rPr>
        <w:t>kurumsal akreditasyon</w:t>
      </w:r>
      <w:r w:rsidR="00E24BA4" w:rsidRPr="006A43CE">
        <w:rPr>
          <w:rFonts w:eastAsia="Times New Roman"/>
          <w:szCs w:val="24"/>
        </w:rPr>
        <w:t xml:space="preserve">, </w:t>
      </w:r>
      <w:r w:rsidR="00E24BA4" w:rsidRPr="006A43CE">
        <w:rPr>
          <w:rFonts w:eastAsia="Times New Roman"/>
          <w:b/>
          <w:bCs/>
          <w:szCs w:val="24"/>
        </w:rPr>
        <w:t>program akreditasyonu</w:t>
      </w:r>
      <w:r w:rsidR="00E24BA4" w:rsidRPr="006A43CE">
        <w:rPr>
          <w:rFonts w:eastAsia="Times New Roman"/>
          <w:szCs w:val="24"/>
        </w:rPr>
        <w:t xml:space="preserve"> ve </w:t>
      </w:r>
      <w:r w:rsidR="00E24BA4" w:rsidRPr="006A43CE">
        <w:rPr>
          <w:rFonts w:eastAsia="Times New Roman"/>
          <w:b/>
          <w:bCs/>
          <w:szCs w:val="24"/>
        </w:rPr>
        <w:t>iç kalite güvence</w:t>
      </w:r>
      <w:r w:rsidR="00E24BA4" w:rsidRPr="006A43CE">
        <w:rPr>
          <w:rFonts w:eastAsia="Times New Roman"/>
          <w:szCs w:val="24"/>
        </w:rPr>
        <w:t xml:space="preserve"> süreçlerine aktif katılım sağlamayı; bu kapsamda kendi süreçlerini dokümante etmeyi, performans göstergeleri </w:t>
      </w:r>
      <w:r w:rsidR="00E24BA4" w:rsidRPr="006A43CE">
        <w:rPr>
          <w:rFonts w:eastAsia="Times New Roman"/>
          <w:szCs w:val="24"/>
        </w:rPr>
        <w:lastRenderedPageBreak/>
        <w:t xml:space="preserve">ve risk yönetimi çıktılarıyla desteklemeyi hedeflemektedir. Böylece, yönetim ve iç kontrol sistemi, sadece mevzuata uyum sağlayan bir yapı olarak değil, aynı zamanda </w:t>
      </w:r>
      <w:r w:rsidR="00E24BA4" w:rsidRPr="006A43CE">
        <w:rPr>
          <w:rFonts w:eastAsia="Times New Roman"/>
          <w:b/>
          <w:bCs/>
          <w:szCs w:val="24"/>
        </w:rPr>
        <w:t>stratejik yönetim, kalite güvencesi ve kurumsal öğrenme kültürünü</w:t>
      </w:r>
      <w:r w:rsidR="00E24BA4" w:rsidRPr="006A43CE">
        <w:rPr>
          <w:rFonts w:eastAsia="Times New Roman"/>
          <w:szCs w:val="24"/>
        </w:rPr>
        <w:t xml:space="preserve"> besleyen dinamik bir mekanizma olarak işletilmektedir.</w:t>
      </w:r>
    </w:p>
    <w:p w14:paraId="66C87FC0" w14:textId="77777777" w:rsidR="00E24BA4" w:rsidRDefault="00E24BA4" w:rsidP="00E24BA4">
      <w:r>
        <w:t xml:space="preserve">Kalite Yönetimi, İzleme ve Değerlendirme </w:t>
      </w:r>
    </w:p>
    <w:tbl>
      <w:tblPr>
        <w:tblW w:w="5025" w:type="pct"/>
        <w:tblInd w:w="-23" w:type="dxa"/>
        <w:tblLayout w:type="fixed"/>
        <w:tblCellMar>
          <w:left w:w="70" w:type="dxa"/>
          <w:right w:w="70" w:type="dxa"/>
        </w:tblCellMar>
        <w:tblLook w:val="04A0" w:firstRow="1" w:lastRow="0" w:firstColumn="1" w:lastColumn="0" w:noHBand="0" w:noVBand="1"/>
      </w:tblPr>
      <w:tblGrid>
        <w:gridCol w:w="1984"/>
        <w:gridCol w:w="3545"/>
        <w:gridCol w:w="1985"/>
        <w:gridCol w:w="1557"/>
      </w:tblGrid>
      <w:tr w:rsidR="00535AF8" w:rsidRPr="00535AF8" w14:paraId="4D1F1AD4" w14:textId="77777777" w:rsidTr="00D42700">
        <w:trPr>
          <w:trHeight w:val="375"/>
        </w:trPr>
        <w:tc>
          <w:tcPr>
            <w:tcW w:w="1094" w:type="pct"/>
            <w:tcBorders>
              <w:top w:val="double" w:sz="6" w:space="0" w:color="auto"/>
              <w:left w:val="double" w:sz="6" w:space="0" w:color="auto"/>
              <w:bottom w:val="double" w:sz="6" w:space="0" w:color="auto"/>
              <w:right w:val="double" w:sz="6" w:space="0" w:color="auto"/>
            </w:tcBorders>
            <w:shd w:val="clear" w:color="000000" w:fill="B99C71"/>
            <w:noWrap/>
            <w:vAlign w:val="center"/>
            <w:hideMark/>
          </w:tcPr>
          <w:p w14:paraId="34D9D8B2" w14:textId="77777777" w:rsidR="00F0661A" w:rsidRPr="00535AF8" w:rsidRDefault="00F0661A" w:rsidP="00535AF8">
            <w:pPr>
              <w:spacing w:after="0" w:line="240" w:lineRule="auto"/>
              <w:jc w:val="center"/>
              <w:rPr>
                <w:rFonts w:ascii="Times New Roman" w:eastAsia="Times New Roman" w:hAnsi="Times New Roman" w:cs="Times New Roman"/>
                <w:b/>
                <w:bCs/>
                <w:color w:val="000000"/>
                <w:lang w:val="tr-TR" w:eastAsia="tr-TR"/>
              </w:rPr>
            </w:pPr>
            <w:r w:rsidRPr="00535AF8">
              <w:rPr>
                <w:rFonts w:ascii="Times New Roman" w:eastAsia="Times New Roman" w:hAnsi="Times New Roman" w:cs="Times New Roman"/>
                <w:b/>
                <w:bCs/>
                <w:color w:val="000000"/>
                <w:lang w:val="tr-TR" w:eastAsia="tr-TR"/>
              </w:rPr>
              <w:t>İyileştirme Kategorisi</w:t>
            </w:r>
          </w:p>
        </w:tc>
        <w:tc>
          <w:tcPr>
            <w:tcW w:w="1954" w:type="pct"/>
            <w:tcBorders>
              <w:top w:val="double" w:sz="6" w:space="0" w:color="auto"/>
              <w:left w:val="nil"/>
              <w:bottom w:val="double" w:sz="6" w:space="0" w:color="auto"/>
              <w:right w:val="double" w:sz="6" w:space="0" w:color="auto"/>
            </w:tcBorders>
            <w:shd w:val="clear" w:color="000000" w:fill="B99C71"/>
            <w:noWrap/>
            <w:vAlign w:val="center"/>
            <w:hideMark/>
          </w:tcPr>
          <w:p w14:paraId="245AE661" w14:textId="77777777" w:rsidR="00F0661A" w:rsidRPr="00535AF8" w:rsidRDefault="00F0661A" w:rsidP="00535AF8">
            <w:pPr>
              <w:spacing w:after="0" w:line="240" w:lineRule="auto"/>
              <w:jc w:val="center"/>
              <w:rPr>
                <w:rFonts w:ascii="Times New Roman" w:eastAsia="Times New Roman" w:hAnsi="Times New Roman" w:cs="Times New Roman"/>
                <w:b/>
                <w:bCs/>
                <w:color w:val="000000"/>
                <w:lang w:val="tr-TR" w:eastAsia="tr-TR"/>
              </w:rPr>
            </w:pPr>
            <w:r w:rsidRPr="00535AF8">
              <w:rPr>
                <w:rFonts w:ascii="Times New Roman" w:eastAsia="Times New Roman" w:hAnsi="Times New Roman" w:cs="Times New Roman"/>
                <w:b/>
                <w:bCs/>
                <w:color w:val="000000"/>
                <w:lang w:val="tr-TR" w:eastAsia="tr-TR"/>
              </w:rPr>
              <w:t>Yapılan İyileştirmeler</w:t>
            </w:r>
          </w:p>
        </w:tc>
        <w:tc>
          <w:tcPr>
            <w:tcW w:w="1094" w:type="pct"/>
            <w:tcBorders>
              <w:top w:val="double" w:sz="6" w:space="0" w:color="auto"/>
              <w:left w:val="nil"/>
              <w:bottom w:val="double" w:sz="6" w:space="0" w:color="auto"/>
              <w:right w:val="double" w:sz="6" w:space="0" w:color="auto"/>
            </w:tcBorders>
            <w:shd w:val="clear" w:color="000000" w:fill="B99C71"/>
            <w:noWrap/>
            <w:vAlign w:val="center"/>
            <w:hideMark/>
          </w:tcPr>
          <w:p w14:paraId="4E44D62D" w14:textId="77777777" w:rsidR="00F0661A" w:rsidRPr="00535AF8" w:rsidRDefault="00F0661A" w:rsidP="00535AF8">
            <w:pPr>
              <w:spacing w:after="0" w:line="240" w:lineRule="auto"/>
              <w:jc w:val="center"/>
              <w:rPr>
                <w:rFonts w:ascii="Times New Roman" w:eastAsia="Times New Roman" w:hAnsi="Times New Roman" w:cs="Times New Roman"/>
                <w:b/>
                <w:bCs/>
                <w:color w:val="000000"/>
                <w:lang w:val="tr-TR" w:eastAsia="tr-TR"/>
              </w:rPr>
            </w:pPr>
            <w:r w:rsidRPr="00535AF8">
              <w:rPr>
                <w:rFonts w:ascii="Times New Roman" w:eastAsia="Times New Roman" w:hAnsi="Times New Roman" w:cs="Times New Roman"/>
                <w:b/>
                <w:bCs/>
                <w:color w:val="000000"/>
                <w:lang w:val="tr-TR" w:eastAsia="tr-TR"/>
              </w:rPr>
              <w:t>İyileştirme Durum Bilgisi</w:t>
            </w:r>
          </w:p>
        </w:tc>
        <w:tc>
          <w:tcPr>
            <w:tcW w:w="859" w:type="pct"/>
            <w:tcBorders>
              <w:top w:val="double" w:sz="6" w:space="0" w:color="auto"/>
              <w:left w:val="nil"/>
              <w:bottom w:val="double" w:sz="6" w:space="0" w:color="auto"/>
              <w:right w:val="double" w:sz="6" w:space="0" w:color="auto"/>
            </w:tcBorders>
            <w:shd w:val="clear" w:color="000000" w:fill="B99C71"/>
            <w:noWrap/>
            <w:vAlign w:val="center"/>
            <w:hideMark/>
          </w:tcPr>
          <w:p w14:paraId="41D96C5E" w14:textId="77777777" w:rsidR="00F0661A" w:rsidRPr="00535AF8" w:rsidRDefault="00F0661A" w:rsidP="00535AF8">
            <w:pPr>
              <w:spacing w:after="0" w:line="240" w:lineRule="auto"/>
              <w:jc w:val="center"/>
              <w:rPr>
                <w:rFonts w:ascii="Times New Roman" w:eastAsia="Times New Roman" w:hAnsi="Times New Roman" w:cs="Times New Roman"/>
                <w:b/>
                <w:bCs/>
                <w:color w:val="000000"/>
                <w:lang w:val="tr-TR" w:eastAsia="tr-TR"/>
              </w:rPr>
            </w:pPr>
            <w:r w:rsidRPr="00535AF8">
              <w:rPr>
                <w:rFonts w:ascii="Times New Roman" w:eastAsia="Times New Roman" w:hAnsi="Times New Roman" w:cs="Times New Roman"/>
                <w:b/>
                <w:bCs/>
                <w:color w:val="000000"/>
                <w:lang w:val="tr-TR" w:eastAsia="tr-TR"/>
              </w:rPr>
              <w:t>Tamamlanma Tarihi</w:t>
            </w:r>
          </w:p>
        </w:tc>
      </w:tr>
      <w:tr w:rsidR="00535AF8" w:rsidRPr="00535AF8" w14:paraId="0701A0A8" w14:textId="77777777" w:rsidTr="00D42700">
        <w:trPr>
          <w:trHeight w:val="330"/>
        </w:trPr>
        <w:tc>
          <w:tcPr>
            <w:tcW w:w="1094" w:type="pct"/>
            <w:tcBorders>
              <w:top w:val="nil"/>
              <w:left w:val="double" w:sz="6" w:space="0" w:color="auto"/>
              <w:bottom w:val="double" w:sz="6" w:space="0" w:color="auto"/>
              <w:right w:val="double" w:sz="6" w:space="0" w:color="auto"/>
            </w:tcBorders>
            <w:shd w:val="clear" w:color="auto" w:fill="auto"/>
            <w:noWrap/>
            <w:vAlign w:val="center"/>
            <w:hideMark/>
          </w:tcPr>
          <w:p w14:paraId="3D551833" w14:textId="2C4EA3F5"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 Eğitim-Öğretim</w:t>
            </w:r>
          </w:p>
        </w:tc>
        <w:tc>
          <w:tcPr>
            <w:tcW w:w="1954" w:type="pct"/>
            <w:tcBorders>
              <w:top w:val="nil"/>
              <w:left w:val="nil"/>
              <w:bottom w:val="double" w:sz="6" w:space="0" w:color="auto"/>
              <w:right w:val="double" w:sz="6" w:space="0" w:color="auto"/>
            </w:tcBorders>
            <w:shd w:val="clear" w:color="auto" w:fill="auto"/>
            <w:noWrap/>
            <w:vAlign w:val="center"/>
            <w:hideMark/>
          </w:tcPr>
          <w:p w14:paraId="048E268F" w14:textId="4A9292F0"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Ders içeriklerinin güncellenmesi ve öğrenim çıktıları ile uyumunun gözden geçirilmesi</w:t>
            </w:r>
          </w:p>
        </w:tc>
        <w:tc>
          <w:tcPr>
            <w:tcW w:w="1094" w:type="pct"/>
            <w:tcBorders>
              <w:top w:val="nil"/>
              <w:left w:val="nil"/>
              <w:bottom w:val="double" w:sz="6" w:space="0" w:color="auto"/>
              <w:right w:val="double" w:sz="6" w:space="0" w:color="auto"/>
            </w:tcBorders>
            <w:shd w:val="clear" w:color="auto" w:fill="auto"/>
            <w:noWrap/>
            <w:vAlign w:val="center"/>
            <w:hideMark/>
          </w:tcPr>
          <w:p w14:paraId="5C6A011B" w14:textId="6A443D82"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 Tamamlandı</w:t>
            </w:r>
          </w:p>
        </w:tc>
        <w:tc>
          <w:tcPr>
            <w:tcW w:w="859" w:type="pct"/>
            <w:tcBorders>
              <w:top w:val="nil"/>
              <w:left w:val="nil"/>
              <w:bottom w:val="double" w:sz="6" w:space="0" w:color="auto"/>
              <w:right w:val="double" w:sz="6" w:space="0" w:color="auto"/>
            </w:tcBorders>
            <w:shd w:val="clear" w:color="auto" w:fill="auto"/>
            <w:noWrap/>
            <w:vAlign w:val="center"/>
            <w:hideMark/>
          </w:tcPr>
          <w:p w14:paraId="69B95BBF" w14:textId="190B8131" w:rsidR="00535AF8" w:rsidRPr="00535AF8" w:rsidRDefault="00535AF8" w:rsidP="001E7339">
            <w:pPr>
              <w:spacing w:after="0" w:line="240" w:lineRule="auto"/>
              <w:jc w:val="center"/>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2024</w:t>
            </w:r>
          </w:p>
        </w:tc>
      </w:tr>
      <w:tr w:rsidR="00535AF8" w:rsidRPr="00535AF8" w14:paraId="7D76DE32" w14:textId="77777777" w:rsidTr="00D42700">
        <w:trPr>
          <w:trHeight w:val="315"/>
        </w:trPr>
        <w:tc>
          <w:tcPr>
            <w:tcW w:w="1094" w:type="pct"/>
            <w:tcBorders>
              <w:top w:val="nil"/>
              <w:left w:val="double" w:sz="6" w:space="0" w:color="auto"/>
              <w:bottom w:val="double" w:sz="6" w:space="0" w:color="auto"/>
              <w:right w:val="double" w:sz="6" w:space="0" w:color="auto"/>
            </w:tcBorders>
            <w:shd w:val="clear" w:color="auto" w:fill="auto"/>
            <w:noWrap/>
            <w:vAlign w:val="center"/>
            <w:hideMark/>
          </w:tcPr>
          <w:p w14:paraId="647D0094" w14:textId="536BF046"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 Ölçme ve Değerlendirme</w:t>
            </w:r>
          </w:p>
        </w:tc>
        <w:tc>
          <w:tcPr>
            <w:tcW w:w="1954" w:type="pct"/>
            <w:tcBorders>
              <w:top w:val="nil"/>
              <w:left w:val="nil"/>
              <w:bottom w:val="double" w:sz="6" w:space="0" w:color="auto"/>
              <w:right w:val="double" w:sz="6" w:space="0" w:color="auto"/>
            </w:tcBorders>
            <w:shd w:val="clear" w:color="auto" w:fill="auto"/>
            <w:noWrap/>
            <w:vAlign w:val="center"/>
            <w:hideMark/>
          </w:tcPr>
          <w:p w14:paraId="2A8C2CC5" w14:textId="299931AC"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Ders değerlendirme formlarının sonuçlarının incelenerek ders işleyişinde iyileştirmeler yapılması</w:t>
            </w:r>
          </w:p>
        </w:tc>
        <w:tc>
          <w:tcPr>
            <w:tcW w:w="1094" w:type="pct"/>
            <w:tcBorders>
              <w:top w:val="nil"/>
              <w:left w:val="nil"/>
              <w:bottom w:val="double" w:sz="6" w:space="0" w:color="auto"/>
              <w:right w:val="double" w:sz="6" w:space="0" w:color="auto"/>
            </w:tcBorders>
            <w:shd w:val="clear" w:color="auto" w:fill="auto"/>
            <w:noWrap/>
            <w:vAlign w:val="center"/>
            <w:hideMark/>
          </w:tcPr>
          <w:p w14:paraId="5E9E56D5" w14:textId="01288AF0"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 Sürekli İzleniyor</w:t>
            </w:r>
          </w:p>
        </w:tc>
        <w:tc>
          <w:tcPr>
            <w:tcW w:w="859" w:type="pct"/>
            <w:tcBorders>
              <w:top w:val="nil"/>
              <w:left w:val="nil"/>
              <w:bottom w:val="double" w:sz="6" w:space="0" w:color="auto"/>
              <w:right w:val="double" w:sz="6" w:space="0" w:color="auto"/>
            </w:tcBorders>
            <w:shd w:val="clear" w:color="auto" w:fill="auto"/>
            <w:noWrap/>
            <w:vAlign w:val="center"/>
            <w:hideMark/>
          </w:tcPr>
          <w:p w14:paraId="7B761E57" w14:textId="01816A8A" w:rsidR="00535AF8" w:rsidRPr="00535AF8" w:rsidRDefault="00535AF8" w:rsidP="001E7339">
            <w:pPr>
              <w:spacing w:after="0" w:line="240" w:lineRule="auto"/>
              <w:jc w:val="center"/>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Devam Ediyor</w:t>
            </w:r>
          </w:p>
        </w:tc>
      </w:tr>
      <w:tr w:rsidR="00535AF8" w:rsidRPr="00535AF8" w14:paraId="77B2E0D4" w14:textId="77777777" w:rsidTr="00D42700">
        <w:trPr>
          <w:trHeight w:val="315"/>
        </w:trPr>
        <w:tc>
          <w:tcPr>
            <w:tcW w:w="1094" w:type="pct"/>
            <w:tcBorders>
              <w:top w:val="nil"/>
              <w:left w:val="double" w:sz="6" w:space="0" w:color="auto"/>
              <w:bottom w:val="double" w:sz="6" w:space="0" w:color="auto"/>
              <w:right w:val="double" w:sz="6" w:space="0" w:color="auto"/>
            </w:tcBorders>
            <w:shd w:val="clear" w:color="auto" w:fill="auto"/>
            <w:noWrap/>
            <w:vAlign w:val="center"/>
            <w:hideMark/>
          </w:tcPr>
          <w:p w14:paraId="54372843" w14:textId="39C3C234"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 Uygulamalı Eğitim</w:t>
            </w:r>
          </w:p>
        </w:tc>
        <w:tc>
          <w:tcPr>
            <w:tcW w:w="1954" w:type="pct"/>
            <w:tcBorders>
              <w:top w:val="nil"/>
              <w:left w:val="nil"/>
              <w:bottom w:val="double" w:sz="6" w:space="0" w:color="auto"/>
              <w:right w:val="double" w:sz="6" w:space="0" w:color="auto"/>
            </w:tcBorders>
            <w:shd w:val="clear" w:color="auto" w:fill="auto"/>
            <w:noWrap/>
            <w:vAlign w:val="center"/>
            <w:hideMark/>
          </w:tcPr>
          <w:p w14:paraId="6310752B" w14:textId="21C553E8"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 Uygulamalı derslerin etkinliğini artırmaya yönelik uygulama saatlerinin gözden geçirilmesi</w:t>
            </w:r>
          </w:p>
        </w:tc>
        <w:tc>
          <w:tcPr>
            <w:tcW w:w="1094" w:type="pct"/>
            <w:tcBorders>
              <w:top w:val="nil"/>
              <w:left w:val="nil"/>
              <w:bottom w:val="double" w:sz="6" w:space="0" w:color="auto"/>
              <w:right w:val="double" w:sz="6" w:space="0" w:color="auto"/>
            </w:tcBorders>
            <w:shd w:val="clear" w:color="auto" w:fill="auto"/>
            <w:noWrap/>
            <w:vAlign w:val="center"/>
            <w:hideMark/>
          </w:tcPr>
          <w:p w14:paraId="096BE2DE" w14:textId="2BA26C76"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 Tamamlandı</w:t>
            </w:r>
          </w:p>
        </w:tc>
        <w:tc>
          <w:tcPr>
            <w:tcW w:w="859" w:type="pct"/>
            <w:tcBorders>
              <w:top w:val="nil"/>
              <w:left w:val="nil"/>
              <w:bottom w:val="double" w:sz="6" w:space="0" w:color="auto"/>
              <w:right w:val="double" w:sz="6" w:space="0" w:color="auto"/>
            </w:tcBorders>
            <w:shd w:val="clear" w:color="auto" w:fill="auto"/>
            <w:noWrap/>
            <w:vAlign w:val="center"/>
            <w:hideMark/>
          </w:tcPr>
          <w:p w14:paraId="0AEB15E0" w14:textId="3C3F561C" w:rsidR="00535AF8" w:rsidRPr="00535AF8" w:rsidRDefault="00535AF8" w:rsidP="001E7339">
            <w:pPr>
              <w:spacing w:after="0" w:line="240" w:lineRule="auto"/>
              <w:jc w:val="center"/>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2024</w:t>
            </w:r>
          </w:p>
        </w:tc>
      </w:tr>
      <w:tr w:rsidR="00535AF8" w:rsidRPr="00535AF8" w14:paraId="337BA54C" w14:textId="77777777" w:rsidTr="00D42700">
        <w:trPr>
          <w:trHeight w:val="315"/>
        </w:trPr>
        <w:tc>
          <w:tcPr>
            <w:tcW w:w="1094" w:type="pct"/>
            <w:tcBorders>
              <w:top w:val="nil"/>
              <w:left w:val="double" w:sz="6" w:space="0" w:color="auto"/>
              <w:bottom w:val="double" w:sz="6" w:space="0" w:color="auto"/>
              <w:right w:val="double" w:sz="6" w:space="0" w:color="auto"/>
            </w:tcBorders>
            <w:shd w:val="clear" w:color="auto" w:fill="auto"/>
            <w:noWrap/>
            <w:vAlign w:val="center"/>
            <w:hideMark/>
          </w:tcPr>
          <w:p w14:paraId="24681689" w14:textId="315C10FB"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 Paydaş Katılımı</w:t>
            </w:r>
          </w:p>
        </w:tc>
        <w:tc>
          <w:tcPr>
            <w:tcW w:w="1954" w:type="pct"/>
            <w:tcBorders>
              <w:top w:val="nil"/>
              <w:left w:val="nil"/>
              <w:bottom w:val="double" w:sz="6" w:space="0" w:color="auto"/>
              <w:right w:val="double" w:sz="6" w:space="0" w:color="auto"/>
            </w:tcBorders>
            <w:shd w:val="clear" w:color="auto" w:fill="auto"/>
            <w:noWrap/>
            <w:vAlign w:val="center"/>
            <w:hideMark/>
          </w:tcPr>
          <w:p w14:paraId="48354070" w14:textId="202045A4"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 Dış paydaşlarla iletişimin artırılmasına yönelik görüşmeler ve çevrim içi toplantılar yapılması</w:t>
            </w:r>
          </w:p>
        </w:tc>
        <w:tc>
          <w:tcPr>
            <w:tcW w:w="1094" w:type="pct"/>
            <w:tcBorders>
              <w:top w:val="nil"/>
              <w:left w:val="nil"/>
              <w:bottom w:val="double" w:sz="6" w:space="0" w:color="auto"/>
              <w:right w:val="double" w:sz="6" w:space="0" w:color="auto"/>
            </w:tcBorders>
            <w:shd w:val="clear" w:color="auto" w:fill="auto"/>
            <w:noWrap/>
            <w:vAlign w:val="center"/>
            <w:hideMark/>
          </w:tcPr>
          <w:p w14:paraId="3DF5EB25" w14:textId="0C81082D"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 Devam Ediyor</w:t>
            </w:r>
          </w:p>
        </w:tc>
        <w:tc>
          <w:tcPr>
            <w:tcW w:w="859" w:type="pct"/>
            <w:tcBorders>
              <w:top w:val="nil"/>
              <w:left w:val="nil"/>
              <w:bottom w:val="double" w:sz="6" w:space="0" w:color="auto"/>
              <w:right w:val="double" w:sz="6" w:space="0" w:color="auto"/>
            </w:tcBorders>
            <w:shd w:val="clear" w:color="auto" w:fill="auto"/>
            <w:noWrap/>
            <w:vAlign w:val="center"/>
            <w:hideMark/>
          </w:tcPr>
          <w:p w14:paraId="1E4AB7D8" w14:textId="6219CFBA" w:rsidR="00535AF8" w:rsidRPr="00535AF8" w:rsidRDefault="00535AF8" w:rsidP="001E7339">
            <w:pPr>
              <w:spacing w:after="0" w:line="240" w:lineRule="auto"/>
              <w:jc w:val="center"/>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2025</w:t>
            </w:r>
          </w:p>
        </w:tc>
      </w:tr>
      <w:tr w:rsidR="00535AF8" w:rsidRPr="00535AF8" w14:paraId="639E44C8" w14:textId="77777777" w:rsidTr="00D42700">
        <w:trPr>
          <w:trHeight w:val="315"/>
        </w:trPr>
        <w:tc>
          <w:tcPr>
            <w:tcW w:w="1094" w:type="pct"/>
            <w:tcBorders>
              <w:top w:val="nil"/>
              <w:left w:val="double" w:sz="6" w:space="0" w:color="auto"/>
              <w:bottom w:val="double" w:sz="6" w:space="0" w:color="auto"/>
              <w:right w:val="double" w:sz="6" w:space="0" w:color="auto"/>
            </w:tcBorders>
            <w:shd w:val="clear" w:color="auto" w:fill="auto"/>
            <w:noWrap/>
            <w:vAlign w:val="center"/>
          </w:tcPr>
          <w:p w14:paraId="5D5F3C33" w14:textId="1342EE49"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Fiziki Altyapı</w:t>
            </w:r>
          </w:p>
        </w:tc>
        <w:tc>
          <w:tcPr>
            <w:tcW w:w="1954" w:type="pct"/>
            <w:tcBorders>
              <w:top w:val="nil"/>
              <w:left w:val="nil"/>
              <w:bottom w:val="double" w:sz="6" w:space="0" w:color="auto"/>
              <w:right w:val="double" w:sz="6" w:space="0" w:color="auto"/>
            </w:tcBorders>
            <w:shd w:val="clear" w:color="auto" w:fill="auto"/>
            <w:noWrap/>
            <w:vAlign w:val="center"/>
          </w:tcPr>
          <w:p w14:paraId="299563FE" w14:textId="09BC2696"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Mevcut derslik ve uygulama alanlarının daha etkin kullanımına yönelik planlama yapılması</w:t>
            </w:r>
          </w:p>
        </w:tc>
        <w:tc>
          <w:tcPr>
            <w:tcW w:w="1094" w:type="pct"/>
            <w:tcBorders>
              <w:top w:val="nil"/>
              <w:left w:val="nil"/>
              <w:bottom w:val="double" w:sz="6" w:space="0" w:color="auto"/>
              <w:right w:val="double" w:sz="6" w:space="0" w:color="auto"/>
            </w:tcBorders>
            <w:shd w:val="clear" w:color="auto" w:fill="auto"/>
            <w:noWrap/>
            <w:vAlign w:val="center"/>
          </w:tcPr>
          <w:p w14:paraId="6329DD97" w14:textId="12210796"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Planlandı</w:t>
            </w:r>
          </w:p>
        </w:tc>
        <w:tc>
          <w:tcPr>
            <w:tcW w:w="859" w:type="pct"/>
            <w:tcBorders>
              <w:top w:val="nil"/>
              <w:left w:val="nil"/>
              <w:bottom w:val="double" w:sz="6" w:space="0" w:color="auto"/>
              <w:right w:val="double" w:sz="6" w:space="0" w:color="auto"/>
            </w:tcBorders>
            <w:shd w:val="clear" w:color="auto" w:fill="auto"/>
            <w:noWrap/>
            <w:vAlign w:val="center"/>
          </w:tcPr>
          <w:p w14:paraId="5826CD49" w14:textId="182CB6B9" w:rsidR="00535AF8" w:rsidRPr="00535AF8" w:rsidRDefault="00535AF8" w:rsidP="001E7339">
            <w:pPr>
              <w:spacing w:after="0" w:line="240" w:lineRule="auto"/>
              <w:jc w:val="center"/>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2025</w:t>
            </w:r>
          </w:p>
        </w:tc>
      </w:tr>
      <w:tr w:rsidR="00535AF8" w:rsidRPr="00535AF8" w14:paraId="5461DC28" w14:textId="77777777" w:rsidTr="00D42700">
        <w:trPr>
          <w:trHeight w:val="315"/>
        </w:trPr>
        <w:tc>
          <w:tcPr>
            <w:tcW w:w="1094" w:type="pct"/>
            <w:tcBorders>
              <w:top w:val="nil"/>
              <w:left w:val="double" w:sz="6" w:space="0" w:color="auto"/>
              <w:bottom w:val="double" w:sz="6" w:space="0" w:color="auto"/>
              <w:right w:val="double" w:sz="6" w:space="0" w:color="auto"/>
            </w:tcBorders>
            <w:shd w:val="clear" w:color="auto" w:fill="auto"/>
            <w:noWrap/>
            <w:vAlign w:val="center"/>
          </w:tcPr>
          <w:p w14:paraId="20CEA54C" w14:textId="066A97A6"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Kalite Güvencesi</w:t>
            </w:r>
          </w:p>
        </w:tc>
        <w:tc>
          <w:tcPr>
            <w:tcW w:w="1954" w:type="pct"/>
            <w:tcBorders>
              <w:top w:val="nil"/>
              <w:left w:val="nil"/>
              <w:bottom w:val="double" w:sz="6" w:space="0" w:color="auto"/>
              <w:right w:val="double" w:sz="6" w:space="0" w:color="auto"/>
            </w:tcBorders>
            <w:shd w:val="clear" w:color="auto" w:fill="auto"/>
            <w:noWrap/>
            <w:vAlign w:val="center"/>
          </w:tcPr>
          <w:p w14:paraId="32A81101" w14:textId="424876DF"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Öğrenci geri bildirimlerinin kalite süreçlerine entegre edilmesi</w:t>
            </w:r>
          </w:p>
        </w:tc>
        <w:tc>
          <w:tcPr>
            <w:tcW w:w="1094" w:type="pct"/>
            <w:tcBorders>
              <w:top w:val="nil"/>
              <w:left w:val="nil"/>
              <w:bottom w:val="double" w:sz="6" w:space="0" w:color="auto"/>
              <w:right w:val="double" w:sz="6" w:space="0" w:color="auto"/>
            </w:tcBorders>
            <w:shd w:val="clear" w:color="auto" w:fill="auto"/>
            <w:noWrap/>
            <w:vAlign w:val="center"/>
          </w:tcPr>
          <w:p w14:paraId="74A11645" w14:textId="7105325C" w:rsidR="00535AF8" w:rsidRPr="00535AF8" w:rsidRDefault="00535AF8" w:rsidP="00535AF8">
            <w:pPr>
              <w:spacing w:after="0" w:line="240" w:lineRule="auto"/>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Sürekli İzleniyor</w:t>
            </w:r>
          </w:p>
        </w:tc>
        <w:tc>
          <w:tcPr>
            <w:tcW w:w="859" w:type="pct"/>
            <w:tcBorders>
              <w:top w:val="nil"/>
              <w:left w:val="nil"/>
              <w:bottom w:val="double" w:sz="6" w:space="0" w:color="auto"/>
              <w:right w:val="double" w:sz="6" w:space="0" w:color="auto"/>
            </w:tcBorders>
            <w:shd w:val="clear" w:color="auto" w:fill="auto"/>
            <w:noWrap/>
            <w:vAlign w:val="center"/>
          </w:tcPr>
          <w:p w14:paraId="62E05D22" w14:textId="6F69DC18" w:rsidR="00535AF8" w:rsidRPr="00535AF8" w:rsidRDefault="00535AF8" w:rsidP="001E7339">
            <w:pPr>
              <w:spacing w:after="0" w:line="240" w:lineRule="auto"/>
              <w:jc w:val="center"/>
              <w:rPr>
                <w:rFonts w:ascii="Times New Roman" w:eastAsia="Times New Roman" w:hAnsi="Times New Roman" w:cs="Times New Roman"/>
                <w:bCs/>
                <w:lang w:val="tr-TR" w:eastAsia="tr-TR"/>
              </w:rPr>
            </w:pPr>
            <w:r w:rsidRPr="00535AF8">
              <w:rPr>
                <w:rFonts w:ascii="Times New Roman" w:eastAsia="Times New Roman" w:hAnsi="Times New Roman" w:cs="Times New Roman"/>
                <w:bCs/>
                <w:lang w:val="tr-TR" w:eastAsia="tr-TR"/>
              </w:rPr>
              <w:t>Devam Ediyor</w:t>
            </w:r>
          </w:p>
        </w:tc>
      </w:tr>
    </w:tbl>
    <w:p w14:paraId="687A5E13" w14:textId="2693FB1E" w:rsidR="00E24BA4" w:rsidRDefault="00E24BA4" w:rsidP="00E24BA4">
      <w:pPr>
        <w:jc w:val="both"/>
        <w:rPr>
          <w:rFonts w:cs="Times New Roman"/>
          <w:color w:val="FF0000"/>
        </w:rPr>
      </w:pPr>
    </w:p>
    <w:p w14:paraId="161580C6" w14:textId="51F9DB5C" w:rsidR="002C67EA" w:rsidRDefault="002C67EA" w:rsidP="00E24BA4">
      <w:pPr>
        <w:jc w:val="both"/>
        <w:rPr>
          <w:rFonts w:cs="Times New Roman"/>
          <w:color w:val="FF0000"/>
        </w:rPr>
      </w:pPr>
    </w:p>
    <w:p w14:paraId="7961316F" w14:textId="114BFC8D" w:rsidR="002C67EA" w:rsidRDefault="002C67EA" w:rsidP="00E24BA4">
      <w:pPr>
        <w:jc w:val="both"/>
        <w:rPr>
          <w:rFonts w:cs="Times New Roman"/>
          <w:color w:val="FF0000"/>
        </w:rPr>
      </w:pPr>
    </w:p>
    <w:p w14:paraId="2B247561" w14:textId="3F3E6F0F" w:rsidR="002C67EA" w:rsidRDefault="002C67EA" w:rsidP="00E24BA4">
      <w:pPr>
        <w:jc w:val="both"/>
        <w:rPr>
          <w:rFonts w:cs="Times New Roman"/>
          <w:color w:val="FF0000"/>
        </w:rPr>
      </w:pPr>
    </w:p>
    <w:p w14:paraId="593777AD" w14:textId="0F29C7DF" w:rsidR="002C67EA" w:rsidRDefault="002C67EA" w:rsidP="00E24BA4">
      <w:pPr>
        <w:jc w:val="both"/>
        <w:rPr>
          <w:rFonts w:cs="Times New Roman"/>
          <w:color w:val="FF0000"/>
        </w:rPr>
      </w:pPr>
    </w:p>
    <w:p w14:paraId="50E55D33" w14:textId="563591C9" w:rsidR="002C67EA" w:rsidRDefault="002C67EA" w:rsidP="00E24BA4">
      <w:pPr>
        <w:jc w:val="both"/>
        <w:rPr>
          <w:rFonts w:cs="Times New Roman"/>
          <w:color w:val="FF0000"/>
        </w:rPr>
      </w:pPr>
    </w:p>
    <w:p w14:paraId="6026C03B" w14:textId="75C4A045" w:rsidR="002C67EA" w:rsidRDefault="002C67EA" w:rsidP="00E24BA4">
      <w:pPr>
        <w:jc w:val="both"/>
        <w:rPr>
          <w:rFonts w:cs="Times New Roman"/>
          <w:color w:val="FF0000"/>
        </w:rPr>
      </w:pPr>
    </w:p>
    <w:p w14:paraId="13455D32" w14:textId="781EDB46" w:rsidR="002C67EA" w:rsidRDefault="002C67EA" w:rsidP="00E24BA4">
      <w:pPr>
        <w:jc w:val="both"/>
        <w:rPr>
          <w:rFonts w:cs="Times New Roman"/>
          <w:color w:val="FF0000"/>
        </w:rPr>
      </w:pPr>
    </w:p>
    <w:p w14:paraId="52CEFCD2" w14:textId="7FB6EFFA" w:rsidR="002C67EA" w:rsidRDefault="002C67EA" w:rsidP="00E24BA4">
      <w:pPr>
        <w:jc w:val="both"/>
        <w:rPr>
          <w:rFonts w:cs="Times New Roman"/>
          <w:color w:val="FF0000"/>
        </w:rPr>
      </w:pPr>
    </w:p>
    <w:p w14:paraId="28214A19" w14:textId="6EE6ADEB" w:rsidR="002C67EA" w:rsidRDefault="002C67EA" w:rsidP="00E24BA4">
      <w:pPr>
        <w:jc w:val="both"/>
        <w:rPr>
          <w:rFonts w:cs="Times New Roman"/>
          <w:color w:val="FF0000"/>
        </w:rPr>
      </w:pPr>
    </w:p>
    <w:p w14:paraId="22AAFEF8" w14:textId="2E92C6D3" w:rsidR="002C67EA" w:rsidRDefault="002C67EA" w:rsidP="00E24BA4">
      <w:pPr>
        <w:jc w:val="both"/>
        <w:rPr>
          <w:rFonts w:cs="Times New Roman"/>
          <w:color w:val="FF0000"/>
        </w:rPr>
      </w:pPr>
    </w:p>
    <w:p w14:paraId="4FE247FF" w14:textId="69322988" w:rsidR="002C67EA" w:rsidRDefault="002C67EA" w:rsidP="00E24BA4">
      <w:pPr>
        <w:jc w:val="both"/>
        <w:rPr>
          <w:rFonts w:cs="Times New Roman"/>
          <w:color w:val="FF0000"/>
        </w:rPr>
      </w:pPr>
    </w:p>
    <w:p w14:paraId="44704662" w14:textId="5C378C0A" w:rsidR="002C67EA" w:rsidRDefault="002C67EA" w:rsidP="00E24BA4">
      <w:pPr>
        <w:jc w:val="both"/>
        <w:rPr>
          <w:rFonts w:cs="Times New Roman"/>
          <w:color w:val="FF0000"/>
        </w:rPr>
      </w:pPr>
    </w:p>
    <w:p w14:paraId="5A0431F3" w14:textId="05C11596" w:rsidR="002C67EA" w:rsidRDefault="002C67EA" w:rsidP="00E24BA4">
      <w:pPr>
        <w:jc w:val="both"/>
        <w:rPr>
          <w:rFonts w:cs="Times New Roman"/>
          <w:color w:val="FF0000"/>
        </w:rPr>
      </w:pPr>
    </w:p>
    <w:p w14:paraId="3977F344" w14:textId="77777777" w:rsidR="00E24BA4" w:rsidRPr="000C0E61" w:rsidRDefault="00E24BA4" w:rsidP="0037477C">
      <w:pPr>
        <w:pStyle w:val="Stil1"/>
      </w:pPr>
      <w:bookmarkStart w:id="44" w:name="_Toc153118729"/>
      <w:bookmarkStart w:id="45" w:name="_Toc153376771"/>
      <w:bookmarkStart w:id="46" w:name="_Toc217311513"/>
      <w:r w:rsidRPr="000C0E61">
        <w:lastRenderedPageBreak/>
        <w:t xml:space="preserve">AMAÇ VE </w:t>
      </w:r>
      <w:r w:rsidRPr="0037477C">
        <w:t>HEDEFLER</w:t>
      </w:r>
      <w:bookmarkEnd w:id="44"/>
      <w:bookmarkEnd w:id="45"/>
      <w:bookmarkEnd w:id="46"/>
    </w:p>
    <w:p w14:paraId="49BC54EA" w14:textId="77777777" w:rsidR="00E24BA4" w:rsidRPr="0057739B" w:rsidRDefault="00E24BA4" w:rsidP="00E24BA4">
      <w:pPr>
        <w:pStyle w:val="Stil2"/>
      </w:pPr>
      <w:bookmarkStart w:id="47" w:name="_Toc153118730"/>
      <w:bookmarkStart w:id="48" w:name="_Toc153376772"/>
      <w:bookmarkStart w:id="49" w:name="_Toc217311514"/>
      <w:r>
        <w:t>A.</w:t>
      </w:r>
      <w:r w:rsidRPr="0057739B">
        <w:t>Temel Politika ve Öncelikler</w:t>
      </w:r>
      <w:bookmarkEnd w:id="47"/>
      <w:bookmarkEnd w:id="48"/>
      <w:bookmarkEnd w:id="49"/>
    </w:p>
    <w:p w14:paraId="4511AF13" w14:textId="35A4DE8A" w:rsidR="0089215F" w:rsidRDefault="0089215F" w:rsidP="00E24BA4">
      <w:pPr>
        <w:pStyle w:val="2BALIK"/>
      </w:pPr>
      <w:r w:rsidRPr="0089215F">
        <w:t>Temel Politikalar, Eğitim öğretim kalitesini geliştirmek, başarılı öğrenci ve personeli teşvik etmek, öğrencilerin sosyal yönlerinin gelişmesine katkıda bulunmak, gelişime, katılımcılığa, saydamlığa, hesap verebilirliğe açık olmak, dış paydaşlarla ilişkileri geliştirmektir. Üniversitemiz üst yönetimi 2022 yılı Eylül ayında değişmiş ve bu değişiklikten hareketle stratejik plan; 22.04.2021 tarih ve 31462 sayılı Resmî Gazetede yayımlanan Kamu İdarelerince Hazırlanacak Stratejik Planlar ve Performans Programları ile Faaliyet Raporlarına İlişkin Usul ve Esaslar Hakkında Yönetmeliğin 15 inci maddesinde belirtilen hususlar dikkate alınarak 2023 yılında güncellenmiştir. Stratejik Plan güncelleme çalışmalarında Strateji ve Bütçe Başkanlığı, Üniversiteler için Stratejik Planlama Rehberi, 8. Stratejik Planın Güncellenmesi başlığında yer alan “Stratejik planlar, plan döneminin kalan yılları için güncellenebilir. Güncelleme; misyon, vizyon ve amaçlar değiştirilmeden stratejik plan döneminin kalan yılları için hedeflerde yapılan değişikliklerdir” ifadesine uygun düzenlemeler yapılabilmiştir. Kale Turizm ve Otel İşletmeciliği Meslek Yüksekokulu, Malatya Turgut Özal Üniversitesi’nin misyon, vizyon ve stratejik hedefleriyle tam uyum içinde faaliyet göstermektedir. Birim, bulunduğu coğrafyanın kültürel mirasından beslenen, turizm ve gastronomi alanlarında uygulama temelli, yenilikçi ve sürdürülebilir bir eğitim anlayışı benimsemekte; bölgesel kalkınmaya ve sektörel gelişime katkı sağlamayı amaçlamaktadır. Misyonumuz; turizm alanında ulusal ve uluslararası düzeyde nitelikli, etik değerlere bağlı, yenilikçi ve üretken bireyler yetiştirmek; bulunduğu bölgenin kültürel ve doğal mirasını koruyarak ekonomik ve sosyal kalkınmaya katkı sağlamak; bilimsel ve uygulamalı eğitimle sektörün ihtiyaçlarına cevap verebilecek donanımlı mezunlar kazandırmaktır. Vizyonumuz; yerelden evrensele katkı sunan, sektörel gelişmeleri yakından izleyen; uygulama ve araştırma odaklı bir yaklaşımla geleceğin turizm profesyonellerini yetiştiren; bulunduğu coğrafyanın turizm potansiyelini akademik bilgiyle buluşturan ve sürdürülebilir turizm anlayışıyla öncü bir meslek yüksekokulu olmaktır. Üniversitemiz politikaları aşağıda belirtilmiştir. Üniversitemiz 2027-2031 dönemi Stratejik Plan çalışmaları 2025 yılı içerisinde başlatılacak olup Misyon, Vizyon, temel değerler ve politikalarımız, üniversitemizin dönüşüm ve değişim süreçleriyle uyumlu olacak şekilde yeniden yazılacaktır. Bu doğrultuda birim faaliyetleri; üniversitemizin Araştırma Politikası, Açık Bilim Politikası ve Sürdürülebilir Üniversite Politikası başta olmak üzere; kalite güvence, dijitalleşme, bilgi güvenliği, kişisel verilerin korunması, çevre yönetimi, iş sağlığı ve güvenliği, insan kaynakları ve kurumsal iletişim politikalarıyla uyumlu şekilde planlanmakta ve yürütülmektedir. Eğitim-öğretim, araştırma-geliştirme, toplumsal katkı ve kurumsal kapasite alanlarındaki tüm süreçlerde şeffaflık, etik ilkelere bağlılık, hesap verebilirlik ve sürdürülebilirlik esas alınmaktadır</w:t>
      </w:r>
    </w:p>
    <w:p w14:paraId="59126D59" w14:textId="1FE591A8" w:rsidR="00E24BA4" w:rsidRDefault="00E24BA4" w:rsidP="00E24BA4">
      <w:pPr>
        <w:pStyle w:val="2BALIK"/>
      </w:pPr>
      <w:r>
        <w:t xml:space="preserve">Birimimizin temel politika ve öncelikleri; </w:t>
      </w:r>
      <w:r>
        <w:rPr>
          <w:rStyle w:val="Gl"/>
        </w:rPr>
        <w:t>Araştırma Politikası Hedefleri</w:t>
      </w:r>
      <w:r>
        <w:t xml:space="preserve">, </w:t>
      </w:r>
      <w:r>
        <w:rPr>
          <w:rStyle w:val="Gl"/>
        </w:rPr>
        <w:t>Açık Bilim Politikası Hedefleri</w:t>
      </w:r>
      <w:r>
        <w:t xml:space="preserve"> ve </w:t>
      </w:r>
      <w:r>
        <w:rPr>
          <w:rStyle w:val="Gl"/>
        </w:rPr>
        <w:t>Sürdürülebilir Üniversite Politika Hedefleri</w:t>
      </w:r>
      <w:r>
        <w:t xml:space="preserve"> başta olmak üzere, üniversitemizin kurumsal politika setleriyle uyumlu olarak şekillendirilmektedir. Bu kapsamda; </w:t>
      </w:r>
      <w:r>
        <w:rPr>
          <w:rStyle w:val="Gl"/>
        </w:rPr>
        <w:t>Bilgi Güvenliği</w:t>
      </w:r>
      <w:r>
        <w:t xml:space="preserve">, </w:t>
      </w:r>
      <w:r>
        <w:rPr>
          <w:rStyle w:val="Gl"/>
        </w:rPr>
        <w:t>Çevre Yönetimi</w:t>
      </w:r>
      <w:r>
        <w:t xml:space="preserve">, </w:t>
      </w:r>
      <w:r>
        <w:rPr>
          <w:rStyle w:val="Gl"/>
        </w:rPr>
        <w:t>Çevrimiçi ve Uzaktan Eğitim</w:t>
      </w:r>
      <w:r>
        <w:t xml:space="preserve">, </w:t>
      </w:r>
      <w:r>
        <w:rPr>
          <w:rStyle w:val="Gl"/>
        </w:rPr>
        <w:t>Dijitalleşme</w:t>
      </w:r>
      <w:r>
        <w:t xml:space="preserve">, </w:t>
      </w:r>
      <w:r>
        <w:rPr>
          <w:rStyle w:val="Gl"/>
        </w:rPr>
        <w:t>Eğitim</w:t>
      </w:r>
      <w:r>
        <w:t xml:space="preserve">, </w:t>
      </w:r>
      <w:r>
        <w:rPr>
          <w:rStyle w:val="Gl"/>
        </w:rPr>
        <w:t>Entegre Yönetim</w:t>
      </w:r>
      <w:r>
        <w:t xml:space="preserve">, </w:t>
      </w:r>
      <w:r>
        <w:rPr>
          <w:rStyle w:val="Gl"/>
        </w:rPr>
        <w:t>Enerji Yönetimi</w:t>
      </w:r>
      <w:r>
        <w:t xml:space="preserve">, </w:t>
      </w:r>
      <w:r>
        <w:rPr>
          <w:rStyle w:val="Gl"/>
        </w:rPr>
        <w:t>İnsan Kaynakları</w:t>
      </w:r>
      <w:r>
        <w:t xml:space="preserve">, </w:t>
      </w:r>
      <w:r>
        <w:rPr>
          <w:rStyle w:val="Gl"/>
        </w:rPr>
        <w:t>İş Sağlığı ve Güvenliği</w:t>
      </w:r>
      <w:r>
        <w:t xml:space="preserve">, </w:t>
      </w:r>
      <w:r>
        <w:rPr>
          <w:rStyle w:val="Gl"/>
        </w:rPr>
        <w:t>Kalite Güvence</w:t>
      </w:r>
      <w:r>
        <w:t xml:space="preserve">, </w:t>
      </w:r>
      <w:r>
        <w:rPr>
          <w:rStyle w:val="Gl"/>
        </w:rPr>
        <w:t>Kişisel Verilerin Korunması ve İşlenmesi</w:t>
      </w:r>
      <w:r>
        <w:t xml:space="preserve">, </w:t>
      </w:r>
      <w:r>
        <w:rPr>
          <w:rStyle w:val="Gl"/>
        </w:rPr>
        <w:t>Kurumsal İletişim</w:t>
      </w:r>
      <w:r>
        <w:t xml:space="preserve"> ve </w:t>
      </w:r>
      <w:r>
        <w:rPr>
          <w:rStyle w:val="Gl"/>
        </w:rPr>
        <w:t>Kurumsal Veri Yönetimi Politikası Hedefleri</w:t>
      </w:r>
      <w:r>
        <w:t xml:space="preserve"> birimin tüm faaliyetleri için temel referans dokümanlar olarak dikkate alınmaktadır.</w:t>
      </w:r>
    </w:p>
    <w:p w14:paraId="32F9CF17" w14:textId="77777777" w:rsidR="00E24BA4" w:rsidRDefault="00E24BA4" w:rsidP="00E24BA4">
      <w:pPr>
        <w:pStyle w:val="2BALIK"/>
      </w:pPr>
      <w:r>
        <w:t>Birim, eğitim-öğretim, araştırma-geliştirme, toplumsal katkı ve kurumsal kapasite alanlarındaki amaç ve hedeflerini bu politika belgeleriyle ilişkilendirerek planlamakta; şeffaflık, hesap verebilirlik, etik ilkelere bağlılık, bilgi güvenliği, sürdürülebilirlik ve dijitalleşme gibi yatay politika önceliklerini tüm süreçlerinde gözetmektedir.</w:t>
      </w:r>
    </w:p>
    <w:p w14:paraId="348A8471" w14:textId="77777777" w:rsidR="00E24BA4" w:rsidRDefault="00E24BA4" w:rsidP="00E24BA4">
      <w:pPr>
        <w:pStyle w:val="2BALIK"/>
      </w:pPr>
    </w:p>
    <w:p w14:paraId="4107A9C9" w14:textId="77777777" w:rsidR="00E24BA4" w:rsidRPr="000C0E61" w:rsidRDefault="00E24BA4" w:rsidP="00E24BA4">
      <w:pPr>
        <w:pStyle w:val="Stil2"/>
        <w:ind w:left="567" w:firstLine="0"/>
      </w:pPr>
      <w:bookmarkStart w:id="50" w:name="_Toc153118731"/>
      <w:bookmarkStart w:id="51" w:name="_Toc153376773"/>
      <w:bookmarkStart w:id="52" w:name="_Toc217311515"/>
      <w:r>
        <w:t>B.İdarenin</w:t>
      </w:r>
      <w:r w:rsidRPr="000C0E61">
        <w:t xml:space="preserve"> </w:t>
      </w:r>
      <w:bookmarkStart w:id="53" w:name="_Hlk186025666"/>
      <w:r w:rsidRPr="000C0E61">
        <w:t>Stratejik Plan</w:t>
      </w:r>
      <w:r>
        <w:t xml:space="preserve">ında Yer Alan </w:t>
      </w:r>
      <w:r w:rsidRPr="000C0E61">
        <w:t>Amaç ve Hedefler</w:t>
      </w:r>
      <w:bookmarkEnd w:id="50"/>
      <w:bookmarkEnd w:id="51"/>
      <w:bookmarkEnd w:id="52"/>
    </w:p>
    <w:p w14:paraId="5E09497A" w14:textId="1B59BC12" w:rsidR="00E24BA4" w:rsidRDefault="00E24BA4" w:rsidP="00E24BA4">
      <w:pPr>
        <w:pStyle w:val="2BALIK"/>
      </w:pPr>
      <w:bookmarkStart w:id="54" w:name="_Hlk186025673"/>
      <w:bookmarkEnd w:id="53"/>
      <w:r w:rsidRPr="007706F9">
        <w:t>Birim faaliyetleri, Üniversitenin stratejik planında yer alan amaç ve hedeflerle uyumlu olacak şekilde yürütülmektedir</w:t>
      </w:r>
      <w:r>
        <w:t xml:space="preserve">. </w:t>
      </w:r>
      <w:r w:rsidR="005F1BC1" w:rsidRPr="005F1BC1">
        <w:t>Kale Turizm ve Otel İşletmeciliği Meslek Yüksekokulu’nun stratejik amaçları, Malatya Turgut Özal Üniversitesi Stratejik Planı ile uyumlu şekilde belirlenmiştir. Bu amaçlar, birimin eğitim-öğretim kalitesini artırmayı, sektörel iş birliklerini güçlendirmeyi, toplumsal katkı faaliyetlerini yaygınlaştırmayı ve kalite güvence kültürünü sürekli hale getirmeyi hedeflemektedir. Stratejik amaç ve hedefler belirlenirken, iç ve dış paydaş görüşleri dikkate alınmış; öğrenci temsilcilerinin, öğretim elemanlarının ve sektör danışma kurulu üyelerinin katkılarıyla bi</w:t>
      </w:r>
      <w:r w:rsidR="005F1BC1">
        <w:t>rim öncelikleri oluşturulmuştur.</w:t>
      </w:r>
    </w:p>
    <w:p w14:paraId="28EEB9BF" w14:textId="77777777" w:rsidR="00E24BA4" w:rsidRDefault="00E24BA4" w:rsidP="00E24BA4">
      <w:bookmarkStart w:id="55" w:name="_Toc153118733"/>
      <w:bookmarkStart w:id="56" w:name="_Toc153376775"/>
      <w:bookmarkEnd w:id="54"/>
      <w:r>
        <w:t>Birimin Sorumlu Olduğu veya İşbirliği Dahilinde Katkı Sağladığı Hedefler</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7"/>
        <w:gridCol w:w="6550"/>
      </w:tblGrid>
      <w:tr w:rsidR="00E24BA4" w:rsidRPr="00211459" w14:paraId="443FC8B8" w14:textId="77777777" w:rsidTr="009D611D">
        <w:trPr>
          <w:tblHeader/>
          <w:tblCellSpacing w:w="15" w:type="dxa"/>
        </w:trPr>
        <w:tc>
          <w:tcPr>
            <w:tcW w:w="0" w:type="auto"/>
            <w:shd w:val="clear" w:color="auto" w:fill="B99C71"/>
            <w:vAlign w:val="center"/>
            <w:hideMark/>
          </w:tcPr>
          <w:p w14:paraId="69589EF0" w14:textId="77777777" w:rsidR="00E24BA4" w:rsidRPr="00211459" w:rsidRDefault="00E24BA4" w:rsidP="009D611D">
            <w:pPr>
              <w:pStyle w:val="Stil4"/>
              <w:rPr>
                <w:rFonts w:eastAsia="Times New Roman"/>
                <w:lang w:eastAsia="tr-TR"/>
              </w:rPr>
            </w:pPr>
            <w:r>
              <w:rPr>
                <w:rFonts w:eastAsia="Times New Roman"/>
                <w:lang w:eastAsia="tr-TR"/>
              </w:rPr>
              <w:t>Stratejik Amaç</w:t>
            </w:r>
          </w:p>
        </w:tc>
        <w:tc>
          <w:tcPr>
            <w:tcW w:w="6505" w:type="dxa"/>
            <w:shd w:val="clear" w:color="auto" w:fill="B99C71"/>
            <w:vAlign w:val="center"/>
            <w:hideMark/>
          </w:tcPr>
          <w:p w14:paraId="07D65321" w14:textId="77777777" w:rsidR="00E24BA4" w:rsidRPr="00211459" w:rsidRDefault="00E24BA4" w:rsidP="009D611D">
            <w:pPr>
              <w:pStyle w:val="Stil4"/>
              <w:rPr>
                <w:rFonts w:eastAsia="Times New Roman"/>
                <w:lang w:eastAsia="tr-TR"/>
              </w:rPr>
            </w:pPr>
            <w:r>
              <w:rPr>
                <w:rFonts w:eastAsia="Times New Roman"/>
                <w:lang w:eastAsia="tr-TR"/>
              </w:rPr>
              <w:t>Stratejik Hedef</w:t>
            </w:r>
          </w:p>
        </w:tc>
      </w:tr>
      <w:tr w:rsidR="005F1BC1" w:rsidRPr="00211459" w14:paraId="785687C8" w14:textId="77777777" w:rsidTr="009D611D">
        <w:trPr>
          <w:tblCellSpacing w:w="15" w:type="dxa"/>
        </w:trPr>
        <w:tc>
          <w:tcPr>
            <w:tcW w:w="0" w:type="auto"/>
            <w:vAlign w:val="center"/>
          </w:tcPr>
          <w:p w14:paraId="5E04095E" w14:textId="6C5B1476" w:rsidR="005F1BC1" w:rsidRPr="00211459" w:rsidRDefault="005F1BC1" w:rsidP="005F1BC1">
            <w:pPr>
              <w:pStyle w:val="Stil4"/>
              <w:rPr>
                <w:rFonts w:eastAsia="Times New Roman"/>
                <w:lang w:eastAsia="tr-TR"/>
              </w:rPr>
            </w:pPr>
            <w:r w:rsidRPr="00C64973">
              <w:rPr>
                <w:rFonts w:eastAsia="Times New Roman"/>
                <w:b w:val="0"/>
                <w:bCs/>
                <w:lang w:val="en-US" w:eastAsia="tr-TR"/>
              </w:rPr>
              <w:t>Eğitim-öğretim kalitesini artirmak ve öğrenci başarisini yükseltmek</w:t>
            </w:r>
          </w:p>
        </w:tc>
        <w:tc>
          <w:tcPr>
            <w:tcW w:w="6505" w:type="dxa"/>
            <w:vAlign w:val="center"/>
          </w:tcPr>
          <w:p w14:paraId="5BE842C6" w14:textId="30764F45" w:rsidR="005F1BC1" w:rsidRPr="00211459" w:rsidRDefault="00876B8A" w:rsidP="000B1CF6">
            <w:pPr>
              <w:pStyle w:val="Stil4"/>
              <w:rPr>
                <w:rFonts w:eastAsia="Times New Roman"/>
                <w:lang w:eastAsia="tr-TR"/>
              </w:rPr>
            </w:pPr>
            <w:r w:rsidRPr="00C64973">
              <w:rPr>
                <w:rFonts w:eastAsia="Times New Roman"/>
                <w:b w:val="0"/>
                <w:bCs/>
                <w:lang w:val="en-US" w:eastAsia="tr-TR"/>
              </w:rPr>
              <w:t>Uygulama temelli derslerin oran</w:t>
            </w:r>
            <w:r w:rsidR="000B1CF6">
              <w:rPr>
                <w:rFonts w:eastAsia="Times New Roman"/>
                <w:b w:val="0"/>
                <w:bCs/>
                <w:lang w:val="en-US" w:eastAsia="tr-TR"/>
              </w:rPr>
              <w:t xml:space="preserve">ını artırmak, </w:t>
            </w:r>
            <w:r w:rsidRPr="00C64973">
              <w:rPr>
                <w:rFonts w:eastAsia="Times New Roman"/>
                <w:b w:val="0"/>
                <w:bCs/>
                <w:lang w:val="en-US" w:eastAsia="tr-TR"/>
              </w:rPr>
              <w:t>sektörle iş birliği içinde yürütülen eğitim faaliyetlerini geliştirmek</w:t>
            </w:r>
          </w:p>
        </w:tc>
      </w:tr>
      <w:tr w:rsidR="005F1BC1" w:rsidRPr="00211459" w14:paraId="22881A66" w14:textId="77777777" w:rsidTr="009D611D">
        <w:trPr>
          <w:tblCellSpacing w:w="15" w:type="dxa"/>
        </w:trPr>
        <w:tc>
          <w:tcPr>
            <w:tcW w:w="0" w:type="auto"/>
            <w:vAlign w:val="center"/>
          </w:tcPr>
          <w:p w14:paraId="4DF28BC0" w14:textId="035BC491" w:rsidR="005F1BC1" w:rsidRPr="00211459" w:rsidRDefault="005F1BC1" w:rsidP="006C6A02">
            <w:pPr>
              <w:pStyle w:val="Stil4"/>
              <w:rPr>
                <w:rFonts w:eastAsia="Times New Roman"/>
                <w:lang w:eastAsia="tr-TR"/>
              </w:rPr>
            </w:pPr>
            <w:r w:rsidRPr="00C64973">
              <w:rPr>
                <w:rFonts w:eastAsia="Times New Roman"/>
                <w:b w:val="0"/>
                <w:bCs/>
                <w:lang w:val="en-US" w:eastAsia="tr-TR"/>
              </w:rPr>
              <w:t>Nitelikli ve donan</w:t>
            </w:r>
            <w:r w:rsidR="006C6A02">
              <w:rPr>
                <w:rFonts w:eastAsia="Times New Roman"/>
                <w:b w:val="0"/>
                <w:bCs/>
                <w:lang w:val="en-US" w:eastAsia="tr-TR"/>
              </w:rPr>
              <w:t>ımlı insan kaynağı</w:t>
            </w:r>
            <w:r w:rsidRPr="00C64973">
              <w:rPr>
                <w:rFonts w:eastAsia="Times New Roman"/>
                <w:b w:val="0"/>
                <w:bCs/>
                <w:lang w:val="en-US" w:eastAsia="tr-TR"/>
              </w:rPr>
              <w:t xml:space="preserve"> yetiştirmek</w:t>
            </w:r>
          </w:p>
        </w:tc>
        <w:tc>
          <w:tcPr>
            <w:tcW w:w="6505" w:type="dxa"/>
            <w:vAlign w:val="center"/>
          </w:tcPr>
          <w:p w14:paraId="6CE8300B" w14:textId="1267ACD3" w:rsidR="005F1BC1" w:rsidRPr="00211459" w:rsidRDefault="005F1BC1" w:rsidP="005F1BC1">
            <w:pPr>
              <w:pStyle w:val="Stil4"/>
              <w:rPr>
                <w:rFonts w:eastAsia="Times New Roman"/>
                <w:lang w:eastAsia="tr-TR"/>
              </w:rPr>
            </w:pPr>
            <w:r w:rsidRPr="00C64973">
              <w:rPr>
                <w:rFonts w:eastAsia="Times New Roman"/>
                <w:b w:val="0"/>
                <w:bCs/>
                <w:lang w:val="en-US" w:eastAsia="tr-TR"/>
              </w:rPr>
              <w:t>Öğrencil</w:t>
            </w:r>
            <w:r w:rsidR="004552B6">
              <w:rPr>
                <w:rFonts w:eastAsia="Times New Roman"/>
                <w:b w:val="0"/>
                <w:bCs/>
                <w:lang w:val="en-US" w:eastAsia="tr-TR"/>
              </w:rPr>
              <w:t>erin mesleki, dijital ve yabancı</w:t>
            </w:r>
            <w:r w:rsidRPr="00C64973">
              <w:rPr>
                <w:rFonts w:eastAsia="Times New Roman"/>
                <w:b w:val="0"/>
                <w:bCs/>
                <w:lang w:val="en-US" w:eastAsia="tr-TR"/>
              </w:rPr>
              <w:t xml:space="preserve"> dil yeterliliklerini geliştirmeye yön</w:t>
            </w:r>
            <w:r w:rsidR="004552B6">
              <w:rPr>
                <w:rFonts w:eastAsia="Times New Roman"/>
                <w:b w:val="0"/>
                <w:bCs/>
                <w:lang w:val="en-US" w:eastAsia="tr-TR"/>
              </w:rPr>
              <w:t>elik eğitim ve etkinlikleri artı</w:t>
            </w:r>
            <w:r w:rsidRPr="00C64973">
              <w:rPr>
                <w:rFonts w:eastAsia="Times New Roman"/>
                <w:b w:val="0"/>
                <w:bCs/>
                <w:lang w:val="en-US" w:eastAsia="tr-TR"/>
              </w:rPr>
              <w:t>rmak</w:t>
            </w:r>
          </w:p>
        </w:tc>
      </w:tr>
      <w:tr w:rsidR="005F1BC1" w:rsidRPr="00211459" w14:paraId="14A05AC1" w14:textId="77777777" w:rsidTr="009D611D">
        <w:trPr>
          <w:tblCellSpacing w:w="15" w:type="dxa"/>
        </w:trPr>
        <w:tc>
          <w:tcPr>
            <w:tcW w:w="0" w:type="auto"/>
            <w:vAlign w:val="center"/>
          </w:tcPr>
          <w:p w14:paraId="2711E317" w14:textId="1FE5E989" w:rsidR="005F1BC1" w:rsidRPr="00211459" w:rsidRDefault="005F1BC1" w:rsidP="005F1BC1">
            <w:pPr>
              <w:pStyle w:val="Stil4"/>
              <w:rPr>
                <w:rFonts w:eastAsia="Times New Roman"/>
                <w:lang w:eastAsia="tr-TR"/>
              </w:rPr>
            </w:pPr>
            <w:r w:rsidRPr="00C64973">
              <w:rPr>
                <w:rFonts w:eastAsia="Times New Roman"/>
                <w:b w:val="0"/>
                <w:bCs/>
                <w:lang w:val="en-US" w:eastAsia="tr-TR"/>
              </w:rPr>
              <w:t>Akademik ve idari personelin kurumsal gelişimini desteklemek</w:t>
            </w:r>
          </w:p>
        </w:tc>
        <w:tc>
          <w:tcPr>
            <w:tcW w:w="6505" w:type="dxa"/>
            <w:vAlign w:val="center"/>
          </w:tcPr>
          <w:p w14:paraId="74419FE7" w14:textId="6ED7AEF9" w:rsidR="005F1BC1" w:rsidRPr="00211459" w:rsidRDefault="005F1BC1" w:rsidP="004552B6">
            <w:pPr>
              <w:pStyle w:val="Stil4"/>
              <w:rPr>
                <w:rFonts w:eastAsia="Times New Roman"/>
                <w:lang w:eastAsia="tr-TR"/>
              </w:rPr>
            </w:pPr>
            <w:r w:rsidRPr="00C64973">
              <w:rPr>
                <w:rFonts w:eastAsia="Times New Roman"/>
                <w:b w:val="0"/>
                <w:bCs/>
                <w:lang w:val="en-US" w:eastAsia="tr-TR"/>
              </w:rPr>
              <w:t>Personelin hizmet i</w:t>
            </w:r>
            <w:r w:rsidR="004552B6">
              <w:rPr>
                <w:rFonts w:eastAsia="Times New Roman"/>
                <w:b w:val="0"/>
                <w:bCs/>
                <w:lang w:val="en-US" w:eastAsia="tr-TR"/>
              </w:rPr>
              <w:t>çi eğitim, sertifika programları</w:t>
            </w:r>
            <w:r w:rsidRPr="00C64973">
              <w:rPr>
                <w:rFonts w:eastAsia="Times New Roman"/>
                <w:b w:val="0"/>
                <w:bCs/>
                <w:lang w:val="en-US" w:eastAsia="tr-TR"/>
              </w:rPr>
              <w:t xml:space="preserve"> ve akademik gelişim faaliyetlerine kat</w:t>
            </w:r>
            <w:r w:rsidR="004552B6">
              <w:rPr>
                <w:rFonts w:eastAsia="Times New Roman"/>
                <w:b w:val="0"/>
                <w:bCs/>
                <w:lang w:val="en-US" w:eastAsia="tr-TR"/>
              </w:rPr>
              <w:t xml:space="preserve">ılımını </w:t>
            </w:r>
            <w:r w:rsidRPr="00C64973">
              <w:rPr>
                <w:rFonts w:eastAsia="Times New Roman"/>
                <w:b w:val="0"/>
                <w:bCs/>
                <w:lang w:val="en-US" w:eastAsia="tr-TR"/>
              </w:rPr>
              <w:t>teşvik etmek</w:t>
            </w:r>
          </w:p>
        </w:tc>
      </w:tr>
      <w:tr w:rsidR="005F1BC1" w:rsidRPr="00211459" w14:paraId="13D478D2" w14:textId="77777777" w:rsidTr="009D611D">
        <w:trPr>
          <w:tblCellSpacing w:w="15" w:type="dxa"/>
        </w:trPr>
        <w:tc>
          <w:tcPr>
            <w:tcW w:w="0" w:type="auto"/>
            <w:vAlign w:val="center"/>
          </w:tcPr>
          <w:p w14:paraId="0C1C2C32" w14:textId="78D7F554" w:rsidR="005F1BC1" w:rsidRPr="00211459" w:rsidRDefault="006C6A02" w:rsidP="005F1BC1">
            <w:pPr>
              <w:pStyle w:val="Stil4"/>
              <w:rPr>
                <w:rFonts w:eastAsia="Times New Roman"/>
                <w:lang w:eastAsia="tr-TR"/>
              </w:rPr>
            </w:pPr>
            <w:r>
              <w:rPr>
                <w:rFonts w:eastAsia="Times New Roman"/>
                <w:b w:val="0"/>
                <w:bCs/>
                <w:lang w:val="en-US" w:eastAsia="tr-TR"/>
              </w:rPr>
              <w:t>Araştı</w:t>
            </w:r>
            <w:r w:rsidR="005F1BC1" w:rsidRPr="00C64973">
              <w:rPr>
                <w:rFonts w:eastAsia="Times New Roman"/>
                <w:b w:val="0"/>
                <w:bCs/>
                <w:lang w:val="en-US" w:eastAsia="tr-TR"/>
              </w:rPr>
              <w:t>rma ve uygulama faaliyetlerini güçlendirmek</w:t>
            </w:r>
          </w:p>
        </w:tc>
        <w:tc>
          <w:tcPr>
            <w:tcW w:w="6505" w:type="dxa"/>
            <w:vAlign w:val="center"/>
          </w:tcPr>
          <w:p w14:paraId="2FD830CA" w14:textId="3464F403" w:rsidR="005F1BC1" w:rsidRPr="00211459" w:rsidRDefault="005F1BC1" w:rsidP="004552B6">
            <w:pPr>
              <w:pStyle w:val="Stil4"/>
              <w:rPr>
                <w:rFonts w:eastAsia="Times New Roman"/>
                <w:lang w:eastAsia="tr-TR"/>
              </w:rPr>
            </w:pPr>
            <w:r w:rsidRPr="00C64973">
              <w:rPr>
                <w:rFonts w:eastAsia="Times New Roman"/>
                <w:b w:val="0"/>
                <w:bCs/>
                <w:lang w:val="en-US" w:eastAsia="tr-TR"/>
              </w:rPr>
              <w:t>Turizm ve gastronomi alanlar</w:t>
            </w:r>
            <w:r w:rsidR="004552B6">
              <w:rPr>
                <w:rFonts w:eastAsia="Times New Roman"/>
                <w:b w:val="0"/>
                <w:bCs/>
                <w:lang w:val="en-US" w:eastAsia="tr-TR"/>
              </w:rPr>
              <w:t>ı</w:t>
            </w:r>
            <w:r w:rsidRPr="00C64973">
              <w:rPr>
                <w:rFonts w:eastAsia="Times New Roman"/>
                <w:b w:val="0"/>
                <w:bCs/>
                <w:lang w:val="en-US" w:eastAsia="tr-TR"/>
              </w:rPr>
              <w:t>nda uygulamaya ve bölgesel ihtiyaçlara yönelik proje ve araşt</w:t>
            </w:r>
            <w:r w:rsidR="004552B6">
              <w:rPr>
                <w:rFonts w:eastAsia="Times New Roman"/>
                <w:b w:val="0"/>
                <w:bCs/>
                <w:lang w:val="en-US" w:eastAsia="tr-TR"/>
              </w:rPr>
              <w:t>ı</w:t>
            </w:r>
            <w:r w:rsidRPr="00C64973">
              <w:rPr>
                <w:rFonts w:eastAsia="Times New Roman"/>
                <w:b w:val="0"/>
                <w:bCs/>
                <w:lang w:val="en-US" w:eastAsia="tr-TR"/>
              </w:rPr>
              <w:t>rma say</w:t>
            </w:r>
            <w:r w:rsidR="004552B6">
              <w:rPr>
                <w:rFonts w:eastAsia="Times New Roman"/>
                <w:b w:val="0"/>
                <w:bCs/>
                <w:lang w:val="en-US" w:eastAsia="tr-TR"/>
              </w:rPr>
              <w:t xml:space="preserve">ısını </w:t>
            </w:r>
            <w:r w:rsidRPr="00C64973">
              <w:rPr>
                <w:rFonts w:eastAsia="Times New Roman"/>
                <w:b w:val="0"/>
                <w:bCs/>
                <w:lang w:val="en-US" w:eastAsia="tr-TR"/>
              </w:rPr>
              <w:t>art</w:t>
            </w:r>
            <w:r w:rsidR="004552B6">
              <w:rPr>
                <w:rFonts w:eastAsia="Times New Roman"/>
                <w:b w:val="0"/>
                <w:bCs/>
                <w:lang w:val="en-US" w:eastAsia="tr-TR"/>
              </w:rPr>
              <w:t>ı</w:t>
            </w:r>
            <w:r w:rsidRPr="00C64973">
              <w:rPr>
                <w:rFonts w:eastAsia="Times New Roman"/>
                <w:b w:val="0"/>
                <w:bCs/>
                <w:lang w:val="en-US" w:eastAsia="tr-TR"/>
              </w:rPr>
              <w:t>rmak</w:t>
            </w:r>
          </w:p>
        </w:tc>
      </w:tr>
      <w:tr w:rsidR="005F1BC1" w:rsidRPr="00211459" w14:paraId="7BA8DF63" w14:textId="77777777" w:rsidTr="009D611D">
        <w:trPr>
          <w:tblCellSpacing w:w="15" w:type="dxa"/>
        </w:trPr>
        <w:tc>
          <w:tcPr>
            <w:tcW w:w="0" w:type="auto"/>
            <w:vAlign w:val="center"/>
          </w:tcPr>
          <w:p w14:paraId="527F0D80" w14:textId="52AA8C05" w:rsidR="005F1BC1" w:rsidRPr="00211459" w:rsidRDefault="005F1BC1" w:rsidP="005F1BC1">
            <w:pPr>
              <w:pStyle w:val="Stil4"/>
              <w:rPr>
                <w:rFonts w:eastAsia="Times New Roman"/>
                <w:lang w:eastAsia="tr-TR"/>
              </w:rPr>
            </w:pPr>
            <w:r w:rsidRPr="00C64973">
              <w:rPr>
                <w:rFonts w:eastAsia="Times New Roman"/>
                <w:b w:val="0"/>
                <w:bCs/>
                <w:lang w:val="en-US" w:eastAsia="tr-TR"/>
              </w:rPr>
              <w:t>Sürdürülebilirlik ve kalite güvence sistemini güçlendirmek</w:t>
            </w:r>
          </w:p>
        </w:tc>
        <w:tc>
          <w:tcPr>
            <w:tcW w:w="6505" w:type="dxa"/>
            <w:vAlign w:val="center"/>
          </w:tcPr>
          <w:p w14:paraId="6F35BD37" w14:textId="1F614917" w:rsidR="005F1BC1" w:rsidRPr="00211459" w:rsidRDefault="005F1BC1" w:rsidP="004552B6">
            <w:pPr>
              <w:pStyle w:val="Stil4"/>
              <w:rPr>
                <w:rFonts w:eastAsia="Times New Roman"/>
                <w:lang w:eastAsia="tr-TR"/>
              </w:rPr>
            </w:pPr>
            <w:r w:rsidRPr="00C64973">
              <w:rPr>
                <w:rFonts w:eastAsia="Times New Roman"/>
                <w:b w:val="0"/>
                <w:bCs/>
                <w:lang w:val="en-US" w:eastAsia="tr-TR"/>
              </w:rPr>
              <w:t>Kalite güvence süreçlerini etkinleştirerek sürekli iyileştirme mekanizmalar</w:t>
            </w:r>
            <w:r w:rsidR="004552B6">
              <w:rPr>
                <w:rFonts w:eastAsia="Times New Roman"/>
                <w:b w:val="0"/>
                <w:bCs/>
                <w:lang w:val="en-US" w:eastAsia="tr-TR"/>
              </w:rPr>
              <w:t xml:space="preserve">ını </w:t>
            </w:r>
            <w:r w:rsidRPr="00C64973">
              <w:rPr>
                <w:rFonts w:eastAsia="Times New Roman"/>
                <w:b w:val="0"/>
                <w:bCs/>
                <w:lang w:val="en-US" w:eastAsia="tr-TR"/>
              </w:rPr>
              <w:t>geliştirmek</w:t>
            </w:r>
          </w:p>
        </w:tc>
      </w:tr>
      <w:tr w:rsidR="005F1BC1" w:rsidRPr="00211459" w14:paraId="2FF70804" w14:textId="77777777" w:rsidTr="009D611D">
        <w:trPr>
          <w:tblCellSpacing w:w="15" w:type="dxa"/>
        </w:trPr>
        <w:tc>
          <w:tcPr>
            <w:tcW w:w="0" w:type="auto"/>
            <w:vAlign w:val="center"/>
          </w:tcPr>
          <w:p w14:paraId="2AA40C67" w14:textId="41068CD5" w:rsidR="005F1BC1" w:rsidRPr="00211459" w:rsidRDefault="005F1BC1" w:rsidP="00E236C1">
            <w:pPr>
              <w:pStyle w:val="Stil4"/>
              <w:rPr>
                <w:rFonts w:eastAsia="Times New Roman"/>
                <w:lang w:eastAsia="tr-TR"/>
              </w:rPr>
            </w:pPr>
            <w:r w:rsidRPr="00C64973">
              <w:rPr>
                <w:rFonts w:eastAsia="Times New Roman"/>
                <w:b w:val="0"/>
                <w:bCs/>
                <w:lang w:val="en-US" w:eastAsia="tr-TR"/>
              </w:rPr>
              <w:t>Dijitalleşme ve yenilikçi eğitim uygulamalar</w:t>
            </w:r>
            <w:r w:rsidR="00E236C1">
              <w:rPr>
                <w:rFonts w:eastAsia="Times New Roman"/>
                <w:b w:val="0"/>
                <w:bCs/>
                <w:lang w:val="en-US" w:eastAsia="tr-TR"/>
              </w:rPr>
              <w:t xml:space="preserve">ını </w:t>
            </w:r>
            <w:r w:rsidRPr="00C64973">
              <w:rPr>
                <w:rFonts w:eastAsia="Times New Roman"/>
                <w:b w:val="0"/>
                <w:bCs/>
                <w:lang w:val="en-US" w:eastAsia="tr-TR"/>
              </w:rPr>
              <w:t>yayg</w:t>
            </w:r>
            <w:r w:rsidR="00E236C1">
              <w:rPr>
                <w:rFonts w:eastAsia="Times New Roman"/>
                <w:b w:val="0"/>
                <w:bCs/>
                <w:lang w:val="en-US" w:eastAsia="tr-TR"/>
              </w:rPr>
              <w:t>ınlaştırmak.</w:t>
            </w:r>
          </w:p>
        </w:tc>
        <w:tc>
          <w:tcPr>
            <w:tcW w:w="6505" w:type="dxa"/>
            <w:vAlign w:val="center"/>
          </w:tcPr>
          <w:p w14:paraId="727C91EC" w14:textId="6D20F962" w:rsidR="005F1BC1" w:rsidRPr="00211459" w:rsidRDefault="005F1BC1" w:rsidP="004552B6">
            <w:pPr>
              <w:pStyle w:val="Stil4"/>
              <w:rPr>
                <w:rFonts w:eastAsia="Times New Roman"/>
                <w:lang w:eastAsia="tr-TR"/>
              </w:rPr>
            </w:pPr>
            <w:r w:rsidRPr="00C64973">
              <w:rPr>
                <w:rFonts w:eastAsia="Times New Roman"/>
                <w:b w:val="0"/>
                <w:bCs/>
                <w:lang w:val="en-US" w:eastAsia="tr-TR"/>
              </w:rPr>
              <w:t>Dijital eğitim materyallerinin kullan</w:t>
            </w:r>
            <w:r w:rsidR="004552B6">
              <w:rPr>
                <w:rFonts w:eastAsia="Times New Roman"/>
                <w:b w:val="0"/>
                <w:bCs/>
                <w:lang w:val="en-US" w:eastAsia="tr-TR"/>
              </w:rPr>
              <w:t xml:space="preserve">ımını </w:t>
            </w:r>
            <w:r w:rsidRPr="00C64973">
              <w:rPr>
                <w:rFonts w:eastAsia="Times New Roman"/>
                <w:b w:val="0"/>
                <w:bCs/>
                <w:lang w:val="en-US" w:eastAsia="tr-TR"/>
              </w:rPr>
              <w:t>art</w:t>
            </w:r>
            <w:r w:rsidR="004552B6">
              <w:rPr>
                <w:rFonts w:eastAsia="Times New Roman"/>
                <w:b w:val="0"/>
                <w:bCs/>
                <w:lang w:val="en-US" w:eastAsia="tr-TR"/>
              </w:rPr>
              <w:t>ı</w:t>
            </w:r>
            <w:r w:rsidRPr="00C64973">
              <w:rPr>
                <w:rFonts w:eastAsia="Times New Roman"/>
                <w:b w:val="0"/>
                <w:bCs/>
                <w:lang w:val="en-US" w:eastAsia="tr-TR"/>
              </w:rPr>
              <w:t>rmak ve çevrimiçi/hibrit öğrenme ortamlar</w:t>
            </w:r>
            <w:r w:rsidR="004552B6">
              <w:rPr>
                <w:rFonts w:eastAsia="Times New Roman"/>
                <w:b w:val="0"/>
                <w:bCs/>
                <w:lang w:val="en-US" w:eastAsia="tr-TR"/>
              </w:rPr>
              <w:t xml:space="preserve">ını </w:t>
            </w:r>
            <w:r w:rsidRPr="00C64973">
              <w:rPr>
                <w:rFonts w:eastAsia="Times New Roman"/>
                <w:b w:val="0"/>
                <w:bCs/>
                <w:lang w:val="en-US" w:eastAsia="tr-TR"/>
              </w:rPr>
              <w:t>geliştirmek</w:t>
            </w:r>
          </w:p>
        </w:tc>
      </w:tr>
      <w:tr w:rsidR="005F1BC1" w:rsidRPr="00211459" w14:paraId="09BBBA62" w14:textId="77777777" w:rsidTr="009D611D">
        <w:trPr>
          <w:tblCellSpacing w:w="15" w:type="dxa"/>
        </w:trPr>
        <w:tc>
          <w:tcPr>
            <w:tcW w:w="0" w:type="auto"/>
            <w:vAlign w:val="center"/>
          </w:tcPr>
          <w:p w14:paraId="32FB4FE7" w14:textId="651626EA" w:rsidR="005F1BC1" w:rsidRPr="00211459" w:rsidRDefault="005F1BC1" w:rsidP="00E236C1">
            <w:pPr>
              <w:pStyle w:val="Stil4"/>
              <w:rPr>
                <w:rFonts w:eastAsia="Times New Roman"/>
                <w:lang w:eastAsia="tr-TR"/>
              </w:rPr>
            </w:pPr>
            <w:r w:rsidRPr="00C64973">
              <w:rPr>
                <w:rFonts w:eastAsia="Times New Roman"/>
                <w:b w:val="0"/>
                <w:bCs/>
                <w:lang w:val="en-US" w:eastAsia="tr-TR"/>
              </w:rPr>
              <w:t>Toplumsal katk</w:t>
            </w:r>
            <w:r w:rsidR="00E236C1">
              <w:rPr>
                <w:rFonts w:eastAsia="Times New Roman"/>
                <w:b w:val="0"/>
                <w:bCs/>
                <w:lang w:val="en-US" w:eastAsia="tr-TR"/>
              </w:rPr>
              <w:t xml:space="preserve">ıya </w:t>
            </w:r>
            <w:r w:rsidRPr="00C64973">
              <w:rPr>
                <w:rFonts w:eastAsia="Times New Roman"/>
                <w:b w:val="0"/>
                <w:bCs/>
                <w:lang w:val="en-US" w:eastAsia="tr-TR"/>
              </w:rPr>
              <w:t>ve bölgesel kalk</w:t>
            </w:r>
            <w:r w:rsidR="00E236C1">
              <w:rPr>
                <w:rFonts w:eastAsia="Times New Roman"/>
                <w:b w:val="0"/>
                <w:bCs/>
                <w:lang w:val="en-US" w:eastAsia="tr-TR"/>
              </w:rPr>
              <w:t>ınmaya desteği artı</w:t>
            </w:r>
            <w:r w:rsidRPr="00C64973">
              <w:rPr>
                <w:rFonts w:eastAsia="Times New Roman"/>
                <w:b w:val="0"/>
                <w:bCs/>
                <w:lang w:val="en-US" w:eastAsia="tr-TR"/>
              </w:rPr>
              <w:t>rmak</w:t>
            </w:r>
          </w:p>
        </w:tc>
        <w:tc>
          <w:tcPr>
            <w:tcW w:w="6505" w:type="dxa"/>
            <w:vAlign w:val="center"/>
          </w:tcPr>
          <w:p w14:paraId="6E353193" w14:textId="4A9C684B" w:rsidR="005F1BC1" w:rsidRPr="00211459" w:rsidRDefault="005F1BC1" w:rsidP="005F1BC1">
            <w:pPr>
              <w:pStyle w:val="Stil4"/>
              <w:rPr>
                <w:rFonts w:eastAsia="Times New Roman"/>
                <w:lang w:eastAsia="tr-TR"/>
              </w:rPr>
            </w:pPr>
            <w:r w:rsidRPr="00C64973">
              <w:rPr>
                <w:rFonts w:eastAsia="Times New Roman"/>
                <w:b w:val="0"/>
                <w:bCs/>
                <w:lang w:val="en-US" w:eastAsia="tr-TR"/>
              </w:rPr>
              <w:t>Yerel paydaşlarla iş birliği içinde sosyal sorumluluk, kültürel ve mesleki projeler yürütmek</w:t>
            </w:r>
          </w:p>
        </w:tc>
      </w:tr>
      <w:tr w:rsidR="005F1BC1" w:rsidRPr="00211459" w14:paraId="30A33D8E" w14:textId="77777777" w:rsidTr="009D611D">
        <w:trPr>
          <w:tblCellSpacing w:w="15" w:type="dxa"/>
        </w:trPr>
        <w:tc>
          <w:tcPr>
            <w:tcW w:w="0" w:type="auto"/>
            <w:vAlign w:val="center"/>
          </w:tcPr>
          <w:p w14:paraId="01E9FD53" w14:textId="0104484B" w:rsidR="005F1BC1" w:rsidRPr="00211459" w:rsidRDefault="00E236C1" w:rsidP="005F1BC1">
            <w:pPr>
              <w:pStyle w:val="Stil4"/>
              <w:rPr>
                <w:rFonts w:eastAsia="Times New Roman"/>
                <w:lang w:eastAsia="tr-TR"/>
              </w:rPr>
            </w:pPr>
            <w:r>
              <w:rPr>
                <w:rFonts w:eastAsia="Times New Roman"/>
                <w:b w:val="0"/>
                <w:bCs/>
                <w:lang w:val="en-US" w:eastAsia="tr-TR"/>
              </w:rPr>
              <w:t>Kurumsal yönetim, şeffaflı</w:t>
            </w:r>
            <w:r w:rsidR="005F1BC1" w:rsidRPr="00C64973">
              <w:rPr>
                <w:rFonts w:eastAsia="Times New Roman"/>
                <w:b w:val="0"/>
                <w:bCs/>
                <w:lang w:val="en-US" w:eastAsia="tr-TR"/>
              </w:rPr>
              <w:t>k ve hesap verebilirliği güçlendirmek</w:t>
            </w:r>
          </w:p>
        </w:tc>
        <w:tc>
          <w:tcPr>
            <w:tcW w:w="6505" w:type="dxa"/>
            <w:vAlign w:val="center"/>
          </w:tcPr>
          <w:p w14:paraId="08A803B7" w14:textId="2B57442C" w:rsidR="005F1BC1" w:rsidRPr="00211459" w:rsidRDefault="005F1BC1" w:rsidP="00326A34">
            <w:pPr>
              <w:pStyle w:val="Stil4"/>
              <w:rPr>
                <w:rFonts w:eastAsia="Times New Roman"/>
                <w:lang w:eastAsia="tr-TR"/>
              </w:rPr>
            </w:pPr>
            <w:r w:rsidRPr="00C64973">
              <w:rPr>
                <w:rFonts w:eastAsia="Times New Roman"/>
                <w:b w:val="0"/>
                <w:bCs/>
                <w:lang w:val="en-US" w:eastAsia="tr-TR"/>
              </w:rPr>
              <w:t>Kat</w:t>
            </w:r>
            <w:r w:rsidR="004552B6">
              <w:rPr>
                <w:rFonts w:eastAsia="Times New Roman"/>
                <w:b w:val="0"/>
                <w:bCs/>
                <w:lang w:val="en-US" w:eastAsia="tr-TR"/>
              </w:rPr>
              <w:t xml:space="preserve">ılımcı </w:t>
            </w:r>
            <w:r w:rsidRPr="00C64973">
              <w:rPr>
                <w:rFonts w:eastAsia="Times New Roman"/>
                <w:b w:val="0"/>
                <w:bCs/>
                <w:lang w:val="en-US" w:eastAsia="tr-TR"/>
              </w:rPr>
              <w:t>yönetim anlay</w:t>
            </w:r>
            <w:r w:rsidR="00326A34">
              <w:rPr>
                <w:rFonts w:eastAsia="Times New Roman"/>
                <w:b w:val="0"/>
                <w:bCs/>
                <w:lang w:val="en-US" w:eastAsia="tr-TR"/>
              </w:rPr>
              <w:t>ışını geliştirmek, iç ve dı</w:t>
            </w:r>
            <w:r w:rsidRPr="00C64973">
              <w:rPr>
                <w:rFonts w:eastAsia="Times New Roman"/>
                <w:b w:val="0"/>
                <w:bCs/>
                <w:lang w:val="en-US" w:eastAsia="tr-TR"/>
              </w:rPr>
              <w:t>ş paydaşlarla iletişimi güçlendirmek</w:t>
            </w:r>
          </w:p>
        </w:tc>
      </w:tr>
    </w:tbl>
    <w:p w14:paraId="017D324B" w14:textId="77777777" w:rsidR="00E24BA4" w:rsidRDefault="00E24BA4" w:rsidP="00E24BA4">
      <w:pPr>
        <w:jc w:val="both"/>
      </w:pPr>
    </w:p>
    <w:p w14:paraId="3AFF16F0" w14:textId="77777777" w:rsidR="00E24BA4" w:rsidRDefault="00E24BA4" w:rsidP="00E24BA4">
      <w:pPr>
        <w:pStyle w:val="Stil2"/>
      </w:pPr>
      <w:bookmarkStart w:id="57" w:name="_Toc217311516"/>
      <w:r>
        <w:t>3.Performans Sonuçlarının Değerlendirilmesi</w:t>
      </w:r>
      <w:bookmarkEnd w:id="57"/>
    </w:p>
    <w:p w14:paraId="671FD369" w14:textId="77777777" w:rsidR="00E24BA4" w:rsidRDefault="00E24BA4" w:rsidP="00E24BA4"/>
    <w:p w14:paraId="4AFE4527" w14:textId="77777777" w:rsidR="00E24BA4" w:rsidRDefault="00E24BA4" w:rsidP="00E24BA4">
      <w:pPr>
        <w:pStyle w:val="2BALIK"/>
      </w:pPr>
      <w:r w:rsidRPr="00067449">
        <w:t>Bu tabloda birim hedefleri, performans göstergeleri ile birlikte hedeflenen ve gerçekleşen değerler karşılaştırılarak kısaca değerlendirilmiştir.</w:t>
      </w:r>
      <w:r>
        <w:t xml:space="preserve"> </w:t>
      </w:r>
    </w:p>
    <w:p w14:paraId="01F0C96D" w14:textId="77777777" w:rsidR="002C67EA" w:rsidRDefault="002C67EA" w:rsidP="00E24BA4"/>
    <w:p w14:paraId="03DDD22B" w14:textId="77777777" w:rsidR="002C67EA" w:rsidRDefault="002C67EA" w:rsidP="00E24BA4"/>
    <w:p w14:paraId="44D936B1" w14:textId="77777777" w:rsidR="002C67EA" w:rsidRDefault="002C67EA" w:rsidP="00E24BA4"/>
    <w:p w14:paraId="06D87371" w14:textId="77777777" w:rsidR="002C67EA" w:rsidRDefault="002C67EA" w:rsidP="00E24BA4"/>
    <w:p w14:paraId="4A7790D1" w14:textId="38D17345" w:rsidR="00E24BA4" w:rsidRPr="00067449" w:rsidRDefault="00E24BA4" w:rsidP="00E24BA4">
      <w:r w:rsidRPr="00067449">
        <w:t>Hedef ve Göstergelerle İlgili Gerçekleşme Sonuçları ve Değerlendirmeler</w:t>
      </w:r>
    </w:p>
    <w:tbl>
      <w:tblPr>
        <w:tblW w:w="8926"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5"/>
        <w:gridCol w:w="1707"/>
        <w:gridCol w:w="1760"/>
        <w:gridCol w:w="1867"/>
        <w:gridCol w:w="1817"/>
      </w:tblGrid>
      <w:tr w:rsidR="00E24BA4" w:rsidRPr="00B63936" w14:paraId="328D96F3" w14:textId="77777777" w:rsidTr="002C67EA">
        <w:trPr>
          <w:trHeight w:val="20"/>
          <w:tblHeader/>
          <w:tblCellSpacing w:w="15" w:type="dxa"/>
          <w:jc w:val="center"/>
        </w:trPr>
        <w:tc>
          <w:tcPr>
            <w:tcW w:w="1730" w:type="dxa"/>
            <w:shd w:val="clear" w:color="auto" w:fill="B99C71"/>
            <w:vAlign w:val="center"/>
            <w:hideMark/>
          </w:tcPr>
          <w:p w14:paraId="67FB729F" w14:textId="77777777" w:rsidR="00E24BA4" w:rsidRPr="00B63936" w:rsidRDefault="008B60F3" w:rsidP="00B63936">
            <w:pPr>
              <w:pStyle w:val="Stil4"/>
              <w:jc w:val="center"/>
              <w:rPr>
                <w:b w:val="0"/>
                <w:szCs w:val="20"/>
              </w:rPr>
            </w:pPr>
            <w:r w:rsidRPr="00B63936">
              <w:rPr>
                <w:b w:val="0"/>
                <w:szCs w:val="20"/>
              </w:rPr>
              <w:t>Hedef</w:t>
            </w:r>
          </w:p>
        </w:tc>
        <w:tc>
          <w:tcPr>
            <w:tcW w:w="1677" w:type="dxa"/>
            <w:shd w:val="clear" w:color="auto" w:fill="B99C71"/>
            <w:vAlign w:val="center"/>
            <w:hideMark/>
          </w:tcPr>
          <w:p w14:paraId="34692FA7" w14:textId="77777777" w:rsidR="00E24BA4" w:rsidRPr="00B63936" w:rsidRDefault="00E24BA4" w:rsidP="00B63936">
            <w:pPr>
              <w:pStyle w:val="Stil4"/>
              <w:jc w:val="center"/>
              <w:rPr>
                <w:b w:val="0"/>
                <w:szCs w:val="20"/>
              </w:rPr>
            </w:pPr>
            <w:r w:rsidRPr="00B63936">
              <w:rPr>
                <w:b w:val="0"/>
                <w:szCs w:val="20"/>
              </w:rPr>
              <w:t>Performans Göstergesi</w:t>
            </w:r>
          </w:p>
        </w:tc>
        <w:tc>
          <w:tcPr>
            <w:tcW w:w="1730" w:type="dxa"/>
            <w:shd w:val="clear" w:color="auto" w:fill="B99C71"/>
            <w:vAlign w:val="center"/>
            <w:hideMark/>
          </w:tcPr>
          <w:p w14:paraId="4255F71B" w14:textId="77777777" w:rsidR="00E24BA4" w:rsidRPr="00B63936" w:rsidRDefault="00E24BA4" w:rsidP="00B63936">
            <w:pPr>
              <w:pStyle w:val="Stil4"/>
              <w:jc w:val="center"/>
              <w:rPr>
                <w:b w:val="0"/>
                <w:szCs w:val="20"/>
              </w:rPr>
            </w:pPr>
            <w:r w:rsidRPr="00B63936">
              <w:rPr>
                <w:b w:val="0"/>
                <w:szCs w:val="20"/>
              </w:rPr>
              <w:t>Hedeflenen Değer</w:t>
            </w:r>
          </w:p>
        </w:tc>
        <w:tc>
          <w:tcPr>
            <w:tcW w:w="1837" w:type="dxa"/>
            <w:shd w:val="clear" w:color="auto" w:fill="B99C71"/>
            <w:vAlign w:val="center"/>
            <w:hideMark/>
          </w:tcPr>
          <w:p w14:paraId="76F58DB0" w14:textId="77777777" w:rsidR="00E24BA4" w:rsidRPr="00B63936" w:rsidRDefault="00E24BA4" w:rsidP="00B63936">
            <w:pPr>
              <w:pStyle w:val="Stil4"/>
              <w:jc w:val="center"/>
              <w:rPr>
                <w:b w:val="0"/>
                <w:szCs w:val="20"/>
              </w:rPr>
            </w:pPr>
            <w:r w:rsidRPr="00B63936">
              <w:rPr>
                <w:b w:val="0"/>
                <w:szCs w:val="20"/>
              </w:rPr>
              <w:t>Gerçekleşen Değer</w:t>
            </w:r>
          </w:p>
        </w:tc>
        <w:tc>
          <w:tcPr>
            <w:tcW w:w="1772" w:type="dxa"/>
            <w:shd w:val="clear" w:color="auto" w:fill="B99C71"/>
            <w:vAlign w:val="center"/>
            <w:hideMark/>
          </w:tcPr>
          <w:p w14:paraId="454992B2" w14:textId="77777777" w:rsidR="00E24BA4" w:rsidRPr="00B63936" w:rsidRDefault="00E24BA4" w:rsidP="00B63936">
            <w:pPr>
              <w:pStyle w:val="Stil4"/>
              <w:jc w:val="center"/>
              <w:rPr>
                <w:b w:val="0"/>
                <w:szCs w:val="20"/>
              </w:rPr>
            </w:pPr>
            <w:r w:rsidRPr="00B63936">
              <w:rPr>
                <w:b w:val="0"/>
                <w:szCs w:val="20"/>
              </w:rPr>
              <w:t>Değerlendirme</w:t>
            </w:r>
          </w:p>
        </w:tc>
      </w:tr>
      <w:tr w:rsidR="003B2B3C" w:rsidRPr="00B63936" w14:paraId="4A9F3C5F" w14:textId="77777777" w:rsidTr="002C67EA">
        <w:trPr>
          <w:trHeight w:val="20"/>
          <w:tblCellSpacing w:w="15" w:type="dxa"/>
          <w:jc w:val="center"/>
        </w:trPr>
        <w:tc>
          <w:tcPr>
            <w:tcW w:w="1730" w:type="dxa"/>
            <w:vAlign w:val="center"/>
            <w:hideMark/>
          </w:tcPr>
          <w:p w14:paraId="7CE4AB69" w14:textId="14EC8351" w:rsidR="003B2B3C" w:rsidRPr="00B63936" w:rsidRDefault="003B2B3C" w:rsidP="003B2B3C">
            <w:pPr>
              <w:pStyle w:val="Stil4"/>
              <w:rPr>
                <w:b w:val="0"/>
                <w:szCs w:val="20"/>
              </w:rPr>
            </w:pPr>
            <w:r w:rsidRPr="00B63936">
              <w:rPr>
                <w:rFonts w:eastAsia="Times New Roman" w:cs="Times New Roman"/>
                <w:b w:val="0"/>
                <w:szCs w:val="20"/>
                <w:lang w:eastAsia="tr-TR"/>
              </w:rPr>
              <w:t>Stratejik hedeflere ulaşma düzeyinin izlenmesi ve değerlendirilmesi</w:t>
            </w:r>
          </w:p>
        </w:tc>
        <w:tc>
          <w:tcPr>
            <w:tcW w:w="1677" w:type="dxa"/>
            <w:vAlign w:val="center"/>
            <w:hideMark/>
          </w:tcPr>
          <w:p w14:paraId="6B90D1C1" w14:textId="5076856E" w:rsidR="003B2B3C" w:rsidRPr="00B63936" w:rsidRDefault="003B2B3C" w:rsidP="003B2B3C">
            <w:pPr>
              <w:pStyle w:val="Stil4"/>
              <w:rPr>
                <w:b w:val="0"/>
                <w:szCs w:val="20"/>
              </w:rPr>
            </w:pPr>
            <w:r w:rsidRPr="00B63936">
              <w:rPr>
                <w:rFonts w:eastAsia="Times New Roman" w:cs="Times New Roman"/>
                <w:b w:val="0"/>
                <w:szCs w:val="20"/>
                <w:lang w:eastAsia="tr-TR"/>
              </w:rPr>
              <w:t>Yıllık performans göstergelerinin belirlenme ve izlenme durumu</w:t>
            </w:r>
          </w:p>
        </w:tc>
        <w:tc>
          <w:tcPr>
            <w:tcW w:w="1730" w:type="dxa"/>
            <w:vAlign w:val="center"/>
            <w:hideMark/>
          </w:tcPr>
          <w:p w14:paraId="2DCBC7A2" w14:textId="6DE9AB7B" w:rsidR="003B2B3C" w:rsidRPr="00B63936" w:rsidRDefault="003B2B3C" w:rsidP="003B2B3C">
            <w:pPr>
              <w:pStyle w:val="Stil4"/>
              <w:rPr>
                <w:b w:val="0"/>
                <w:szCs w:val="20"/>
              </w:rPr>
            </w:pPr>
            <w:r w:rsidRPr="00B63936">
              <w:rPr>
                <w:rFonts w:eastAsia="Times New Roman" w:cs="Times New Roman"/>
                <w:b w:val="0"/>
                <w:szCs w:val="20"/>
                <w:lang w:eastAsia="tr-TR"/>
              </w:rPr>
              <w:t>Performans göstergelerinin her yıl belirlenmesi ve izlenmesi</w:t>
            </w:r>
          </w:p>
        </w:tc>
        <w:tc>
          <w:tcPr>
            <w:tcW w:w="1837" w:type="dxa"/>
            <w:vAlign w:val="center"/>
            <w:hideMark/>
          </w:tcPr>
          <w:p w14:paraId="7DB668B1" w14:textId="38648006" w:rsidR="003B2B3C" w:rsidRPr="00B63936" w:rsidRDefault="003B2B3C" w:rsidP="003B2B3C">
            <w:pPr>
              <w:pStyle w:val="Stil4"/>
              <w:rPr>
                <w:b w:val="0"/>
                <w:szCs w:val="20"/>
              </w:rPr>
            </w:pPr>
            <w:r w:rsidRPr="00B63936">
              <w:rPr>
                <w:rFonts w:eastAsia="Times New Roman" w:cs="Times New Roman"/>
                <w:b w:val="0"/>
                <w:szCs w:val="20"/>
                <w:lang w:eastAsia="tr-TR"/>
              </w:rPr>
              <w:t>Performans göstergeleri belirlenmiş ve düzenli olarak izlenmiştir</w:t>
            </w:r>
          </w:p>
        </w:tc>
        <w:tc>
          <w:tcPr>
            <w:tcW w:w="1772" w:type="dxa"/>
            <w:vAlign w:val="center"/>
            <w:hideMark/>
          </w:tcPr>
          <w:p w14:paraId="59DB3C25" w14:textId="02904737" w:rsidR="003B2B3C" w:rsidRPr="00B63936" w:rsidRDefault="003B2B3C" w:rsidP="003B2B3C">
            <w:pPr>
              <w:pStyle w:val="Stil4"/>
              <w:rPr>
                <w:b w:val="0"/>
                <w:szCs w:val="20"/>
              </w:rPr>
            </w:pPr>
            <w:r w:rsidRPr="00B63936">
              <w:rPr>
                <w:rFonts w:eastAsia="Times New Roman" w:cs="Times New Roman"/>
                <w:b w:val="0"/>
                <w:szCs w:val="20"/>
                <w:lang w:eastAsia="tr-TR"/>
              </w:rPr>
              <w:t>Hedef gerçekleştirilmiş, performans yönetimi sistematik şekilde yürütülmüştür.</w:t>
            </w:r>
          </w:p>
        </w:tc>
      </w:tr>
      <w:tr w:rsidR="003B2B3C" w:rsidRPr="00B63936" w14:paraId="15926BE2" w14:textId="77777777" w:rsidTr="002C67EA">
        <w:trPr>
          <w:trHeight w:val="20"/>
          <w:tblCellSpacing w:w="15" w:type="dxa"/>
          <w:jc w:val="center"/>
        </w:trPr>
        <w:tc>
          <w:tcPr>
            <w:tcW w:w="1730" w:type="dxa"/>
            <w:vAlign w:val="center"/>
          </w:tcPr>
          <w:p w14:paraId="1B624491" w14:textId="7408C512" w:rsidR="003B2B3C" w:rsidRPr="00B63936" w:rsidRDefault="003B2B3C" w:rsidP="003B2B3C">
            <w:pPr>
              <w:pStyle w:val="Stil4"/>
              <w:rPr>
                <w:b w:val="0"/>
                <w:szCs w:val="20"/>
              </w:rPr>
            </w:pPr>
            <w:r w:rsidRPr="00B63936">
              <w:rPr>
                <w:rFonts w:eastAsia="Times New Roman" w:cs="Times New Roman"/>
                <w:b w:val="0"/>
                <w:szCs w:val="20"/>
                <w:lang w:eastAsia="tr-TR"/>
              </w:rPr>
              <w:t>Eğitim-öğretim, araştırma, toplumsal katkı ve yönetsel süreçlerin etkinliğinin artırılması</w:t>
            </w:r>
          </w:p>
        </w:tc>
        <w:tc>
          <w:tcPr>
            <w:tcW w:w="1677" w:type="dxa"/>
            <w:vAlign w:val="center"/>
          </w:tcPr>
          <w:p w14:paraId="23ED25AD" w14:textId="0F7D374F" w:rsidR="003B2B3C" w:rsidRPr="00B63936" w:rsidRDefault="003B2B3C" w:rsidP="003B2B3C">
            <w:pPr>
              <w:pStyle w:val="Stil4"/>
              <w:rPr>
                <w:b w:val="0"/>
                <w:szCs w:val="20"/>
              </w:rPr>
            </w:pPr>
            <w:r w:rsidRPr="00B63936">
              <w:rPr>
                <w:rFonts w:eastAsia="Times New Roman" w:cs="Times New Roman"/>
                <w:b w:val="0"/>
                <w:szCs w:val="20"/>
                <w:lang w:eastAsia="tr-TR"/>
              </w:rPr>
              <w:t>Akademik ve idari faaliyet raporlarının hazırlanma durumu</w:t>
            </w:r>
          </w:p>
        </w:tc>
        <w:tc>
          <w:tcPr>
            <w:tcW w:w="1730" w:type="dxa"/>
            <w:vAlign w:val="center"/>
          </w:tcPr>
          <w:p w14:paraId="5BCB1DC3" w14:textId="51BF8E2A" w:rsidR="003B2B3C" w:rsidRPr="00B63936" w:rsidRDefault="003B2B3C" w:rsidP="003B2B3C">
            <w:pPr>
              <w:pStyle w:val="Stil4"/>
              <w:rPr>
                <w:b w:val="0"/>
                <w:szCs w:val="20"/>
              </w:rPr>
            </w:pPr>
            <w:r w:rsidRPr="00B63936">
              <w:rPr>
                <w:rFonts w:eastAsia="Times New Roman" w:cs="Times New Roman"/>
                <w:b w:val="0"/>
                <w:szCs w:val="20"/>
                <w:lang w:eastAsia="tr-TR"/>
              </w:rPr>
              <w:t>Her yarıyıl sonunda raporlama yapılması</w:t>
            </w:r>
          </w:p>
        </w:tc>
        <w:tc>
          <w:tcPr>
            <w:tcW w:w="1837" w:type="dxa"/>
            <w:vAlign w:val="center"/>
          </w:tcPr>
          <w:p w14:paraId="1A41995C" w14:textId="3CBDD180" w:rsidR="003B2B3C" w:rsidRPr="00B63936" w:rsidRDefault="003B2B3C" w:rsidP="003B2B3C">
            <w:pPr>
              <w:pStyle w:val="Stil4"/>
              <w:rPr>
                <w:b w:val="0"/>
                <w:szCs w:val="20"/>
              </w:rPr>
            </w:pPr>
            <w:r w:rsidRPr="00B63936">
              <w:rPr>
                <w:rFonts w:eastAsia="Times New Roman" w:cs="Times New Roman"/>
                <w:b w:val="0"/>
                <w:szCs w:val="20"/>
                <w:lang w:eastAsia="tr-TR"/>
              </w:rPr>
              <w:t>Her yarıyıl sonunda raporlama yapılmıştır</w:t>
            </w:r>
          </w:p>
        </w:tc>
        <w:tc>
          <w:tcPr>
            <w:tcW w:w="1772" w:type="dxa"/>
            <w:vAlign w:val="center"/>
          </w:tcPr>
          <w:p w14:paraId="61A517E4" w14:textId="591AF916" w:rsidR="003B2B3C" w:rsidRPr="00B63936" w:rsidRDefault="003B2B3C" w:rsidP="003B2B3C">
            <w:pPr>
              <w:pStyle w:val="Stil4"/>
              <w:rPr>
                <w:b w:val="0"/>
                <w:szCs w:val="20"/>
              </w:rPr>
            </w:pPr>
            <w:r w:rsidRPr="00B63936">
              <w:rPr>
                <w:rFonts w:eastAsia="Times New Roman" w:cs="Times New Roman"/>
                <w:b w:val="0"/>
                <w:szCs w:val="20"/>
                <w:lang w:eastAsia="tr-TR"/>
              </w:rPr>
              <w:t>Hedefe ulaşılmış, faaliyetlerin izlenmesi düzenli olarak sağlanmıştır.</w:t>
            </w:r>
          </w:p>
        </w:tc>
      </w:tr>
      <w:tr w:rsidR="003B2B3C" w:rsidRPr="00B63936" w14:paraId="6FD06F49" w14:textId="77777777" w:rsidTr="002C67EA">
        <w:trPr>
          <w:trHeight w:val="20"/>
          <w:tblCellSpacing w:w="15" w:type="dxa"/>
          <w:jc w:val="center"/>
        </w:trPr>
        <w:tc>
          <w:tcPr>
            <w:tcW w:w="1730" w:type="dxa"/>
            <w:vAlign w:val="center"/>
          </w:tcPr>
          <w:p w14:paraId="59DBD5B0" w14:textId="7AD295CF" w:rsidR="003B2B3C" w:rsidRPr="00B63936" w:rsidRDefault="003B2B3C" w:rsidP="003B2B3C">
            <w:pPr>
              <w:pStyle w:val="Stil4"/>
              <w:rPr>
                <w:b w:val="0"/>
                <w:szCs w:val="20"/>
              </w:rPr>
            </w:pPr>
            <w:r w:rsidRPr="00B63936">
              <w:rPr>
                <w:rFonts w:eastAsia="Times New Roman" w:cs="Times New Roman"/>
                <w:b w:val="0"/>
                <w:szCs w:val="20"/>
                <w:lang w:eastAsia="tr-TR"/>
              </w:rPr>
              <w:t>Performans sonuçlarının karar alma süreçlerinde kullanılması</w:t>
            </w:r>
          </w:p>
        </w:tc>
        <w:tc>
          <w:tcPr>
            <w:tcW w:w="1677" w:type="dxa"/>
            <w:vAlign w:val="center"/>
          </w:tcPr>
          <w:p w14:paraId="61A19E39" w14:textId="7BCA17B6" w:rsidR="003B2B3C" w:rsidRPr="00B63936" w:rsidRDefault="003B2B3C" w:rsidP="003B2B3C">
            <w:pPr>
              <w:pStyle w:val="Stil4"/>
              <w:rPr>
                <w:b w:val="0"/>
                <w:szCs w:val="20"/>
              </w:rPr>
            </w:pPr>
            <w:r w:rsidRPr="00B63936">
              <w:rPr>
                <w:rFonts w:eastAsia="Times New Roman" w:cs="Times New Roman"/>
                <w:b w:val="0"/>
                <w:szCs w:val="20"/>
                <w:lang w:eastAsia="tr-TR"/>
              </w:rPr>
              <w:t>Akademik kurul ve kalite komisyonu toplantı sayısı</w:t>
            </w:r>
          </w:p>
        </w:tc>
        <w:tc>
          <w:tcPr>
            <w:tcW w:w="1730" w:type="dxa"/>
            <w:vAlign w:val="center"/>
          </w:tcPr>
          <w:p w14:paraId="103FD005" w14:textId="12FCA884" w:rsidR="003B2B3C" w:rsidRPr="00B63936" w:rsidRDefault="003B2B3C" w:rsidP="003B2B3C">
            <w:pPr>
              <w:pStyle w:val="Stil4"/>
              <w:rPr>
                <w:b w:val="0"/>
                <w:szCs w:val="20"/>
              </w:rPr>
            </w:pPr>
            <w:r w:rsidRPr="00B63936">
              <w:rPr>
                <w:rFonts w:eastAsia="Times New Roman" w:cs="Times New Roman"/>
                <w:b w:val="0"/>
                <w:szCs w:val="20"/>
                <w:lang w:eastAsia="tr-TR"/>
              </w:rPr>
              <w:t>Performans verilerinin toplantılarda değerlendirilmesi</w:t>
            </w:r>
          </w:p>
        </w:tc>
        <w:tc>
          <w:tcPr>
            <w:tcW w:w="1837" w:type="dxa"/>
            <w:vAlign w:val="center"/>
          </w:tcPr>
          <w:p w14:paraId="7B1C0516" w14:textId="01D98C20" w:rsidR="003B2B3C" w:rsidRPr="00B63936" w:rsidRDefault="003B2B3C" w:rsidP="003B2B3C">
            <w:pPr>
              <w:pStyle w:val="Stil4"/>
              <w:rPr>
                <w:b w:val="0"/>
                <w:szCs w:val="20"/>
              </w:rPr>
            </w:pPr>
            <w:r w:rsidRPr="00B63936">
              <w:rPr>
                <w:rFonts w:eastAsia="Times New Roman" w:cs="Times New Roman"/>
                <w:b w:val="0"/>
                <w:szCs w:val="20"/>
                <w:lang w:eastAsia="tr-TR"/>
              </w:rPr>
              <w:t>Performans verileri toplantılarda değerlendirilmiştir</w:t>
            </w:r>
          </w:p>
        </w:tc>
        <w:tc>
          <w:tcPr>
            <w:tcW w:w="1772" w:type="dxa"/>
            <w:vAlign w:val="center"/>
          </w:tcPr>
          <w:p w14:paraId="7CFC22D0" w14:textId="11E155A2" w:rsidR="003B2B3C" w:rsidRPr="00B63936" w:rsidRDefault="003B2B3C" w:rsidP="003B2B3C">
            <w:pPr>
              <w:pStyle w:val="Stil4"/>
              <w:rPr>
                <w:b w:val="0"/>
                <w:szCs w:val="20"/>
              </w:rPr>
            </w:pPr>
            <w:r w:rsidRPr="00B63936">
              <w:rPr>
                <w:rFonts w:eastAsia="Times New Roman" w:cs="Times New Roman"/>
                <w:b w:val="0"/>
                <w:szCs w:val="20"/>
                <w:lang w:eastAsia="tr-TR"/>
              </w:rPr>
              <w:t>Performans sonuçları stratejik karar alma süreçlerine etkin şekilde yansıtılmıştır.</w:t>
            </w:r>
          </w:p>
        </w:tc>
      </w:tr>
      <w:tr w:rsidR="003B2B3C" w:rsidRPr="00B63936" w14:paraId="6E30BC40" w14:textId="77777777" w:rsidTr="002C67EA">
        <w:trPr>
          <w:trHeight w:val="20"/>
          <w:tblCellSpacing w:w="15" w:type="dxa"/>
          <w:jc w:val="center"/>
        </w:trPr>
        <w:tc>
          <w:tcPr>
            <w:tcW w:w="1730" w:type="dxa"/>
            <w:vAlign w:val="center"/>
          </w:tcPr>
          <w:p w14:paraId="33BAEBBC" w14:textId="0C9EEF90" w:rsidR="003B2B3C" w:rsidRPr="00B63936" w:rsidRDefault="003B2B3C" w:rsidP="003B2B3C">
            <w:pPr>
              <w:pStyle w:val="Stil4"/>
              <w:rPr>
                <w:b w:val="0"/>
                <w:szCs w:val="20"/>
              </w:rPr>
            </w:pPr>
            <w:r w:rsidRPr="00B63936">
              <w:rPr>
                <w:rFonts w:eastAsia="Times New Roman" w:cs="Times New Roman"/>
                <w:b w:val="0"/>
                <w:szCs w:val="20"/>
                <w:lang w:eastAsia="tr-TR"/>
              </w:rPr>
              <w:t>Öğrenci memnuniyetinin izlenmesi ve iyileştirilmesi</w:t>
            </w:r>
          </w:p>
        </w:tc>
        <w:tc>
          <w:tcPr>
            <w:tcW w:w="1677" w:type="dxa"/>
            <w:vAlign w:val="center"/>
          </w:tcPr>
          <w:p w14:paraId="24F25421" w14:textId="48592B46" w:rsidR="003B2B3C" w:rsidRPr="00B63936" w:rsidRDefault="003B2B3C" w:rsidP="003B2B3C">
            <w:pPr>
              <w:pStyle w:val="Stil4"/>
              <w:rPr>
                <w:b w:val="0"/>
                <w:szCs w:val="20"/>
              </w:rPr>
            </w:pPr>
            <w:r w:rsidRPr="00B63936">
              <w:rPr>
                <w:rFonts w:eastAsia="Times New Roman" w:cs="Times New Roman"/>
                <w:b w:val="0"/>
                <w:szCs w:val="20"/>
                <w:lang w:eastAsia="tr-TR"/>
              </w:rPr>
              <w:t>Öğrenci memnuniyet anketi sonuçları</w:t>
            </w:r>
          </w:p>
        </w:tc>
        <w:tc>
          <w:tcPr>
            <w:tcW w:w="1730" w:type="dxa"/>
            <w:vAlign w:val="center"/>
          </w:tcPr>
          <w:p w14:paraId="7F923EBD" w14:textId="1FDDEC9B" w:rsidR="003B2B3C" w:rsidRPr="00B63936" w:rsidRDefault="003B2B3C" w:rsidP="003B2B3C">
            <w:pPr>
              <w:pStyle w:val="Stil4"/>
              <w:rPr>
                <w:b w:val="0"/>
                <w:szCs w:val="20"/>
              </w:rPr>
            </w:pPr>
            <w:r w:rsidRPr="00B63936">
              <w:rPr>
                <w:rFonts w:eastAsia="Times New Roman" w:cs="Times New Roman"/>
                <w:b w:val="0"/>
                <w:szCs w:val="20"/>
                <w:lang w:eastAsia="tr-TR"/>
              </w:rPr>
              <w:t>Anket ortalamalarının 3,5 ve üzeri olması</w:t>
            </w:r>
          </w:p>
        </w:tc>
        <w:tc>
          <w:tcPr>
            <w:tcW w:w="1837" w:type="dxa"/>
            <w:vAlign w:val="center"/>
          </w:tcPr>
          <w:p w14:paraId="287DE72D" w14:textId="1FCAB76C" w:rsidR="003B2B3C" w:rsidRPr="00B63936" w:rsidRDefault="003B2B3C" w:rsidP="003B2B3C">
            <w:pPr>
              <w:pStyle w:val="Stil4"/>
              <w:rPr>
                <w:b w:val="0"/>
                <w:szCs w:val="20"/>
              </w:rPr>
            </w:pPr>
            <w:r w:rsidRPr="00B63936">
              <w:rPr>
                <w:rFonts w:eastAsia="Times New Roman" w:cs="Times New Roman"/>
                <w:b w:val="0"/>
                <w:szCs w:val="20"/>
                <w:lang w:eastAsia="tr-TR"/>
              </w:rPr>
              <w:t>Öğrenci memnuniyet oranları yüksek bulunmuştur</w:t>
            </w:r>
          </w:p>
        </w:tc>
        <w:tc>
          <w:tcPr>
            <w:tcW w:w="1772" w:type="dxa"/>
            <w:vAlign w:val="center"/>
          </w:tcPr>
          <w:p w14:paraId="011A6F69" w14:textId="3EEB7E28" w:rsidR="003B2B3C" w:rsidRPr="00B63936" w:rsidRDefault="003B2B3C" w:rsidP="003B2B3C">
            <w:pPr>
              <w:pStyle w:val="Stil4"/>
              <w:rPr>
                <w:b w:val="0"/>
                <w:szCs w:val="20"/>
              </w:rPr>
            </w:pPr>
            <w:r w:rsidRPr="00B63936">
              <w:rPr>
                <w:rFonts w:eastAsia="Times New Roman" w:cs="Times New Roman"/>
                <w:b w:val="0"/>
                <w:szCs w:val="20"/>
                <w:lang w:eastAsia="tr-TR"/>
              </w:rPr>
              <w:t>Hedefe ulaşılmış, memnuniyet düzeyi olumlu yönde seyretmiştir.</w:t>
            </w:r>
          </w:p>
        </w:tc>
      </w:tr>
      <w:tr w:rsidR="003B2B3C" w:rsidRPr="00B63936" w14:paraId="6A72E68B" w14:textId="77777777" w:rsidTr="002C67EA">
        <w:trPr>
          <w:trHeight w:val="20"/>
          <w:tblCellSpacing w:w="15" w:type="dxa"/>
          <w:jc w:val="center"/>
        </w:trPr>
        <w:tc>
          <w:tcPr>
            <w:tcW w:w="1730" w:type="dxa"/>
            <w:vAlign w:val="center"/>
          </w:tcPr>
          <w:p w14:paraId="55C4E8C2" w14:textId="6B5388CA" w:rsidR="003B2B3C" w:rsidRPr="00B63936" w:rsidRDefault="003B2B3C" w:rsidP="003B2B3C">
            <w:pPr>
              <w:pStyle w:val="Stil4"/>
              <w:rPr>
                <w:b w:val="0"/>
                <w:szCs w:val="20"/>
              </w:rPr>
            </w:pPr>
            <w:r w:rsidRPr="00B63936">
              <w:rPr>
                <w:rFonts w:eastAsia="Times New Roman" w:cs="Times New Roman"/>
                <w:b w:val="0"/>
                <w:szCs w:val="20"/>
                <w:lang w:eastAsia="tr-TR"/>
              </w:rPr>
              <w:t>Öğretim elemanı performansının değerlendirilmesi</w:t>
            </w:r>
          </w:p>
        </w:tc>
        <w:tc>
          <w:tcPr>
            <w:tcW w:w="1677" w:type="dxa"/>
            <w:vAlign w:val="center"/>
          </w:tcPr>
          <w:p w14:paraId="7E224DDD" w14:textId="7EB3996D" w:rsidR="003B2B3C" w:rsidRPr="00B63936" w:rsidRDefault="003B2B3C" w:rsidP="003B2B3C">
            <w:pPr>
              <w:pStyle w:val="Stil4"/>
              <w:rPr>
                <w:b w:val="0"/>
                <w:szCs w:val="20"/>
              </w:rPr>
            </w:pPr>
            <w:r w:rsidRPr="00B63936">
              <w:rPr>
                <w:rFonts w:eastAsia="Times New Roman" w:cs="Times New Roman"/>
                <w:b w:val="0"/>
                <w:szCs w:val="20"/>
                <w:lang w:eastAsia="tr-TR"/>
              </w:rPr>
              <w:t>Öğretim elemanı değerlendirme formu sonuçları</w:t>
            </w:r>
          </w:p>
        </w:tc>
        <w:tc>
          <w:tcPr>
            <w:tcW w:w="1730" w:type="dxa"/>
            <w:vAlign w:val="center"/>
          </w:tcPr>
          <w:p w14:paraId="05120D00" w14:textId="4B11E81A" w:rsidR="003B2B3C" w:rsidRPr="00B63936" w:rsidRDefault="003B2B3C" w:rsidP="003B2B3C">
            <w:pPr>
              <w:pStyle w:val="Stil4"/>
              <w:rPr>
                <w:b w:val="0"/>
                <w:szCs w:val="20"/>
              </w:rPr>
            </w:pPr>
            <w:r w:rsidRPr="00B63936">
              <w:rPr>
                <w:rFonts w:eastAsia="Times New Roman" w:cs="Times New Roman"/>
                <w:b w:val="0"/>
                <w:szCs w:val="20"/>
                <w:lang w:eastAsia="tr-TR"/>
              </w:rPr>
              <w:t>Performans göstergelerinin izlenmesi</w:t>
            </w:r>
          </w:p>
        </w:tc>
        <w:tc>
          <w:tcPr>
            <w:tcW w:w="1837" w:type="dxa"/>
            <w:vAlign w:val="center"/>
          </w:tcPr>
          <w:p w14:paraId="20897A44" w14:textId="090210E1" w:rsidR="003B2B3C" w:rsidRPr="00B63936" w:rsidRDefault="003B2B3C" w:rsidP="003B2B3C">
            <w:pPr>
              <w:pStyle w:val="Stil4"/>
              <w:rPr>
                <w:b w:val="0"/>
                <w:szCs w:val="20"/>
              </w:rPr>
            </w:pPr>
            <w:r w:rsidRPr="00B63936">
              <w:rPr>
                <w:rFonts w:eastAsia="Times New Roman" w:cs="Times New Roman"/>
                <w:b w:val="0"/>
                <w:szCs w:val="20"/>
                <w:lang w:eastAsia="tr-TR"/>
              </w:rPr>
              <w:t>Değerlendirme sonuçları olumlu yönde seyretmiştir</w:t>
            </w:r>
          </w:p>
        </w:tc>
        <w:tc>
          <w:tcPr>
            <w:tcW w:w="1772" w:type="dxa"/>
            <w:vAlign w:val="center"/>
          </w:tcPr>
          <w:p w14:paraId="55243E32" w14:textId="2F4E3CA4" w:rsidR="003B2B3C" w:rsidRPr="00B63936" w:rsidRDefault="003B2B3C" w:rsidP="003B2B3C">
            <w:pPr>
              <w:pStyle w:val="Stil4"/>
              <w:rPr>
                <w:b w:val="0"/>
                <w:szCs w:val="20"/>
              </w:rPr>
            </w:pPr>
            <w:r w:rsidRPr="00B63936">
              <w:rPr>
                <w:rFonts w:eastAsia="Times New Roman" w:cs="Times New Roman"/>
                <w:b w:val="0"/>
                <w:szCs w:val="20"/>
                <w:lang w:eastAsia="tr-TR"/>
              </w:rPr>
              <w:t>Hedef gerçekleştirilmiş, öğretim elemanı performansı yeterli düzeydedir.</w:t>
            </w:r>
          </w:p>
        </w:tc>
      </w:tr>
      <w:tr w:rsidR="003B2B3C" w:rsidRPr="00B63936" w14:paraId="2C7381C4" w14:textId="77777777" w:rsidTr="002C67EA">
        <w:trPr>
          <w:trHeight w:val="20"/>
          <w:tblCellSpacing w:w="15" w:type="dxa"/>
          <w:jc w:val="center"/>
        </w:trPr>
        <w:tc>
          <w:tcPr>
            <w:tcW w:w="1730" w:type="dxa"/>
            <w:vAlign w:val="center"/>
          </w:tcPr>
          <w:p w14:paraId="61178C92" w14:textId="67791C31" w:rsidR="003B2B3C" w:rsidRPr="00B63936" w:rsidRDefault="003B2B3C" w:rsidP="003B2B3C">
            <w:pPr>
              <w:pStyle w:val="Stil4"/>
              <w:rPr>
                <w:b w:val="0"/>
                <w:szCs w:val="20"/>
              </w:rPr>
            </w:pPr>
            <w:r w:rsidRPr="00B63936">
              <w:rPr>
                <w:rFonts w:eastAsia="Times New Roman" w:cs="Times New Roman"/>
                <w:b w:val="0"/>
                <w:szCs w:val="20"/>
                <w:lang w:eastAsia="tr-TR"/>
              </w:rPr>
              <w:t>Sürekli iyileştirme kültürünün güçlendirilmesi</w:t>
            </w:r>
          </w:p>
        </w:tc>
        <w:tc>
          <w:tcPr>
            <w:tcW w:w="1677" w:type="dxa"/>
            <w:vAlign w:val="center"/>
          </w:tcPr>
          <w:p w14:paraId="5F789EAB" w14:textId="2C3B81FB" w:rsidR="003B2B3C" w:rsidRPr="00B63936" w:rsidRDefault="003B2B3C" w:rsidP="003B2B3C">
            <w:pPr>
              <w:pStyle w:val="Stil4"/>
              <w:rPr>
                <w:b w:val="0"/>
                <w:szCs w:val="20"/>
              </w:rPr>
            </w:pPr>
            <w:r w:rsidRPr="00B63936">
              <w:rPr>
                <w:rFonts w:eastAsia="Times New Roman" w:cs="Times New Roman"/>
                <w:b w:val="0"/>
                <w:szCs w:val="20"/>
                <w:lang w:eastAsia="tr-TR"/>
              </w:rPr>
              <w:t>İyileştirme ve sürdürülebilirlik planı sayısı</w:t>
            </w:r>
          </w:p>
        </w:tc>
        <w:tc>
          <w:tcPr>
            <w:tcW w:w="1730" w:type="dxa"/>
            <w:vAlign w:val="center"/>
          </w:tcPr>
          <w:p w14:paraId="316BF9F6" w14:textId="01F64F88" w:rsidR="003B2B3C" w:rsidRPr="00B63936" w:rsidRDefault="003B2B3C" w:rsidP="003B2B3C">
            <w:pPr>
              <w:pStyle w:val="Stil4"/>
              <w:rPr>
                <w:b w:val="0"/>
                <w:szCs w:val="20"/>
              </w:rPr>
            </w:pPr>
            <w:r w:rsidRPr="00B63936">
              <w:rPr>
                <w:rFonts w:eastAsia="Times New Roman" w:cs="Times New Roman"/>
                <w:b w:val="0"/>
                <w:szCs w:val="20"/>
                <w:lang w:eastAsia="tr-TR"/>
              </w:rPr>
              <w:t>3,5 altı için iyileştirme, üstü için sürdürülebilirlik planı oluşturulması</w:t>
            </w:r>
          </w:p>
        </w:tc>
        <w:tc>
          <w:tcPr>
            <w:tcW w:w="1837" w:type="dxa"/>
            <w:vAlign w:val="center"/>
          </w:tcPr>
          <w:p w14:paraId="1661252A" w14:textId="6155C39C" w:rsidR="003B2B3C" w:rsidRPr="00B63936" w:rsidRDefault="003B2B3C" w:rsidP="003B2B3C">
            <w:pPr>
              <w:pStyle w:val="Stil4"/>
              <w:rPr>
                <w:b w:val="0"/>
                <w:szCs w:val="20"/>
              </w:rPr>
            </w:pPr>
            <w:r w:rsidRPr="00B63936">
              <w:rPr>
                <w:rFonts w:eastAsia="Times New Roman" w:cs="Times New Roman"/>
                <w:b w:val="0"/>
                <w:szCs w:val="20"/>
                <w:lang w:eastAsia="tr-TR"/>
              </w:rPr>
              <w:t>Gerekli planlamalar yapılmıştır</w:t>
            </w:r>
          </w:p>
        </w:tc>
        <w:tc>
          <w:tcPr>
            <w:tcW w:w="1772" w:type="dxa"/>
            <w:vAlign w:val="center"/>
          </w:tcPr>
          <w:p w14:paraId="27DB8B16" w14:textId="323E2226" w:rsidR="003B2B3C" w:rsidRPr="00B63936" w:rsidRDefault="003B2B3C" w:rsidP="003B2B3C">
            <w:pPr>
              <w:pStyle w:val="Stil4"/>
              <w:rPr>
                <w:b w:val="0"/>
                <w:szCs w:val="20"/>
              </w:rPr>
            </w:pPr>
            <w:r w:rsidRPr="00B63936">
              <w:rPr>
                <w:rFonts w:eastAsia="Times New Roman" w:cs="Times New Roman"/>
                <w:b w:val="0"/>
                <w:szCs w:val="20"/>
                <w:lang w:eastAsia="tr-TR"/>
              </w:rPr>
              <w:t>Sürekli iyileştirme ve sürdürülebilirlik yaklaşımı başarıyla uygulanmaktadır.</w:t>
            </w:r>
          </w:p>
        </w:tc>
      </w:tr>
    </w:tbl>
    <w:p w14:paraId="568554CB" w14:textId="17166695" w:rsidR="00E24BA4" w:rsidRDefault="00E24BA4" w:rsidP="00E24BA4">
      <w:pPr>
        <w:pStyle w:val="2BALIK"/>
      </w:pPr>
    </w:p>
    <w:p w14:paraId="516A2065" w14:textId="6F699A5B" w:rsidR="002C67EA" w:rsidRDefault="002C67EA" w:rsidP="002C67EA">
      <w:pPr>
        <w:rPr>
          <w:lang w:val="tr-TR" w:eastAsia="tr-TR"/>
        </w:rPr>
      </w:pPr>
    </w:p>
    <w:p w14:paraId="415382D4" w14:textId="5695D5EB" w:rsidR="002C67EA" w:rsidRDefault="002C67EA" w:rsidP="002C67EA">
      <w:pPr>
        <w:rPr>
          <w:lang w:val="tr-TR" w:eastAsia="tr-TR"/>
        </w:rPr>
      </w:pPr>
    </w:p>
    <w:p w14:paraId="4D3C7AD4" w14:textId="375FADF9" w:rsidR="002C67EA" w:rsidRDefault="002C67EA" w:rsidP="002C67EA">
      <w:pPr>
        <w:rPr>
          <w:lang w:val="tr-TR" w:eastAsia="tr-TR"/>
        </w:rPr>
      </w:pPr>
    </w:p>
    <w:p w14:paraId="6CA20637" w14:textId="5031C3DD" w:rsidR="002C67EA" w:rsidRDefault="002C67EA" w:rsidP="002C67EA">
      <w:pPr>
        <w:rPr>
          <w:lang w:val="tr-TR" w:eastAsia="tr-TR"/>
        </w:rPr>
      </w:pPr>
    </w:p>
    <w:p w14:paraId="2033CD07" w14:textId="4C08819F" w:rsidR="002C67EA" w:rsidRDefault="002C67EA" w:rsidP="002C67EA">
      <w:pPr>
        <w:rPr>
          <w:lang w:val="tr-TR" w:eastAsia="tr-TR"/>
        </w:rPr>
      </w:pPr>
    </w:p>
    <w:p w14:paraId="7D61996F" w14:textId="7F5148C1" w:rsidR="002C67EA" w:rsidRDefault="002C67EA" w:rsidP="002C67EA">
      <w:pPr>
        <w:rPr>
          <w:lang w:val="tr-TR" w:eastAsia="tr-TR"/>
        </w:rPr>
      </w:pPr>
    </w:p>
    <w:p w14:paraId="6C60FF7C" w14:textId="162E62AE" w:rsidR="002C67EA" w:rsidRDefault="002C67EA" w:rsidP="002C67EA">
      <w:pPr>
        <w:rPr>
          <w:lang w:val="tr-TR" w:eastAsia="tr-TR"/>
        </w:rPr>
      </w:pPr>
    </w:p>
    <w:p w14:paraId="0C8C5A3F" w14:textId="15E1ADAD" w:rsidR="002C67EA" w:rsidRDefault="002C67EA" w:rsidP="002C67EA">
      <w:pPr>
        <w:rPr>
          <w:lang w:val="tr-TR" w:eastAsia="tr-TR"/>
        </w:rPr>
      </w:pPr>
    </w:p>
    <w:p w14:paraId="0DD09487" w14:textId="0AA72BD4" w:rsidR="002C67EA" w:rsidRDefault="002C67EA" w:rsidP="002C67EA">
      <w:pPr>
        <w:rPr>
          <w:lang w:val="tr-TR" w:eastAsia="tr-TR"/>
        </w:rPr>
      </w:pPr>
    </w:p>
    <w:p w14:paraId="5412CF5B" w14:textId="60559485" w:rsidR="00E24BA4" w:rsidRPr="000C0E61" w:rsidRDefault="00E24BA4" w:rsidP="002C67EA">
      <w:pPr>
        <w:pStyle w:val="Stil1"/>
      </w:pPr>
      <w:bookmarkStart w:id="58" w:name="_Toc217311517"/>
      <w:r w:rsidRPr="000C0E61">
        <w:lastRenderedPageBreak/>
        <w:t>FAALİYETLERE İLİŞKİN BİLGİ VE DEĞERLENDİRMELER</w:t>
      </w:r>
      <w:bookmarkEnd w:id="55"/>
      <w:bookmarkEnd w:id="56"/>
      <w:bookmarkEnd w:id="58"/>
    </w:p>
    <w:p w14:paraId="70A9A734" w14:textId="77777777" w:rsidR="00E24BA4" w:rsidRPr="000C0E61" w:rsidRDefault="00E24BA4" w:rsidP="00E24BA4">
      <w:pPr>
        <w:rPr>
          <w:rFonts w:cs="Times New Roman"/>
          <w:color w:val="808080"/>
        </w:rPr>
      </w:pPr>
    </w:p>
    <w:p w14:paraId="37806B3B" w14:textId="77777777" w:rsidR="00E24BA4" w:rsidRPr="00095416" w:rsidRDefault="00E24BA4" w:rsidP="00E24BA4">
      <w:pPr>
        <w:pStyle w:val="Stil2"/>
      </w:pPr>
      <w:bookmarkStart w:id="59" w:name="_Toc153118734"/>
      <w:bookmarkStart w:id="60" w:name="_Toc153376776"/>
      <w:bookmarkStart w:id="61" w:name="_Toc217311518"/>
      <w:r>
        <w:t>A.</w:t>
      </w:r>
      <w:r w:rsidRPr="00095416">
        <w:t xml:space="preserve">Mali </w:t>
      </w:r>
      <w:r w:rsidRPr="005845A3">
        <w:t>Bilgiler</w:t>
      </w:r>
      <w:bookmarkEnd w:id="59"/>
      <w:bookmarkEnd w:id="60"/>
      <w:bookmarkEnd w:id="61"/>
    </w:p>
    <w:p w14:paraId="74370431" w14:textId="77777777" w:rsidR="00E24BA4" w:rsidRDefault="00E24BA4" w:rsidP="00E24BA4">
      <w:r w:rsidRPr="000C0E61">
        <w:t>Bütçe Uygulama</w:t>
      </w:r>
      <w:r>
        <w:t xml:space="preserve"> Verileri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7"/>
        <w:gridCol w:w="1647"/>
        <w:gridCol w:w="1332"/>
        <w:gridCol w:w="1203"/>
        <w:gridCol w:w="1563"/>
        <w:gridCol w:w="1640"/>
      </w:tblGrid>
      <w:tr w:rsidR="00841100" w:rsidRPr="00891012" w14:paraId="370CAA1B" w14:textId="77777777" w:rsidTr="00891012">
        <w:trPr>
          <w:tblHeader/>
          <w:tblCellSpacing w:w="15" w:type="dxa"/>
        </w:trPr>
        <w:tc>
          <w:tcPr>
            <w:tcW w:w="0" w:type="auto"/>
            <w:shd w:val="clear" w:color="auto" w:fill="B99C71"/>
            <w:vAlign w:val="center"/>
            <w:hideMark/>
          </w:tcPr>
          <w:p w14:paraId="7DA8B286" w14:textId="77777777" w:rsidR="00E24BA4" w:rsidRPr="00891012" w:rsidRDefault="00E24BA4" w:rsidP="00891012">
            <w:pPr>
              <w:pStyle w:val="Stil4"/>
              <w:jc w:val="center"/>
              <w:rPr>
                <w:rFonts w:eastAsia="Times New Roman" w:cs="Times New Roman"/>
                <w:szCs w:val="20"/>
                <w:lang w:eastAsia="tr-TR"/>
              </w:rPr>
            </w:pPr>
            <w:r w:rsidRPr="00891012">
              <w:rPr>
                <w:rFonts w:eastAsia="Times New Roman" w:cs="Times New Roman"/>
                <w:szCs w:val="20"/>
                <w:lang w:eastAsia="tr-TR"/>
              </w:rPr>
              <w:t>Bütçe Türü / Gider Grubu</w:t>
            </w:r>
          </w:p>
        </w:tc>
        <w:tc>
          <w:tcPr>
            <w:tcW w:w="0" w:type="auto"/>
            <w:shd w:val="clear" w:color="auto" w:fill="B99C71"/>
            <w:vAlign w:val="center"/>
            <w:hideMark/>
          </w:tcPr>
          <w:p w14:paraId="4BD5C015" w14:textId="77777777" w:rsidR="00E24BA4" w:rsidRPr="00891012" w:rsidRDefault="00E24BA4" w:rsidP="00891012">
            <w:pPr>
              <w:pStyle w:val="Stil4"/>
              <w:jc w:val="center"/>
              <w:rPr>
                <w:rFonts w:eastAsia="Times New Roman" w:cs="Times New Roman"/>
                <w:szCs w:val="20"/>
                <w:lang w:eastAsia="tr-TR"/>
              </w:rPr>
            </w:pPr>
            <w:r w:rsidRPr="00891012">
              <w:rPr>
                <w:rFonts w:eastAsia="Times New Roman" w:cs="Times New Roman"/>
                <w:szCs w:val="20"/>
                <w:lang w:eastAsia="tr-TR"/>
              </w:rPr>
              <w:t>Başlangıç Ödeneği (TL)</w:t>
            </w:r>
          </w:p>
        </w:tc>
        <w:tc>
          <w:tcPr>
            <w:tcW w:w="0" w:type="auto"/>
            <w:shd w:val="clear" w:color="auto" w:fill="B99C71"/>
            <w:vAlign w:val="center"/>
            <w:hideMark/>
          </w:tcPr>
          <w:p w14:paraId="6236B3C7" w14:textId="77777777" w:rsidR="00E24BA4" w:rsidRPr="00891012" w:rsidRDefault="00E24BA4" w:rsidP="00891012">
            <w:pPr>
              <w:pStyle w:val="Stil4"/>
              <w:jc w:val="center"/>
              <w:rPr>
                <w:rFonts w:eastAsia="Times New Roman" w:cs="Times New Roman"/>
                <w:szCs w:val="20"/>
                <w:lang w:eastAsia="tr-TR"/>
              </w:rPr>
            </w:pPr>
            <w:r w:rsidRPr="00891012">
              <w:rPr>
                <w:rFonts w:eastAsia="Times New Roman" w:cs="Times New Roman"/>
                <w:szCs w:val="20"/>
                <w:lang w:eastAsia="tr-TR"/>
              </w:rPr>
              <w:t>Yıl İçi Ek / Tenkis (TL)</w:t>
            </w:r>
          </w:p>
        </w:tc>
        <w:tc>
          <w:tcPr>
            <w:tcW w:w="0" w:type="auto"/>
            <w:shd w:val="clear" w:color="auto" w:fill="B99C71"/>
            <w:vAlign w:val="center"/>
            <w:hideMark/>
          </w:tcPr>
          <w:p w14:paraId="679BC470" w14:textId="77777777" w:rsidR="00E24BA4" w:rsidRPr="00891012" w:rsidRDefault="00E24BA4" w:rsidP="00891012">
            <w:pPr>
              <w:pStyle w:val="Stil4"/>
              <w:jc w:val="center"/>
              <w:rPr>
                <w:rFonts w:eastAsia="Times New Roman" w:cs="Times New Roman"/>
                <w:szCs w:val="20"/>
                <w:lang w:eastAsia="tr-TR"/>
              </w:rPr>
            </w:pPr>
            <w:r w:rsidRPr="00891012">
              <w:rPr>
                <w:rFonts w:eastAsia="Times New Roman" w:cs="Times New Roman"/>
                <w:szCs w:val="20"/>
                <w:lang w:eastAsia="tr-TR"/>
              </w:rPr>
              <w:t>Nihai Ödenek (TL)</w:t>
            </w:r>
          </w:p>
        </w:tc>
        <w:tc>
          <w:tcPr>
            <w:tcW w:w="0" w:type="auto"/>
            <w:shd w:val="clear" w:color="auto" w:fill="B99C71"/>
            <w:vAlign w:val="center"/>
            <w:hideMark/>
          </w:tcPr>
          <w:p w14:paraId="5DCBF326" w14:textId="77777777" w:rsidR="00E24BA4" w:rsidRPr="00891012" w:rsidRDefault="00E24BA4" w:rsidP="00891012">
            <w:pPr>
              <w:pStyle w:val="Stil4"/>
              <w:jc w:val="center"/>
              <w:rPr>
                <w:rFonts w:eastAsia="Times New Roman" w:cs="Times New Roman"/>
                <w:szCs w:val="20"/>
                <w:lang w:eastAsia="tr-TR"/>
              </w:rPr>
            </w:pPr>
            <w:r w:rsidRPr="00891012">
              <w:rPr>
                <w:rFonts w:eastAsia="Times New Roman" w:cs="Times New Roman"/>
                <w:szCs w:val="20"/>
                <w:lang w:eastAsia="tr-TR"/>
              </w:rPr>
              <w:t>Harcama Tutarı (TL)</w:t>
            </w:r>
          </w:p>
        </w:tc>
        <w:tc>
          <w:tcPr>
            <w:tcW w:w="0" w:type="auto"/>
            <w:shd w:val="clear" w:color="auto" w:fill="B99C71"/>
            <w:vAlign w:val="center"/>
            <w:hideMark/>
          </w:tcPr>
          <w:p w14:paraId="743BD94F" w14:textId="77777777" w:rsidR="00E24BA4" w:rsidRPr="00891012" w:rsidRDefault="00E24BA4" w:rsidP="00891012">
            <w:pPr>
              <w:pStyle w:val="Stil4"/>
              <w:jc w:val="center"/>
              <w:rPr>
                <w:rFonts w:eastAsia="Times New Roman" w:cs="Times New Roman"/>
                <w:szCs w:val="20"/>
                <w:lang w:eastAsia="tr-TR"/>
              </w:rPr>
            </w:pPr>
            <w:r w:rsidRPr="00891012">
              <w:rPr>
                <w:rFonts w:eastAsia="Times New Roman" w:cs="Times New Roman"/>
                <w:szCs w:val="20"/>
                <w:lang w:eastAsia="tr-TR"/>
              </w:rPr>
              <w:t>Gerçekleşme Oranı (%)</w:t>
            </w:r>
          </w:p>
        </w:tc>
      </w:tr>
      <w:tr w:rsidR="00841100" w:rsidRPr="00891012" w14:paraId="14F19CE1" w14:textId="77777777" w:rsidTr="00891012">
        <w:trPr>
          <w:tblCellSpacing w:w="15" w:type="dxa"/>
        </w:trPr>
        <w:tc>
          <w:tcPr>
            <w:tcW w:w="0" w:type="auto"/>
            <w:vAlign w:val="center"/>
            <w:hideMark/>
          </w:tcPr>
          <w:p w14:paraId="7BE691C4" w14:textId="77777777" w:rsidR="00E24BA4" w:rsidRPr="00891012" w:rsidRDefault="00E24BA4" w:rsidP="009D611D">
            <w:pPr>
              <w:pStyle w:val="Stil4"/>
              <w:rPr>
                <w:rFonts w:eastAsia="Times New Roman" w:cs="Times New Roman"/>
                <w:szCs w:val="20"/>
                <w:lang w:eastAsia="tr-TR"/>
              </w:rPr>
            </w:pPr>
            <w:r w:rsidRPr="00891012">
              <w:rPr>
                <w:rFonts w:eastAsia="Times New Roman" w:cs="Times New Roman"/>
                <w:szCs w:val="20"/>
                <w:lang w:eastAsia="tr-TR"/>
              </w:rPr>
              <w:t>Personel Giderleri</w:t>
            </w:r>
          </w:p>
        </w:tc>
        <w:tc>
          <w:tcPr>
            <w:tcW w:w="0" w:type="auto"/>
            <w:vAlign w:val="center"/>
            <w:hideMark/>
          </w:tcPr>
          <w:p w14:paraId="577302BD" w14:textId="6DF4FFED" w:rsidR="00E24BA4" w:rsidRPr="00891012" w:rsidRDefault="00841100" w:rsidP="00891012">
            <w:pPr>
              <w:pStyle w:val="Stil4"/>
              <w:jc w:val="center"/>
              <w:rPr>
                <w:rFonts w:eastAsia="Times New Roman" w:cs="Times New Roman"/>
                <w:b w:val="0"/>
                <w:szCs w:val="20"/>
                <w:lang w:eastAsia="tr-TR"/>
              </w:rPr>
            </w:pPr>
            <w:r w:rsidRPr="00891012">
              <w:rPr>
                <w:rFonts w:eastAsia="Times New Roman" w:cs="Times New Roman"/>
                <w:b w:val="0"/>
                <w:szCs w:val="20"/>
                <w:lang w:eastAsia="tr-TR"/>
              </w:rPr>
              <w:t>14</w:t>
            </w:r>
            <w:r w:rsidR="00082A20">
              <w:rPr>
                <w:rFonts w:eastAsia="Times New Roman" w:cs="Times New Roman"/>
                <w:b w:val="0"/>
                <w:szCs w:val="20"/>
                <w:lang w:eastAsia="tr-TR"/>
              </w:rPr>
              <w:t>.</w:t>
            </w:r>
            <w:r w:rsidRPr="00891012">
              <w:rPr>
                <w:rFonts w:eastAsia="Times New Roman" w:cs="Times New Roman"/>
                <w:b w:val="0"/>
                <w:szCs w:val="20"/>
                <w:lang w:eastAsia="tr-TR"/>
              </w:rPr>
              <w:t>8</w:t>
            </w:r>
            <w:r w:rsidR="00FB3DE7" w:rsidRPr="00891012">
              <w:rPr>
                <w:rFonts w:eastAsia="Times New Roman" w:cs="Times New Roman"/>
                <w:b w:val="0"/>
                <w:szCs w:val="20"/>
                <w:lang w:eastAsia="tr-TR"/>
              </w:rPr>
              <w:t>96</w:t>
            </w:r>
            <w:r w:rsidR="00082A20">
              <w:rPr>
                <w:rFonts w:eastAsia="Times New Roman" w:cs="Times New Roman"/>
                <w:b w:val="0"/>
                <w:szCs w:val="20"/>
                <w:lang w:eastAsia="tr-TR"/>
              </w:rPr>
              <w:t>.</w:t>
            </w:r>
            <w:r w:rsidR="00FB3DE7" w:rsidRPr="00891012">
              <w:rPr>
                <w:rFonts w:eastAsia="Times New Roman" w:cs="Times New Roman"/>
                <w:b w:val="0"/>
                <w:szCs w:val="20"/>
                <w:lang w:eastAsia="tr-TR"/>
              </w:rPr>
              <w:t>0</w:t>
            </w:r>
            <w:r w:rsidR="00515915" w:rsidRPr="00891012">
              <w:rPr>
                <w:rFonts w:eastAsia="Times New Roman" w:cs="Times New Roman"/>
                <w:b w:val="0"/>
                <w:szCs w:val="20"/>
                <w:lang w:eastAsia="tr-TR"/>
              </w:rPr>
              <w:t>0</w:t>
            </w:r>
            <w:r w:rsidR="00FB3DE7" w:rsidRPr="00891012">
              <w:rPr>
                <w:rFonts w:eastAsia="Times New Roman" w:cs="Times New Roman"/>
                <w:b w:val="0"/>
                <w:szCs w:val="20"/>
                <w:lang w:eastAsia="tr-TR"/>
              </w:rPr>
              <w:t>0,00</w:t>
            </w:r>
          </w:p>
        </w:tc>
        <w:tc>
          <w:tcPr>
            <w:tcW w:w="0" w:type="auto"/>
            <w:vAlign w:val="center"/>
            <w:hideMark/>
          </w:tcPr>
          <w:p w14:paraId="723CF449" w14:textId="77777777" w:rsidR="00E24BA4" w:rsidRPr="00891012" w:rsidRDefault="00E24BA4" w:rsidP="00891012">
            <w:pPr>
              <w:pStyle w:val="Stil4"/>
              <w:jc w:val="center"/>
              <w:rPr>
                <w:rFonts w:eastAsia="Times New Roman" w:cs="Times New Roman"/>
                <w:b w:val="0"/>
                <w:szCs w:val="20"/>
                <w:lang w:eastAsia="tr-TR"/>
              </w:rPr>
            </w:pPr>
          </w:p>
        </w:tc>
        <w:tc>
          <w:tcPr>
            <w:tcW w:w="0" w:type="auto"/>
            <w:vAlign w:val="center"/>
            <w:hideMark/>
          </w:tcPr>
          <w:p w14:paraId="27747661" w14:textId="77777777" w:rsidR="00E24BA4" w:rsidRPr="00891012" w:rsidRDefault="00E24BA4" w:rsidP="00891012">
            <w:pPr>
              <w:pStyle w:val="Stil4"/>
              <w:jc w:val="center"/>
              <w:rPr>
                <w:rFonts w:eastAsia="Times New Roman" w:cs="Times New Roman"/>
                <w:b w:val="0"/>
                <w:szCs w:val="20"/>
                <w:lang w:eastAsia="tr-TR"/>
              </w:rPr>
            </w:pPr>
          </w:p>
        </w:tc>
        <w:tc>
          <w:tcPr>
            <w:tcW w:w="0" w:type="auto"/>
            <w:vAlign w:val="center"/>
            <w:hideMark/>
          </w:tcPr>
          <w:p w14:paraId="39EE2368" w14:textId="657B9605" w:rsidR="00E24BA4" w:rsidRPr="00891012" w:rsidRDefault="00FD2DE3" w:rsidP="00891012">
            <w:pPr>
              <w:pStyle w:val="Stil4"/>
              <w:jc w:val="center"/>
              <w:rPr>
                <w:rFonts w:eastAsia="Times New Roman" w:cs="Times New Roman"/>
                <w:b w:val="0"/>
                <w:szCs w:val="20"/>
                <w:lang w:eastAsia="tr-TR"/>
              </w:rPr>
            </w:pPr>
            <w:r w:rsidRPr="00891012">
              <w:rPr>
                <w:rFonts w:eastAsia="Times New Roman" w:cs="Times New Roman"/>
                <w:b w:val="0"/>
                <w:szCs w:val="20"/>
                <w:lang w:eastAsia="tr-TR"/>
              </w:rPr>
              <w:t>14</w:t>
            </w:r>
            <w:r w:rsidR="00510123">
              <w:rPr>
                <w:rFonts w:eastAsia="Times New Roman" w:cs="Times New Roman"/>
                <w:b w:val="0"/>
                <w:szCs w:val="20"/>
                <w:lang w:eastAsia="tr-TR"/>
              </w:rPr>
              <w:t>.</w:t>
            </w:r>
            <w:r w:rsidRPr="00891012">
              <w:rPr>
                <w:rFonts w:eastAsia="Times New Roman" w:cs="Times New Roman"/>
                <w:b w:val="0"/>
                <w:szCs w:val="20"/>
                <w:lang w:eastAsia="tr-TR"/>
              </w:rPr>
              <w:t>847</w:t>
            </w:r>
            <w:r w:rsidR="00510123">
              <w:rPr>
                <w:rFonts w:eastAsia="Times New Roman" w:cs="Times New Roman"/>
                <w:b w:val="0"/>
                <w:szCs w:val="20"/>
                <w:lang w:eastAsia="tr-TR"/>
              </w:rPr>
              <w:t>.</w:t>
            </w:r>
            <w:r w:rsidRPr="00891012">
              <w:rPr>
                <w:rFonts w:eastAsia="Times New Roman" w:cs="Times New Roman"/>
                <w:b w:val="0"/>
                <w:szCs w:val="20"/>
                <w:lang w:eastAsia="tr-TR"/>
              </w:rPr>
              <w:t>545,66</w:t>
            </w:r>
          </w:p>
        </w:tc>
        <w:tc>
          <w:tcPr>
            <w:tcW w:w="0" w:type="auto"/>
            <w:vAlign w:val="center"/>
            <w:hideMark/>
          </w:tcPr>
          <w:p w14:paraId="7FD12126" w14:textId="635CF0A8" w:rsidR="00E24BA4" w:rsidRPr="00891012" w:rsidRDefault="00DB20CE" w:rsidP="00891012">
            <w:pPr>
              <w:pStyle w:val="Stil4"/>
              <w:jc w:val="center"/>
              <w:rPr>
                <w:rFonts w:eastAsia="Times New Roman" w:cs="Times New Roman"/>
                <w:b w:val="0"/>
                <w:szCs w:val="20"/>
                <w:lang w:eastAsia="tr-TR"/>
              </w:rPr>
            </w:pPr>
            <w:r w:rsidRPr="00891012">
              <w:rPr>
                <w:rFonts w:cs="Times New Roman"/>
                <w:b w:val="0"/>
                <w:szCs w:val="20"/>
              </w:rPr>
              <w:t>99,67</w:t>
            </w:r>
          </w:p>
        </w:tc>
      </w:tr>
      <w:tr w:rsidR="00841100" w:rsidRPr="00891012" w14:paraId="00086F56" w14:textId="77777777" w:rsidTr="00891012">
        <w:trPr>
          <w:tblCellSpacing w:w="15" w:type="dxa"/>
        </w:trPr>
        <w:tc>
          <w:tcPr>
            <w:tcW w:w="0" w:type="auto"/>
            <w:vAlign w:val="center"/>
            <w:hideMark/>
          </w:tcPr>
          <w:p w14:paraId="141C10C6" w14:textId="77777777" w:rsidR="00E24BA4" w:rsidRPr="00891012" w:rsidRDefault="00E24BA4" w:rsidP="009D611D">
            <w:pPr>
              <w:pStyle w:val="Stil4"/>
              <w:rPr>
                <w:rFonts w:eastAsia="Times New Roman" w:cs="Times New Roman"/>
                <w:szCs w:val="20"/>
                <w:lang w:eastAsia="tr-TR"/>
              </w:rPr>
            </w:pPr>
            <w:r w:rsidRPr="00891012">
              <w:rPr>
                <w:rFonts w:eastAsia="Times New Roman" w:cs="Times New Roman"/>
                <w:szCs w:val="20"/>
                <w:lang w:eastAsia="tr-TR"/>
              </w:rPr>
              <w:t>Mal ve Hizmet Alımları</w:t>
            </w:r>
            <w:r w:rsidR="00841100" w:rsidRPr="00891012">
              <w:rPr>
                <w:rFonts w:eastAsia="Times New Roman" w:cs="Times New Roman"/>
                <w:szCs w:val="20"/>
                <w:lang w:eastAsia="tr-TR"/>
              </w:rPr>
              <w:t>/</w:t>
            </w:r>
          </w:p>
        </w:tc>
        <w:tc>
          <w:tcPr>
            <w:tcW w:w="0" w:type="auto"/>
            <w:vAlign w:val="center"/>
            <w:hideMark/>
          </w:tcPr>
          <w:p w14:paraId="13BC35C7" w14:textId="374565E4" w:rsidR="00E24BA4" w:rsidRPr="00891012" w:rsidRDefault="00FB3DE7" w:rsidP="00891012">
            <w:pPr>
              <w:pStyle w:val="Stil4"/>
              <w:jc w:val="center"/>
              <w:rPr>
                <w:rFonts w:eastAsia="Times New Roman" w:cs="Times New Roman"/>
                <w:b w:val="0"/>
                <w:szCs w:val="20"/>
                <w:lang w:eastAsia="tr-TR"/>
              </w:rPr>
            </w:pPr>
            <w:r w:rsidRPr="00891012">
              <w:rPr>
                <w:rFonts w:cs="Times New Roman"/>
                <w:b w:val="0"/>
                <w:color w:val="212529"/>
                <w:szCs w:val="20"/>
                <w:shd w:val="clear" w:color="auto" w:fill="FDFDFD"/>
              </w:rPr>
              <w:t>307</w:t>
            </w:r>
            <w:r w:rsidR="00082A20">
              <w:rPr>
                <w:rFonts w:cs="Times New Roman"/>
                <w:b w:val="0"/>
                <w:color w:val="212529"/>
                <w:szCs w:val="20"/>
                <w:shd w:val="clear" w:color="auto" w:fill="FDFDFD"/>
              </w:rPr>
              <w:t>.</w:t>
            </w:r>
            <w:r w:rsidRPr="00891012">
              <w:rPr>
                <w:rFonts w:cs="Times New Roman"/>
                <w:b w:val="0"/>
                <w:color w:val="212529"/>
                <w:szCs w:val="20"/>
                <w:shd w:val="clear" w:color="auto" w:fill="FDFDFD"/>
              </w:rPr>
              <w:t>000,00</w:t>
            </w:r>
          </w:p>
        </w:tc>
        <w:tc>
          <w:tcPr>
            <w:tcW w:w="0" w:type="auto"/>
            <w:vAlign w:val="center"/>
            <w:hideMark/>
          </w:tcPr>
          <w:p w14:paraId="3667CF76" w14:textId="77777777" w:rsidR="00E24BA4" w:rsidRPr="00891012" w:rsidRDefault="00E24BA4" w:rsidP="00891012">
            <w:pPr>
              <w:pStyle w:val="Stil4"/>
              <w:jc w:val="center"/>
              <w:rPr>
                <w:rFonts w:eastAsia="Times New Roman" w:cs="Times New Roman"/>
                <w:b w:val="0"/>
                <w:szCs w:val="20"/>
                <w:lang w:eastAsia="tr-TR"/>
              </w:rPr>
            </w:pPr>
          </w:p>
        </w:tc>
        <w:tc>
          <w:tcPr>
            <w:tcW w:w="0" w:type="auto"/>
            <w:vAlign w:val="center"/>
            <w:hideMark/>
          </w:tcPr>
          <w:p w14:paraId="478EB63C" w14:textId="77777777" w:rsidR="00E24BA4" w:rsidRPr="00891012" w:rsidRDefault="00E24BA4" w:rsidP="00891012">
            <w:pPr>
              <w:pStyle w:val="Stil4"/>
              <w:jc w:val="center"/>
              <w:rPr>
                <w:rFonts w:eastAsia="Times New Roman" w:cs="Times New Roman"/>
                <w:b w:val="0"/>
                <w:szCs w:val="20"/>
                <w:lang w:eastAsia="tr-TR"/>
              </w:rPr>
            </w:pPr>
          </w:p>
        </w:tc>
        <w:tc>
          <w:tcPr>
            <w:tcW w:w="0" w:type="auto"/>
            <w:vAlign w:val="center"/>
            <w:hideMark/>
          </w:tcPr>
          <w:p w14:paraId="48F209DE" w14:textId="7D14C206" w:rsidR="00E24BA4" w:rsidRPr="00891012" w:rsidRDefault="00FB3DE7" w:rsidP="00891012">
            <w:pPr>
              <w:pStyle w:val="Stil4"/>
              <w:jc w:val="center"/>
              <w:rPr>
                <w:rFonts w:eastAsia="Times New Roman" w:cs="Times New Roman"/>
                <w:b w:val="0"/>
                <w:szCs w:val="20"/>
                <w:lang w:eastAsia="tr-TR"/>
              </w:rPr>
            </w:pPr>
            <w:r w:rsidRPr="00891012">
              <w:rPr>
                <w:rFonts w:eastAsia="Times New Roman" w:cs="Times New Roman"/>
                <w:b w:val="0"/>
                <w:szCs w:val="20"/>
                <w:lang w:eastAsia="tr-TR"/>
              </w:rPr>
              <w:t>26</w:t>
            </w:r>
            <w:r w:rsidR="00233E9B">
              <w:rPr>
                <w:rFonts w:eastAsia="Times New Roman" w:cs="Times New Roman"/>
                <w:b w:val="0"/>
                <w:szCs w:val="20"/>
                <w:lang w:eastAsia="tr-TR"/>
              </w:rPr>
              <w:t>.</w:t>
            </w:r>
            <w:r w:rsidRPr="00891012">
              <w:rPr>
                <w:rFonts w:eastAsia="Times New Roman" w:cs="Times New Roman"/>
                <w:b w:val="0"/>
                <w:szCs w:val="20"/>
                <w:lang w:eastAsia="tr-TR"/>
              </w:rPr>
              <w:t>9635,59</w:t>
            </w:r>
          </w:p>
        </w:tc>
        <w:tc>
          <w:tcPr>
            <w:tcW w:w="0" w:type="auto"/>
            <w:vAlign w:val="center"/>
            <w:hideMark/>
          </w:tcPr>
          <w:p w14:paraId="08715CF9" w14:textId="7F8959C9" w:rsidR="00E24BA4" w:rsidRPr="00891012" w:rsidRDefault="00DB20CE" w:rsidP="00891012">
            <w:pPr>
              <w:pStyle w:val="Stil4"/>
              <w:jc w:val="center"/>
              <w:rPr>
                <w:rFonts w:eastAsia="Times New Roman" w:cs="Times New Roman"/>
                <w:b w:val="0"/>
                <w:szCs w:val="20"/>
                <w:lang w:eastAsia="tr-TR"/>
              </w:rPr>
            </w:pPr>
            <w:r w:rsidRPr="00891012">
              <w:rPr>
                <w:rStyle w:val="Gl"/>
                <w:rFonts w:cs="Times New Roman"/>
                <w:szCs w:val="20"/>
              </w:rPr>
              <w:t>87,83</w:t>
            </w:r>
          </w:p>
        </w:tc>
      </w:tr>
      <w:tr w:rsidR="00B6208D" w:rsidRPr="00891012" w14:paraId="1187D2DD" w14:textId="77777777" w:rsidTr="00891012">
        <w:trPr>
          <w:tblCellSpacing w:w="15" w:type="dxa"/>
        </w:trPr>
        <w:tc>
          <w:tcPr>
            <w:tcW w:w="0" w:type="auto"/>
            <w:vAlign w:val="center"/>
            <w:hideMark/>
          </w:tcPr>
          <w:p w14:paraId="5EA3F687" w14:textId="77777777" w:rsidR="00B6208D" w:rsidRPr="00891012" w:rsidRDefault="00B6208D" w:rsidP="009D611D">
            <w:pPr>
              <w:pStyle w:val="Stil4"/>
              <w:rPr>
                <w:rFonts w:eastAsia="Times New Roman" w:cs="Times New Roman"/>
                <w:szCs w:val="20"/>
                <w:lang w:eastAsia="tr-TR"/>
              </w:rPr>
            </w:pPr>
            <w:r w:rsidRPr="00891012">
              <w:rPr>
                <w:rFonts w:eastAsia="Times New Roman" w:cs="Times New Roman"/>
                <w:szCs w:val="20"/>
                <w:lang w:eastAsia="tr-TR"/>
              </w:rPr>
              <w:t>Sermaye (Yatırım) Giderleri</w:t>
            </w:r>
          </w:p>
        </w:tc>
        <w:tc>
          <w:tcPr>
            <w:tcW w:w="0" w:type="auto"/>
            <w:vAlign w:val="center"/>
            <w:hideMark/>
          </w:tcPr>
          <w:p w14:paraId="53359367" w14:textId="77777777" w:rsidR="00B6208D" w:rsidRPr="00891012" w:rsidRDefault="00B6208D" w:rsidP="00891012">
            <w:pPr>
              <w:pStyle w:val="Stil4"/>
              <w:jc w:val="center"/>
              <w:rPr>
                <w:rFonts w:eastAsia="Times New Roman" w:cs="Times New Roman"/>
                <w:b w:val="0"/>
                <w:szCs w:val="20"/>
                <w:lang w:eastAsia="tr-TR"/>
              </w:rPr>
            </w:pPr>
          </w:p>
        </w:tc>
        <w:tc>
          <w:tcPr>
            <w:tcW w:w="0" w:type="auto"/>
            <w:vAlign w:val="center"/>
            <w:hideMark/>
          </w:tcPr>
          <w:p w14:paraId="4964AF48" w14:textId="77777777" w:rsidR="00B6208D" w:rsidRPr="00891012" w:rsidRDefault="00B6208D" w:rsidP="00891012">
            <w:pPr>
              <w:pStyle w:val="Stil4"/>
              <w:jc w:val="center"/>
              <w:rPr>
                <w:rFonts w:eastAsia="Times New Roman" w:cs="Times New Roman"/>
                <w:b w:val="0"/>
                <w:szCs w:val="20"/>
                <w:lang w:eastAsia="tr-TR"/>
              </w:rPr>
            </w:pPr>
          </w:p>
        </w:tc>
        <w:tc>
          <w:tcPr>
            <w:tcW w:w="0" w:type="auto"/>
            <w:vAlign w:val="center"/>
            <w:hideMark/>
          </w:tcPr>
          <w:p w14:paraId="36A54755" w14:textId="77777777" w:rsidR="00B6208D" w:rsidRPr="00891012" w:rsidRDefault="00B6208D" w:rsidP="00891012">
            <w:pPr>
              <w:pStyle w:val="Stil4"/>
              <w:jc w:val="center"/>
              <w:rPr>
                <w:rFonts w:eastAsia="Times New Roman" w:cs="Times New Roman"/>
                <w:b w:val="0"/>
                <w:szCs w:val="20"/>
                <w:lang w:eastAsia="tr-TR"/>
              </w:rPr>
            </w:pPr>
          </w:p>
        </w:tc>
        <w:tc>
          <w:tcPr>
            <w:tcW w:w="0" w:type="auto"/>
            <w:vAlign w:val="center"/>
            <w:hideMark/>
          </w:tcPr>
          <w:p w14:paraId="7DAE4A1D" w14:textId="77777777" w:rsidR="00B6208D" w:rsidRPr="00891012" w:rsidRDefault="00B6208D" w:rsidP="00891012">
            <w:pPr>
              <w:pStyle w:val="Stil4"/>
              <w:jc w:val="center"/>
              <w:rPr>
                <w:rFonts w:eastAsia="Times New Roman" w:cs="Times New Roman"/>
                <w:b w:val="0"/>
                <w:szCs w:val="20"/>
                <w:lang w:eastAsia="tr-TR"/>
              </w:rPr>
            </w:pPr>
          </w:p>
        </w:tc>
        <w:tc>
          <w:tcPr>
            <w:tcW w:w="0" w:type="auto"/>
            <w:vAlign w:val="center"/>
            <w:hideMark/>
          </w:tcPr>
          <w:p w14:paraId="225E2A41" w14:textId="77777777" w:rsidR="00B6208D" w:rsidRPr="00891012" w:rsidRDefault="00B6208D" w:rsidP="00891012">
            <w:pPr>
              <w:pStyle w:val="Stil4"/>
              <w:jc w:val="center"/>
              <w:rPr>
                <w:rFonts w:eastAsia="Times New Roman" w:cs="Times New Roman"/>
                <w:b w:val="0"/>
                <w:szCs w:val="20"/>
                <w:lang w:eastAsia="tr-TR"/>
              </w:rPr>
            </w:pPr>
          </w:p>
        </w:tc>
      </w:tr>
      <w:tr w:rsidR="00B6208D" w:rsidRPr="00891012" w14:paraId="36CC5EB0" w14:textId="77777777" w:rsidTr="00891012">
        <w:trPr>
          <w:trHeight w:val="451"/>
          <w:tblCellSpacing w:w="15" w:type="dxa"/>
        </w:trPr>
        <w:tc>
          <w:tcPr>
            <w:tcW w:w="0" w:type="auto"/>
            <w:vAlign w:val="center"/>
            <w:hideMark/>
          </w:tcPr>
          <w:p w14:paraId="22B11432" w14:textId="77777777" w:rsidR="00B6208D" w:rsidRPr="00891012" w:rsidRDefault="00B6208D" w:rsidP="009D611D">
            <w:pPr>
              <w:pStyle w:val="Stil4"/>
              <w:rPr>
                <w:rFonts w:eastAsia="Times New Roman" w:cs="Times New Roman"/>
                <w:szCs w:val="20"/>
                <w:lang w:eastAsia="tr-TR"/>
              </w:rPr>
            </w:pPr>
            <w:r w:rsidRPr="00891012">
              <w:rPr>
                <w:rFonts w:eastAsia="Times New Roman" w:cs="Times New Roman"/>
                <w:szCs w:val="20"/>
                <w:lang w:eastAsia="tr-TR"/>
              </w:rPr>
              <w:t>Toplam Bütçe</w:t>
            </w:r>
          </w:p>
        </w:tc>
        <w:tc>
          <w:tcPr>
            <w:tcW w:w="0" w:type="auto"/>
            <w:vAlign w:val="center"/>
            <w:hideMark/>
          </w:tcPr>
          <w:p w14:paraId="7E608692" w14:textId="49F5154E" w:rsidR="00B6208D" w:rsidRPr="00891012" w:rsidRDefault="00DD19C5" w:rsidP="00891012">
            <w:pPr>
              <w:pStyle w:val="Stil4"/>
              <w:jc w:val="center"/>
              <w:rPr>
                <w:rFonts w:eastAsia="Times New Roman" w:cs="Times New Roman"/>
                <w:b w:val="0"/>
                <w:szCs w:val="20"/>
                <w:lang w:eastAsia="tr-TR"/>
              </w:rPr>
            </w:pPr>
            <w:r w:rsidRPr="00891012">
              <w:rPr>
                <w:rFonts w:eastAsia="Times New Roman" w:cs="Times New Roman"/>
                <w:b w:val="0"/>
                <w:szCs w:val="20"/>
                <w:lang w:eastAsia="tr-TR"/>
              </w:rPr>
              <w:t>15</w:t>
            </w:r>
            <w:r w:rsidR="00510123">
              <w:rPr>
                <w:rFonts w:eastAsia="Times New Roman" w:cs="Times New Roman"/>
                <w:b w:val="0"/>
                <w:szCs w:val="20"/>
                <w:lang w:eastAsia="tr-TR"/>
              </w:rPr>
              <w:t>.</w:t>
            </w:r>
            <w:r w:rsidRPr="00891012">
              <w:rPr>
                <w:rFonts w:eastAsia="Times New Roman" w:cs="Times New Roman"/>
                <w:b w:val="0"/>
                <w:szCs w:val="20"/>
                <w:lang w:eastAsia="tr-TR"/>
              </w:rPr>
              <w:t>203</w:t>
            </w:r>
            <w:r w:rsidR="00510123">
              <w:rPr>
                <w:rFonts w:eastAsia="Times New Roman" w:cs="Times New Roman"/>
                <w:b w:val="0"/>
                <w:szCs w:val="20"/>
                <w:lang w:eastAsia="tr-TR"/>
              </w:rPr>
              <w:t>.</w:t>
            </w:r>
            <w:r w:rsidRPr="00891012">
              <w:rPr>
                <w:rFonts w:eastAsia="Times New Roman" w:cs="Times New Roman"/>
                <w:b w:val="0"/>
                <w:szCs w:val="20"/>
                <w:lang w:eastAsia="tr-TR"/>
              </w:rPr>
              <w:t>000,00</w:t>
            </w:r>
          </w:p>
        </w:tc>
        <w:tc>
          <w:tcPr>
            <w:tcW w:w="0" w:type="auto"/>
            <w:vAlign w:val="center"/>
            <w:hideMark/>
          </w:tcPr>
          <w:p w14:paraId="58178905" w14:textId="77777777" w:rsidR="00B6208D" w:rsidRPr="00891012" w:rsidRDefault="00B6208D" w:rsidP="00891012">
            <w:pPr>
              <w:pStyle w:val="Stil4"/>
              <w:jc w:val="center"/>
              <w:rPr>
                <w:rFonts w:eastAsia="Times New Roman" w:cs="Times New Roman"/>
                <w:b w:val="0"/>
                <w:szCs w:val="20"/>
                <w:lang w:eastAsia="tr-TR"/>
              </w:rPr>
            </w:pPr>
          </w:p>
        </w:tc>
        <w:tc>
          <w:tcPr>
            <w:tcW w:w="0" w:type="auto"/>
            <w:vAlign w:val="center"/>
            <w:hideMark/>
          </w:tcPr>
          <w:p w14:paraId="19F079EF" w14:textId="77777777" w:rsidR="00B6208D" w:rsidRPr="00891012" w:rsidRDefault="00B6208D" w:rsidP="00891012">
            <w:pPr>
              <w:pStyle w:val="Stil4"/>
              <w:jc w:val="center"/>
              <w:rPr>
                <w:rFonts w:eastAsia="Times New Roman" w:cs="Times New Roman"/>
                <w:b w:val="0"/>
                <w:szCs w:val="20"/>
                <w:lang w:eastAsia="tr-TR"/>
              </w:rPr>
            </w:pPr>
          </w:p>
        </w:tc>
        <w:tc>
          <w:tcPr>
            <w:tcW w:w="0" w:type="auto"/>
            <w:vAlign w:val="center"/>
            <w:hideMark/>
          </w:tcPr>
          <w:p w14:paraId="398275A1" w14:textId="465698C6" w:rsidR="00B6208D" w:rsidRPr="00891012" w:rsidRDefault="00DD19C5" w:rsidP="00891012">
            <w:pPr>
              <w:pStyle w:val="Stil4"/>
              <w:jc w:val="center"/>
              <w:rPr>
                <w:rFonts w:eastAsia="Times New Roman" w:cs="Times New Roman"/>
                <w:b w:val="0"/>
                <w:szCs w:val="20"/>
                <w:lang w:eastAsia="tr-TR"/>
              </w:rPr>
            </w:pPr>
            <w:r w:rsidRPr="00891012">
              <w:rPr>
                <w:rFonts w:eastAsia="Times New Roman" w:cs="Times New Roman"/>
                <w:b w:val="0"/>
                <w:szCs w:val="20"/>
                <w:lang w:eastAsia="tr-TR"/>
              </w:rPr>
              <w:t>15</w:t>
            </w:r>
            <w:r w:rsidR="00510123">
              <w:rPr>
                <w:rFonts w:eastAsia="Times New Roman" w:cs="Times New Roman"/>
                <w:b w:val="0"/>
                <w:szCs w:val="20"/>
                <w:lang w:eastAsia="tr-TR"/>
              </w:rPr>
              <w:t>.</w:t>
            </w:r>
            <w:r w:rsidRPr="00891012">
              <w:rPr>
                <w:rFonts w:eastAsia="Times New Roman" w:cs="Times New Roman"/>
                <w:b w:val="0"/>
                <w:szCs w:val="20"/>
                <w:lang w:eastAsia="tr-TR"/>
              </w:rPr>
              <w:t>117</w:t>
            </w:r>
            <w:r w:rsidR="00510123">
              <w:rPr>
                <w:rFonts w:eastAsia="Times New Roman" w:cs="Times New Roman"/>
                <w:b w:val="0"/>
                <w:szCs w:val="20"/>
                <w:lang w:eastAsia="tr-TR"/>
              </w:rPr>
              <w:t>.</w:t>
            </w:r>
            <w:r w:rsidRPr="00891012">
              <w:rPr>
                <w:rFonts w:eastAsia="Times New Roman" w:cs="Times New Roman"/>
                <w:b w:val="0"/>
                <w:szCs w:val="20"/>
                <w:lang w:eastAsia="tr-TR"/>
              </w:rPr>
              <w:t>181,25</w:t>
            </w:r>
          </w:p>
        </w:tc>
        <w:tc>
          <w:tcPr>
            <w:tcW w:w="0" w:type="auto"/>
            <w:vAlign w:val="center"/>
            <w:hideMark/>
          </w:tcPr>
          <w:p w14:paraId="5CE776FB" w14:textId="77777777" w:rsidR="00B6208D" w:rsidRPr="00891012" w:rsidRDefault="00DB20CE" w:rsidP="00891012">
            <w:pPr>
              <w:pStyle w:val="Stil4"/>
              <w:jc w:val="center"/>
              <w:rPr>
                <w:rFonts w:eastAsia="Times New Roman" w:cs="Times New Roman"/>
                <w:b w:val="0"/>
                <w:szCs w:val="20"/>
                <w:lang w:eastAsia="tr-TR"/>
              </w:rPr>
            </w:pPr>
            <w:r w:rsidRPr="00891012">
              <w:rPr>
                <w:rFonts w:eastAsia="Times New Roman" w:cs="Times New Roman"/>
                <w:b w:val="0"/>
                <w:szCs w:val="20"/>
                <w:lang w:eastAsia="tr-TR"/>
              </w:rPr>
              <w:t>99,44</w:t>
            </w:r>
          </w:p>
        </w:tc>
      </w:tr>
    </w:tbl>
    <w:p w14:paraId="5959682B" w14:textId="77777777" w:rsidR="00E24BA4" w:rsidRDefault="00E24BA4" w:rsidP="00E24BA4"/>
    <w:p w14:paraId="55FE187B" w14:textId="77777777" w:rsidR="00E24BA4" w:rsidRPr="000C0E61" w:rsidRDefault="00E24BA4" w:rsidP="00E24BA4">
      <w:pPr>
        <w:pStyle w:val="Stil2"/>
        <w:jc w:val="left"/>
      </w:pPr>
      <w:bookmarkStart w:id="62" w:name="_Toc153118735"/>
      <w:bookmarkStart w:id="63" w:name="_Toc153376777"/>
      <w:bookmarkStart w:id="64" w:name="_Toc217311519"/>
      <w:r w:rsidRPr="000C0E61">
        <w:t xml:space="preserve">1. </w:t>
      </w:r>
      <w:bookmarkStart w:id="65" w:name="_Hlk186025734"/>
      <w:r w:rsidRPr="000C0E61">
        <w:t>Bütçe Uygulama Sonuçları</w:t>
      </w:r>
      <w:bookmarkEnd w:id="62"/>
      <w:bookmarkEnd w:id="63"/>
      <w:bookmarkEnd w:id="64"/>
    </w:p>
    <w:p w14:paraId="0FFDFEE1" w14:textId="07F86F32" w:rsidR="00E24BA4" w:rsidRPr="00655C62" w:rsidRDefault="00E24BA4" w:rsidP="00E24BA4">
      <w:pPr>
        <w:pStyle w:val="2BALIK"/>
        <w:rPr>
          <w:rFonts w:eastAsia="Times New Roman"/>
          <w:color w:val="FF0000"/>
          <w:u w:val="single"/>
        </w:rPr>
      </w:pPr>
      <w:bookmarkStart w:id="66" w:name="_Toc153118736"/>
      <w:bookmarkEnd w:id="65"/>
      <w:r w:rsidRPr="00655C62">
        <w:t xml:space="preserve">İlgili rapor döneminde birimimizin </w:t>
      </w:r>
      <w:r w:rsidRPr="00655C62">
        <w:rPr>
          <w:rStyle w:val="Gl"/>
        </w:rPr>
        <w:t>başlangıç ödeneği</w:t>
      </w:r>
      <w:r w:rsidRPr="00655C62">
        <w:t xml:space="preserve"> toplam </w:t>
      </w:r>
      <w:r w:rsidR="00CA4C53">
        <w:rPr>
          <w:rStyle w:val="Gl"/>
        </w:rPr>
        <w:t>15</w:t>
      </w:r>
      <w:r w:rsidR="008F5697">
        <w:rPr>
          <w:rStyle w:val="Gl"/>
        </w:rPr>
        <w:t>.</w:t>
      </w:r>
      <w:r w:rsidR="00CA4C53">
        <w:rPr>
          <w:rStyle w:val="Gl"/>
        </w:rPr>
        <w:t>203</w:t>
      </w:r>
      <w:r w:rsidR="008F5697">
        <w:rPr>
          <w:rStyle w:val="Gl"/>
        </w:rPr>
        <w:t>.</w:t>
      </w:r>
      <w:r w:rsidR="00CA4C53">
        <w:rPr>
          <w:rStyle w:val="Gl"/>
        </w:rPr>
        <w:t>000,00</w:t>
      </w:r>
      <w:r w:rsidRPr="00655C62">
        <w:rPr>
          <w:rStyle w:val="Gl"/>
        </w:rPr>
        <w:t xml:space="preserve"> TL</w:t>
      </w:r>
      <w:r w:rsidRPr="00655C62">
        <w:t xml:space="preserve"> olarak belirlenmiştir. Yıl içerisinde </w:t>
      </w:r>
      <w:r w:rsidR="00A41D5D" w:rsidRPr="00A41D5D">
        <w:rPr>
          <w:b/>
        </w:rPr>
        <w:t>1.998.000</w:t>
      </w:r>
      <w:r w:rsidRPr="00655C62">
        <w:rPr>
          <w:rStyle w:val="Gl"/>
        </w:rPr>
        <w:t xml:space="preserve"> TL</w:t>
      </w:r>
      <w:r w:rsidRPr="00655C62">
        <w:t xml:space="preserve"> ek ödenek yapılmış,</w:t>
      </w:r>
      <w:r w:rsidRPr="00446F5C">
        <w:rPr>
          <w:b/>
        </w:rPr>
        <w:t xml:space="preserve"> </w:t>
      </w:r>
      <w:r w:rsidR="00A41D5D" w:rsidRPr="00446F5C">
        <w:rPr>
          <w:b/>
        </w:rPr>
        <w:t>4.415.000</w:t>
      </w:r>
      <w:r w:rsidR="00A41D5D">
        <w:t xml:space="preserve"> </w:t>
      </w:r>
      <w:r w:rsidRPr="00655C62">
        <w:rPr>
          <w:rStyle w:val="Gl"/>
        </w:rPr>
        <w:t>TL</w:t>
      </w:r>
      <w:r w:rsidRPr="00655C62">
        <w:t xml:space="preserve"> tutarında tenkis gerçekleşmiş ve dönem sonunda </w:t>
      </w:r>
      <w:r w:rsidRPr="00655C62">
        <w:rPr>
          <w:rStyle w:val="Gl"/>
        </w:rPr>
        <w:t>nihai ödenek</w:t>
      </w:r>
      <w:r w:rsidRPr="00655C62">
        <w:t xml:space="preserve"> </w:t>
      </w:r>
      <w:r w:rsidR="00446F5C" w:rsidRPr="00446F5C">
        <w:rPr>
          <w:b/>
        </w:rPr>
        <w:t>15.117.181,25</w:t>
      </w:r>
      <w:r w:rsidRPr="00655C62">
        <w:rPr>
          <w:rStyle w:val="Gl"/>
        </w:rPr>
        <w:t xml:space="preserve"> TL</w:t>
      </w:r>
      <w:r w:rsidRPr="00655C62">
        <w:t xml:space="preserve"> olmuştur. Yıl sonu itibarıyla </w:t>
      </w:r>
      <w:r w:rsidRPr="00655C62">
        <w:rPr>
          <w:rStyle w:val="Gl"/>
        </w:rPr>
        <w:t>gerçekleşen harcama tutarı</w:t>
      </w:r>
      <w:r w:rsidR="00974EF3">
        <w:t xml:space="preserve"> </w:t>
      </w:r>
      <w:r w:rsidR="00974EF3" w:rsidRPr="00974EF3">
        <w:rPr>
          <w:b/>
        </w:rPr>
        <w:t>15</w:t>
      </w:r>
      <w:r w:rsidR="008F5697">
        <w:rPr>
          <w:b/>
        </w:rPr>
        <w:t>.</w:t>
      </w:r>
      <w:r w:rsidR="00974EF3" w:rsidRPr="00974EF3">
        <w:rPr>
          <w:b/>
        </w:rPr>
        <w:t>117</w:t>
      </w:r>
      <w:r w:rsidR="008F5697">
        <w:rPr>
          <w:b/>
        </w:rPr>
        <w:t>.</w:t>
      </w:r>
      <w:r w:rsidR="00974EF3" w:rsidRPr="00974EF3">
        <w:rPr>
          <w:b/>
        </w:rPr>
        <w:t>181,25</w:t>
      </w:r>
      <w:r w:rsidRPr="00655C62">
        <w:rPr>
          <w:rStyle w:val="Gl"/>
        </w:rPr>
        <w:t xml:space="preserve"> TL</w:t>
      </w:r>
      <w:r w:rsidRPr="00655C62">
        <w:t xml:space="preserve">, </w:t>
      </w:r>
      <w:r w:rsidRPr="00655C62">
        <w:rPr>
          <w:rStyle w:val="Gl"/>
        </w:rPr>
        <w:t>gerçekleşme oranı</w:t>
      </w:r>
      <w:r w:rsidR="00BF5E45">
        <w:t xml:space="preserve"> ise yaklaşık</w:t>
      </w:r>
      <w:r w:rsidRPr="00655C62">
        <w:rPr>
          <w:rStyle w:val="Gl"/>
        </w:rPr>
        <w:t xml:space="preserve"> %</w:t>
      </w:r>
      <w:r w:rsidR="00BF5E45">
        <w:rPr>
          <w:rStyle w:val="Gl"/>
        </w:rPr>
        <w:t xml:space="preserve"> 99,43</w:t>
      </w:r>
      <w:r w:rsidRPr="00655C62">
        <w:t xml:space="preserve"> olarak gerçekleşmiştir.</w:t>
      </w:r>
    </w:p>
    <w:p w14:paraId="1E27A933" w14:textId="77777777" w:rsidR="00E24BA4" w:rsidRPr="00655C62" w:rsidRDefault="00E24BA4" w:rsidP="00E24BA4">
      <w:pPr>
        <w:pStyle w:val="Stil2"/>
      </w:pPr>
      <w:bookmarkStart w:id="67" w:name="_Toc153376778"/>
      <w:bookmarkStart w:id="68" w:name="_Hlk186025776"/>
      <w:bookmarkStart w:id="69" w:name="_Toc217311520"/>
      <w:r>
        <w:t>1.1.</w:t>
      </w:r>
      <w:r w:rsidRPr="00655C62">
        <w:t>Temel Mali Tablolara İlişkin Açıklamalar</w:t>
      </w:r>
      <w:bookmarkEnd w:id="66"/>
      <w:bookmarkEnd w:id="67"/>
      <w:bookmarkEnd w:id="68"/>
      <w:bookmarkEnd w:id="69"/>
    </w:p>
    <w:p w14:paraId="7292CA7D" w14:textId="2C96F607" w:rsidR="00E24BA4" w:rsidRDefault="00E24BA4" w:rsidP="00E24BA4">
      <w:pPr>
        <w:pStyle w:val="2BALIK"/>
      </w:pPr>
      <w:r w:rsidRPr="00655C62">
        <w:t xml:space="preserve">Ekonomik sınıflandırma bazında bakıldığında; </w:t>
      </w:r>
      <w:r w:rsidRPr="00655C62">
        <w:rPr>
          <w:rStyle w:val="Gl"/>
        </w:rPr>
        <w:t>personel giderleri</w:t>
      </w:r>
      <w:r w:rsidRPr="00655C62">
        <w:t xml:space="preserve"> için ayrılan </w:t>
      </w:r>
      <w:r w:rsidR="00515915">
        <w:rPr>
          <w:rStyle w:val="Gl"/>
        </w:rPr>
        <w:t>14</w:t>
      </w:r>
      <w:r w:rsidR="007F7EEE">
        <w:rPr>
          <w:rStyle w:val="Gl"/>
        </w:rPr>
        <w:t>.</w:t>
      </w:r>
      <w:r w:rsidR="00515915">
        <w:rPr>
          <w:rStyle w:val="Gl"/>
        </w:rPr>
        <w:t>896</w:t>
      </w:r>
      <w:r w:rsidR="007F7EEE">
        <w:rPr>
          <w:rStyle w:val="Gl"/>
        </w:rPr>
        <w:t>.</w:t>
      </w:r>
      <w:r w:rsidR="00515915">
        <w:rPr>
          <w:rStyle w:val="Gl"/>
        </w:rPr>
        <w:t>000</w:t>
      </w:r>
      <w:r w:rsidR="00974EF3">
        <w:rPr>
          <w:rStyle w:val="Gl"/>
        </w:rPr>
        <w:t>,00</w:t>
      </w:r>
      <w:r w:rsidRPr="00655C62">
        <w:rPr>
          <w:rStyle w:val="Gl"/>
        </w:rPr>
        <w:t xml:space="preserve"> TL</w:t>
      </w:r>
      <w:r w:rsidRPr="00655C62">
        <w:t xml:space="preserve"> ödeneğin </w:t>
      </w:r>
      <w:r w:rsidR="00974EF3">
        <w:rPr>
          <w:rStyle w:val="Gl"/>
        </w:rPr>
        <w:t>14</w:t>
      </w:r>
      <w:r w:rsidR="007F7EEE">
        <w:rPr>
          <w:rStyle w:val="Gl"/>
        </w:rPr>
        <w:t>.</w:t>
      </w:r>
      <w:r w:rsidR="00974EF3">
        <w:rPr>
          <w:rStyle w:val="Gl"/>
        </w:rPr>
        <w:t>847</w:t>
      </w:r>
      <w:r w:rsidR="007F7EEE">
        <w:rPr>
          <w:rStyle w:val="Gl"/>
        </w:rPr>
        <w:t>.</w:t>
      </w:r>
      <w:r w:rsidR="00974EF3">
        <w:rPr>
          <w:rStyle w:val="Gl"/>
        </w:rPr>
        <w:t>545,66</w:t>
      </w:r>
      <w:r w:rsidRPr="00655C62">
        <w:rPr>
          <w:rStyle w:val="Gl"/>
        </w:rPr>
        <w:t xml:space="preserve"> TL</w:t>
      </w:r>
      <w:r w:rsidRPr="00655C62">
        <w:t>’si (</w:t>
      </w:r>
      <w:r w:rsidR="00DB20CE">
        <w:t>% 99,67</w:t>
      </w:r>
      <w:r w:rsidRPr="00655C62">
        <w:t xml:space="preserve">), </w:t>
      </w:r>
      <w:r w:rsidRPr="00655C62">
        <w:rPr>
          <w:rStyle w:val="Gl"/>
        </w:rPr>
        <w:t>mal ve hizmet alımları</w:t>
      </w:r>
      <w:r w:rsidRPr="00655C62">
        <w:t xml:space="preserve"> için ayrılan </w:t>
      </w:r>
      <w:r w:rsidR="00515915">
        <w:rPr>
          <w:rStyle w:val="Gl"/>
        </w:rPr>
        <w:t>307</w:t>
      </w:r>
      <w:r w:rsidR="00AC6D65">
        <w:rPr>
          <w:rStyle w:val="Gl"/>
        </w:rPr>
        <w:t>.</w:t>
      </w:r>
      <w:r w:rsidR="00515915">
        <w:rPr>
          <w:rStyle w:val="Gl"/>
        </w:rPr>
        <w:t>000</w:t>
      </w:r>
      <w:r w:rsidR="00974EF3">
        <w:rPr>
          <w:rStyle w:val="Gl"/>
        </w:rPr>
        <w:t>,00</w:t>
      </w:r>
      <w:r w:rsidRPr="00655C62">
        <w:rPr>
          <w:rStyle w:val="Gl"/>
        </w:rPr>
        <w:t xml:space="preserve"> TL</w:t>
      </w:r>
      <w:r w:rsidRPr="00655C62">
        <w:t xml:space="preserve"> ödeneğin </w:t>
      </w:r>
      <w:r w:rsidR="00974EF3">
        <w:rPr>
          <w:rStyle w:val="Gl"/>
        </w:rPr>
        <w:t>269</w:t>
      </w:r>
      <w:r w:rsidR="007F7EEE">
        <w:rPr>
          <w:rStyle w:val="Gl"/>
        </w:rPr>
        <w:t>.</w:t>
      </w:r>
      <w:r w:rsidR="00974EF3">
        <w:rPr>
          <w:rStyle w:val="Gl"/>
        </w:rPr>
        <w:t>635,59</w:t>
      </w:r>
      <w:r w:rsidRPr="00655C62">
        <w:rPr>
          <w:rStyle w:val="Gl"/>
        </w:rPr>
        <w:t xml:space="preserve"> TL</w:t>
      </w:r>
      <w:r w:rsidRPr="00655C62">
        <w:t>’si (</w:t>
      </w:r>
      <w:r w:rsidR="00DB20CE">
        <w:t xml:space="preserve">% </w:t>
      </w:r>
      <w:r w:rsidR="00DB20CE">
        <w:rPr>
          <w:rStyle w:val="Gl"/>
        </w:rPr>
        <w:t>87,83</w:t>
      </w:r>
      <w:r w:rsidRPr="00655C62">
        <w:t xml:space="preserve">), </w:t>
      </w:r>
      <w:r w:rsidRPr="00655C62">
        <w:rPr>
          <w:rStyle w:val="Gl"/>
        </w:rPr>
        <w:t>sermaye (yatırım) giderleri</w:t>
      </w:r>
      <w:r w:rsidRPr="00655C62">
        <w:t xml:space="preserve"> için ayrılan </w:t>
      </w:r>
      <w:r w:rsidR="00B6208D">
        <w:rPr>
          <w:rStyle w:val="Gl"/>
        </w:rPr>
        <w:t>-</w:t>
      </w:r>
      <w:r w:rsidRPr="00655C62">
        <w:rPr>
          <w:rStyle w:val="Gl"/>
        </w:rPr>
        <w:t xml:space="preserve"> TL</w:t>
      </w:r>
      <w:r w:rsidRPr="00655C62">
        <w:t xml:space="preserve"> ödeneğin ise </w:t>
      </w:r>
      <w:r w:rsidR="00B6208D">
        <w:rPr>
          <w:rStyle w:val="Gl"/>
        </w:rPr>
        <w:t>-</w:t>
      </w:r>
      <w:r w:rsidRPr="00655C62">
        <w:rPr>
          <w:rStyle w:val="Gl"/>
        </w:rPr>
        <w:t xml:space="preserve"> TL</w:t>
      </w:r>
      <w:r w:rsidRPr="00655C62">
        <w:t>’si (</w:t>
      </w:r>
      <w:r w:rsidRPr="00655C62">
        <w:rPr>
          <w:rStyle w:val="Gl"/>
        </w:rPr>
        <w:t>…… %</w:t>
      </w:r>
      <w:r w:rsidRPr="00655C62">
        <w:t>) kullanılmıştır.</w:t>
      </w:r>
    </w:p>
    <w:p w14:paraId="046F09C3" w14:textId="77777777" w:rsidR="00E24BA4" w:rsidRDefault="00E24BA4" w:rsidP="00E24BA4">
      <w:pPr>
        <w:spacing w:line="360" w:lineRule="auto"/>
        <w:jc w:val="both"/>
        <w:rPr>
          <w:rFonts w:cs="Times New Roman"/>
        </w:rPr>
      </w:pPr>
    </w:p>
    <w:p w14:paraId="32D62421" w14:textId="77777777" w:rsidR="00E24BA4" w:rsidRPr="00655C62" w:rsidRDefault="00E24BA4" w:rsidP="00E24BA4">
      <w:pPr>
        <w:rPr>
          <w:rFonts w:cs="Times New Roman"/>
          <w:i/>
          <w:color w:val="808080"/>
        </w:rPr>
      </w:pPr>
      <w:r>
        <w:t>Mal ve Hizmet Alımları Tablosu</w:t>
      </w:r>
      <w:r w:rsidR="00DF3935">
        <w:t xml:space="preserve"> </w:t>
      </w:r>
      <w:r w:rsidR="00DF3935" w:rsidRPr="00DF3935">
        <w:rPr>
          <w:highlight w:val="yellow"/>
        </w:rPr>
        <w:t>(NOT:Tablo içerisi örnektir)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52"/>
        <w:gridCol w:w="1403"/>
        <w:gridCol w:w="1374"/>
        <w:gridCol w:w="1569"/>
        <w:gridCol w:w="2764"/>
      </w:tblGrid>
      <w:tr w:rsidR="00E2705C" w:rsidRPr="00FD7EE3" w14:paraId="37A08DF9" w14:textId="77777777" w:rsidTr="009D611D">
        <w:trPr>
          <w:tblHeader/>
          <w:tblCellSpacing w:w="15" w:type="dxa"/>
        </w:trPr>
        <w:tc>
          <w:tcPr>
            <w:tcW w:w="0" w:type="auto"/>
            <w:shd w:val="clear" w:color="auto" w:fill="B99C71"/>
            <w:vAlign w:val="center"/>
            <w:hideMark/>
          </w:tcPr>
          <w:p w14:paraId="5C34D8DC" w14:textId="77777777" w:rsidR="00E24BA4" w:rsidRPr="00FD7EE3" w:rsidRDefault="00E24BA4" w:rsidP="00FD685D">
            <w:pPr>
              <w:pStyle w:val="Stil4"/>
              <w:jc w:val="center"/>
              <w:rPr>
                <w:rFonts w:eastAsia="Times New Roman"/>
                <w:lang w:eastAsia="tr-TR"/>
              </w:rPr>
            </w:pPr>
            <w:bookmarkStart w:id="70" w:name="_Toc153118737"/>
            <w:bookmarkStart w:id="71" w:name="_Toc153376779"/>
            <w:r w:rsidRPr="00FD7EE3">
              <w:rPr>
                <w:rFonts w:eastAsia="Times New Roman"/>
                <w:lang w:eastAsia="tr-TR"/>
              </w:rPr>
              <w:t>Gider Türü / Alt Kalem</w:t>
            </w:r>
          </w:p>
        </w:tc>
        <w:tc>
          <w:tcPr>
            <w:tcW w:w="0" w:type="auto"/>
            <w:shd w:val="clear" w:color="auto" w:fill="B99C71"/>
            <w:vAlign w:val="center"/>
            <w:hideMark/>
          </w:tcPr>
          <w:p w14:paraId="727045B6" w14:textId="77777777" w:rsidR="00E24BA4" w:rsidRPr="00FD7EE3" w:rsidRDefault="00E24BA4" w:rsidP="00FD685D">
            <w:pPr>
              <w:pStyle w:val="Stil4"/>
              <w:jc w:val="center"/>
              <w:rPr>
                <w:rFonts w:eastAsia="Times New Roman"/>
                <w:lang w:eastAsia="tr-TR"/>
              </w:rPr>
            </w:pPr>
            <w:r w:rsidRPr="00FD7EE3">
              <w:rPr>
                <w:rFonts w:eastAsia="Times New Roman"/>
                <w:lang w:eastAsia="tr-TR"/>
              </w:rPr>
              <w:t>Ekonomik Kod (03.xx)</w:t>
            </w:r>
          </w:p>
        </w:tc>
        <w:tc>
          <w:tcPr>
            <w:tcW w:w="0" w:type="auto"/>
            <w:shd w:val="clear" w:color="auto" w:fill="B99C71"/>
            <w:vAlign w:val="center"/>
            <w:hideMark/>
          </w:tcPr>
          <w:p w14:paraId="582F567E" w14:textId="77777777" w:rsidR="00E24BA4" w:rsidRPr="00FD7EE3" w:rsidRDefault="00E24BA4" w:rsidP="00FD685D">
            <w:pPr>
              <w:pStyle w:val="Stil4"/>
              <w:jc w:val="center"/>
              <w:rPr>
                <w:rFonts w:eastAsia="Times New Roman"/>
                <w:lang w:eastAsia="tr-TR"/>
              </w:rPr>
            </w:pPr>
            <w:r w:rsidRPr="00FD7EE3">
              <w:rPr>
                <w:rFonts w:eastAsia="Times New Roman"/>
                <w:lang w:eastAsia="tr-TR"/>
              </w:rPr>
              <w:t>Harcama Tutarı (TL)</w:t>
            </w:r>
          </w:p>
        </w:tc>
        <w:tc>
          <w:tcPr>
            <w:tcW w:w="0" w:type="auto"/>
            <w:shd w:val="clear" w:color="auto" w:fill="B99C71"/>
            <w:vAlign w:val="center"/>
            <w:hideMark/>
          </w:tcPr>
          <w:p w14:paraId="2B1617E3" w14:textId="77777777" w:rsidR="00E24BA4" w:rsidRPr="00FD7EE3" w:rsidRDefault="00E24BA4" w:rsidP="00FD685D">
            <w:pPr>
              <w:pStyle w:val="Stil4"/>
              <w:jc w:val="center"/>
              <w:rPr>
                <w:rFonts w:eastAsia="Times New Roman"/>
                <w:lang w:eastAsia="tr-TR"/>
              </w:rPr>
            </w:pPr>
            <w:r w:rsidRPr="00FD7EE3">
              <w:rPr>
                <w:rFonts w:eastAsia="Times New Roman"/>
                <w:lang w:eastAsia="tr-TR"/>
              </w:rPr>
              <w:t>Gerçekleşme Oranı (%)</w:t>
            </w:r>
          </w:p>
        </w:tc>
        <w:tc>
          <w:tcPr>
            <w:tcW w:w="0" w:type="auto"/>
            <w:shd w:val="clear" w:color="auto" w:fill="B99C71"/>
            <w:vAlign w:val="center"/>
            <w:hideMark/>
          </w:tcPr>
          <w:p w14:paraId="099F1977" w14:textId="77777777" w:rsidR="00E24BA4" w:rsidRPr="00FD7EE3" w:rsidRDefault="00E24BA4" w:rsidP="00FD685D">
            <w:pPr>
              <w:pStyle w:val="Stil4"/>
              <w:jc w:val="center"/>
              <w:rPr>
                <w:rFonts w:eastAsia="Times New Roman"/>
                <w:lang w:eastAsia="tr-TR"/>
              </w:rPr>
            </w:pPr>
            <w:r w:rsidRPr="00FD7EE3">
              <w:rPr>
                <w:rFonts w:eastAsia="Times New Roman"/>
                <w:lang w:eastAsia="tr-TR"/>
              </w:rPr>
              <w:t>Kısa Açıklama / Not</w:t>
            </w:r>
          </w:p>
        </w:tc>
      </w:tr>
      <w:tr w:rsidR="00E2705C" w:rsidRPr="00FD7EE3" w14:paraId="4EA8DE7C" w14:textId="77777777" w:rsidTr="009D611D">
        <w:trPr>
          <w:tblCellSpacing w:w="15" w:type="dxa"/>
        </w:trPr>
        <w:tc>
          <w:tcPr>
            <w:tcW w:w="0" w:type="auto"/>
            <w:vAlign w:val="center"/>
            <w:hideMark/>
          </w:tcPr>
          <w:p w14:paraId="25735596" w14:textId="77777777" w:rsidR="00E24BA4" w:rsidRPr="00B4030F" w:rsidRDefault="00AD034C" w:rsidP="009D611D">
            <w:pPr>
              <w:pStyle w:val="Stil4"/>
              <w:rPr>
                <w:rFonts w:eastAsia="Times New Roman"/>
                <w:b w:val="0"/>
                <w:lang w:eastAsia="tr-TR"/>
              </w:rPr>
            </w:pPr>
            <w:r>
              <w:rPr>
                <w:rFonts w:eastAsia="Times New Roman"/>
                <w:b w:val="0"/>
                <w:lang w:eastAsia="tr-TR"/>
              </w:rPr>
              <w:t>Diğer tüketim mal ve</w:t>
            </w:r>
            <w:r w:rsidR="00E24BA4" w:rsidRPr="00B4030F">
              <w:rPr>
                <w:rFonts w:eastAsia="Times New Roman"/>
                <w:b w:val="0"/>
                <w:lang w:eastAsia="tr-TR"/>
              </w:rPr>
              <w:t xml:space="preserve"> malzeme alımları</w:t>
            </w:r>
          </w:p>
        </w:tc>
        <w:tc>
          <w:tcPr>
            <w:tcW w:w="0" w:type="auto"/>
            <w:vAlign w:val="center"/>
            <w:hideMark/>
          </w:tcPr>
          <w:p w14:paraId="54A723F2" w14:textId="77777777" w:rsidR="00E24BA4" w:rsidRPr="00B4030F" w:rsidRDefault="00E24BA4" w:rsidP="00FD685D">
            <w:pPr>
              <w:pStyle w:val="Stil4"/>
              <w:jc w:val="center"/>
              <w:rPr>
                <w:rFonts w:eastAsia="Times New Roman"/>
                <w:b w:val="0"/>
                <w:lang w:eastAsia="tr-TR"/>
              </w:rPr>
            </w:pPr>
            <w:r w:rsidRPr="00B4030F">
              <w:rPr>
                <w:rFonts w:eastAsia="Times New Roman"/>
                <w:b w:val="0"/>
                <w:lang w:eastAsia="tr-TR"/>
              </w:rPr>
              <w:t>03.2</w:t>
            </w:r>
          </w:p>
        </w:tc>
        <w:tc>
          <w:tcPr>
            <w:tcW w:w="0" w:type="auto"/>
            <w:vAlign w:val="center"/>
            <w:hideMark/>
          </w:tcPr>
          <w:p w14:paraId="2B1AED8E" w14:textId="36694668" w:rsidR="00E24BA4" w:rsidRPr="00B4030F" w:rsidRDefault="00FD2DE3" w:rsidP="00FD685D">
            <w:pPr>
              <w:pStyle w:val="Stil4"/>
              <w:jc w:val="center"/>
              <w:rPr>
                <w:rFonts w:eastAsia="Times New Roman"/>
                <w:b w:val="0"/>
                <w:szCs w:val="20"/>
                <w:lang w:eastAsia="tr-TR"/>
              </w:rPr>
            </w:pPr>
            <w:r>
              <w:rPr>
                <w:rFonts w:eastAsia="Times New Roman"/>
                <w:b w:val="0"/>
                <w:szCs w:val="20"/>
                <w:lang w:eastAsia="tr-TR"/>
              </w:rPr>
              <w:t>15</w:t>
            </w:r>
            <w:r w:rsidR="00AC6D65">
              <w:rPr>
                <w:rFonts w:eastAsia="Times New Roman"/>
                <w:b w:val="0"/>
                <w:szCs w:val="20"/>
                <w:lang w:eastAsia="tr-TR"/>
              </w:rPr>
              <w:t>.</w:t>
            </w:r>
            <w:r>
              <w:rPr>
                <w:rFonts w:eastAsia="Times New Roman"/>
                <w:b w:val="0"/>
                <w:szCs w:val="20"/>
                <w:lang w:eastAsia="tr-TR"/>
              </w:rPr>
              <w:t>800,02</w:t>
            </w:r>
          </w:p>
        </w:tc>
        <w:tc>
          <w:tcPr>
            <w:tcW w:w="0" w:type="auto"/>
            <w:vAlign w:val="center"/>
            <w:hideMark/>
          </w:tcPr>
          <w:p w14:paraId="431836FA" w14:textId="77777777" w:rsidR="00E24BA4" w:rsidRPr="00B4030F" w:rsidRDefault="001A58C5" w:rsidP="00FD685D">
            <w:pPr>
              <w:pStyle w:val="Stil4"/>
              <w:jc w:val="center"/>
              <w:rPr>
                <w:rFonts w:eastAsia="Times New Roman"/>
                <w:b w:val="0"/>
                <w:szCs w:val="20"/>
                <w:lang w:eastAsia="tr-TR"/>
              </w:rPr>
            </w:pPr>
            <w:r>
              <w:rPr>
                <w:rFonts w:eastAsia="Times New Roman"/>
                <w:b w:val="0"/>
                <w:szCs w:val="20"/>
                <w:lang w:eastAsia="tr-TR"/>
              </w:rPr>
              <w:t>% 100</w:t>
            </w:r>
          </w:p>
        </w:tc>
        <w:tc>
          <w:tcPr>
            <w:tcW w:w="0" w:type="auto"/>
            <w:vAlign w:val="center"/>
            <w:hideMark/>
          </w:tcPr>
          <w:p w14:paraId="1301FF39" w14:textId="77777777" w:rsidR="00E24BA4" w:rsidRPr="00B4030F" w:rsidRDefault="00FD2DE3" w:rsidP="009D611D">
            <w:pPr>
              <w:pStyle w:val="Stil4"/>
              <w:rPr>
                <w:rFonts w:eastAsia="Times New Roman"/>
                <w:b w:val="0"/>
                <w:lang w:eastAsia="tr-TR"/>
              </w:rPr>
            </w:pPr>
            <w:r>
              <w:rPr>
                <w:rFonts w:eastAsia="Times New Roman"/>
                <w:b w:val="0"/>
                <w:lang w:eastAsia="tr-TR"/>
              </w:rPr>
              <w:t xml:space="preserve">Uygulama </w:t>
            </w:r>
            <w:r w:rsidR="00E2705C">
              <w:rPr>
                <w:rFonts w:eastAsia="Times New Roman"/>
                <w:b w:val="0"/>
                <w:lang w:eastAsia="tr-TR"/>
              </w:rPr>
              <w:t>mutfağında kullanılmak üzere sanayi tipi t</w:t>
            </w:r>
            <w:r>
              <w:rPr>
                <w:rFonts w:eastAsia="Times New Roman"/>
                <w:b w:val="0"/>
                <w:lang w:eastAsia="tr-TR"/>
              </w:rPr>
              <w:t xml:space="preserve">üp </w:t>
            </w:r>
            <w:r w:rsidR="00E2705C">
              <w:rPr>
                <w:rFonts w:eastAsia="Times New Roman"/>
                <w:b w:val="0"/>
                <w:lang w:eastAsia="tr-TR"/>
              </w:rPr>
              <w:t>alım i</w:t>
            </w:r>
            <w:r>
              <w:rPr>
                <w:rFonts w:eastAsia="Times New Roman"/>
                <w:b w:val="0"/>
                <w:lang w:eastAsia="tr-TR"/>
              </w:rPr>
              <w:t>şi</w:t>
            </w:r>
          </w:p>
        </w:tc>
      </w:tr>
      <w:tr w:rsidR="00E2705C" w:rsidRPr="00FD7EE3" w14:paraId="33C73047" w14:textId="77777777" w:rsidTr="009D611D">
        <w:trPr>
          <w:tblCellSpacing w:w="15" w:type="dxa"/>
        </w:trPr>
        <w:tc>
          <w:tcPr>
            <w:tcW w:w="0" w:type="auto"/>
            <w:vAlign w:val="center"/>
            <w:hideMark/>
          </w:tcPr>
          <w:p w14:paraId="3F6C1E67" w14:textId="77777777" w:rsidR="00E24BA4" w:rsidRPr="00B4030F" w:rsidRDefault="00CA4C53" w:rsidP="009D611D">
            <w:pPr>
              <w:pStyle w:val="Stil4"/>
              <w:rPr>
                <w:rFonts w:eastAsia="Times New Roman"/>
                <w:b w:val="0"/>
                <w:lang w:eastAsia="tr-TR"/>
              </w:rPr>
            </w:pPr>
            <w:r>
              <w:rPr>
                <w:rFonts w:eastAsia="Times New Roman"/>
                <w:b w:val="0"/>
                <w:lang w:eastAsia="tr-TR"/>
              </w:rPr>
              <w:t>Telefon k</w:t>
            </w:r>
            <w:r w:rsidR="00600C16">
              <w:rPr>
                <w:rFonts w:eastAsia="Times New Roman"/>
                <w:b w:val="0"/>
                <w:lang w:eastAsia="tr-TR"/>
              </w:rPr>
              <w:t>ullanım Ücreti</w:t>
            </w:r>
          </w:p>
        </w:tc>
        <w:tc>
          <w:tcPr>
            <w:tcW w:w="0" w:type="auto"/>
            <w:vAlign w:val="center"/>
            <w:hideMark/>
          </w:tcPr>
          <w:p w14:paraId="31D729B7" w14:textId="14122BFB" w:rsidR="00E24BA4" w:rsidRPr="00B4030F" w:rsidRDefault="00E24BA4" w:rsidP="00FD685D">
            <w:pPr>
              <w:pStyle w:val="Stil4"/>
              <w:jc w:val="center"/>
              <w:rPr>
                <w:rFonts w:eastAsia="Times New Roman"/>
                <w:b w:val="0"/>
                <w:lang w:eastAsia="tr-TR"/>
              </w:rPr>
            </w:pPr>
            <w:r w:rsidRPr="00B4030F">
              <w:rPr>
                <w:rFonts w:eastAsia="Times New Roman"/>
                <w:b w:val="0"/>
                <w:lang w:eastAsia="tr-TR"/>
              </w:rPr>
              <w:t>03.5</w:t>
            </w:r>
          </w:p>
        </w:tc>
        <w:tc>
          <w:tcPr>
            <w:tcW w:w="0" w:type="auto"/>
            <w:vAlign w:val="center"/>
            <w:hideMark/>
          </w:tcPr>
          <w:p w14:paraId="26681238" w14:textId="77777777" w:rsidR="00E24BA4" w:rsidRPr="00B4030F" w:rsidRDefault="00600C16" w:rsidP="00FD685D">
            <w:pPr>
              <w:pStyle w:val="Stil4"/>
              <w:jc w:val="center"/>
              <w:rPr>
                <w:rFonts w:eastAsia="Times New Roman"/>
                <w:b w:val="0"/>
                <w:szCs w:val="20"/>
                <w:lang w:eastAsia="tr-TR"/>
              </w:rPr>
            </w:pPr>
            <w:r>
              <w:rPr>
                <w:rFonts w:eastAsia="Times New Roman"/>
                <w:b w:val="0"/>
                <w:szCs w:val="20"/>
                <w:lang w:eastAsia="tr-TR"/>
              </w:rPr>
              <w:t>3902,00</w:t>
            </w:r>
          </w:p>
        </w:tc>
        <w:tc>
          <w:tcPr>
            <w:tcW w:w="0" w:type="auto"/>
            <w:vAlign w:val="center"/>
            <w:hideMark/>
          </w:tcPr>
          <w:p w14:paraId="018FC5CA" w14:textId="77777777" w:rsidR="00E24BA4" w:rsidRPr="00B4030F" w:rsidRDefault="001A58C5" w:rsidP="00FD685D">
            <w:pPr>
              <w:pStyle w:val="Stil4"/>
              <w:jc w:val="center"/>
              <w:rPr>
                <w:rFonts w:eastAsia="Times New Roman"/>
                <w:b w:val="0"/>
                <w:szCs w:val="20"/>
                <w:lang w:eastAsia="tr-TR"/>
              </w:rPr>
            </w:pPr>
            <w:r>
              <w:rPr>
                <w:rFonts w:eastAsia="Times New Roman"/>
                <w:b w:val="0"/>
                <w:szCs w:val="20"/>
                <w:lang w:eastAsia="tr-TR"/>
              </w:rPr>
              <w:t>% 100</w:t>
            </w:r>
          </w:p>
        </w:tc>
        <w:tc>
          <w:tcPr>
            <w:tcW w:w="0" w:type="auto"/>
            <w:vAlign w:val="center"/>
            <w:hideMark/>
          </w:tcPr>
          <w:p w14:paraId="03A388E3" w14:textId="77777777" w:rsidR="00E24BA4" w:rsidRPr="00B4030F" w:rsidRDefault="00600C16" w:rsidP="009D611D">
            <w:pPr>
              <w:pStyle w:val="Stil4"/>
              <w:rPr>
                <w:rFonts w:eastAsia="Times New Roman"/>
                <w:b w:val="0"/>
                <w:lang w:eastAsia="tr-TR"/>
              </w:rPr>
            </w:pPr>
            <w:r>
              <w:rPr>
                <w:rFonts w:eastAsia="Times New Roman"/>
                <w:b w:val="0"/>
                <w:lang w:eastAsia="tr-TR"/>
              </w:rPr>
              <w:t>Telefon kullanım ücreti</w:t>
            </w:r>
          </w:p>
        </w:tc>
      </w:tr>
      <w:tr w:rsidR="00E2705C" w:rsidRPr="00FD7EE3" w14:paraId="2EE1EC2B" w14:textId="77777777" w:rsidTr="009D611D">
        <w:trPr>
          <w:tblCellSpacing w:w="15" w:type="dxa"/>
        </w:trPr>
        <w:tc>
          <w:tcPr>
            <w:tcW w:w="0" w:type="auto"/>
            <w:vAlign w:val="center"/>
            <w:hideMark/>
          </w:tcPr>
          <w:p w14:paraId="7B93E186" w14:textId="77777777" w:rsidR="00E24BA4" w:rsidRPr="00B4030F" w:rsidRDefault="00E24BA4" w:rsidP="009D611D">
            <w:pPr>
              <w:pStyle w:val="Stil4"/>
              <w:rPr>
                <w:rFonts w:eastAsia="Times New Roman"/>
                <w:b w:val="0"/>
                <w:lang w:eastAsia="tr-TR"/>
              </w:rPr>
            </w:pPr>
            <w:r w:rsidRPr="00B4030F">
              <w:rPr>
                <w:rFonts w:eastAsia="Times New Roman"/>
                <w:b w:val="0"/>
                <w:lang w:eastAsia="tr-TR"/>
              </w:rPr>
              <w:t>Temizlik</w:t>
            </w:r>
            <w:r w:rsidR="00E2705C">
              <w:rPr>
                <w:rFonts w:eastAsia="Times New Roman"/>
                <w:b w:val="0"/>
                <w:lang w:eastAsia="tr-TR"/>
              </w:rPr>
              <w:t xml:space="preserve"> malzemesi alımları</w:t>
            </w:r>
          </w:p>
        </w:tc>
        <w:tc>
          <w:tcPr>
            <w:tcW w:w="0" w:type="auto"/>
            <w:vAlign w:val="center"/>
            <w:hideMark/>
          </w:tcPr>
          <w:p w14:paraId="733FC867" w14:textId="77777777" w:rsidR="00E24BA4" w:rsidRPr="00B4030F" w:rsidRDefault="00E24BA4" w:rsidP="00FD685D">
            <w:pPr>
              <w:pStyle w:val="Stil4"/>
              <w:jc w:val="center"/>
              <w:rPr>
                <w:rFonts w:eastAsia="Times New Roman"/>
                <w:b w:val="0"/>
                <w:lang w:eastAsia="tr-TR"/>
              </w:rPr>
            </w:pPr>
            <w:r w:rsidRPr="00B4030F">
              <w:rPr>
                <w:rFonts w:eastAsia="Times New Roman"/>
                <w:b w:val="0"/>
                <w:lang w:eastAsia="tr-TR"/>
              </w:rPr>
              <w:t>03.</w:t>
            </w:r>
            <w:r w:rsidR="00E2705C">
              <w:rPr>
                <w:rFonts w:eastAsia="Times New Roman"/>
                <w:b w:val="0"/>
                <w:lang w:eastAsia="tr-TR"/>
              </w:rPr>
              <w:t>2</w:t>
            </w:r>
          </w:p>
        </w:tc>
        <w:tc>
          <w:tcPr>
            <w:tcW w:w="0" w:type="auto"/>
            <w:vAlign w:val="center"/>
            <w:hideMark/>
          </w:tcPr>
          <w:p w14:paraId="70F7FD3E" w14:textId="182DF1D6" w:rsidR="00E24BA4" w:rsidRPr="00B4030F" w:rsidRDefault="00E2705C" w:rsidP="00FD685D">
            <w:pPr>
              <w:pStyle w:val="Stil4"/>
              <w:jc w:val="center"/>
              <w:rPr>
                <w:rFonts w:eastAsia="Times New Roman"/>
                <w:b w:val="0"/>
                <w:szCs w:val="20"/>
                <w:lang w:eastAsia="tr-TR"/>
              </w:rPr>
            </w:pPr>
            <w:r>
              <w:rPr>
                <w:rFonts w:eastAsia="Times New Roman"/>
                <w:b w:val="0"/>
                <w:szCs w:val="20"/>
                <w:lang w:eastAsia="tr-TR"/>
              </w:rPr>
              <w:t>189</w:t>
            </w:r>
            <w:r w:rsidR="00FD685D">
              <w:rPr>
                <w:rFonts w:eastAsia="Times New Roman"/>
                <w:b w:val="0"/>
                <w:szCs w:val="20"/>
                <w:lang w:eastAsia="tr-TR"/>
              </w:rPr>
              <w:t>.</w:t>
            </w:r>
            <w:r>
              <w:rPr>
                <w:rFonts w:eastAsia="Times New Roman"/>
                <w:b w:val="0"/>
                <w:szCs w:val="20"/>
                <w:lang w:eastAsia="tr-TR"/>
              </w:rPr>
              <w:t>240,00</w:t>
            </w:r>
          </w:p>
        </w:tc>
        <w:tc>
          <w:tcPr>
            <w:tcW w:w="0" w:type="auto"/>
            <w:vAlign w:val="center"/>
            <w:hideMark/>
          </w:tcPr>
          <w:p w14:paraId="74BB2E07" w14:textId="77777777" w:rsidR="00E24BA4" w:rsidRPr="00B4030F" w:rsidRDefault="001A58C5" w:rsidP="00FD685D">
            <w:pPr>
              <w:pStyle w:val="Stil4"/>
              <w:jc w:val="center"/>
              <w:rPr>
                <w:rFonts w:eastAsia="Times New Roman"/>
                <w:b w:val="0"/>
                <w:szCs w:val="20"/>
                <w:lang w:eastAsia="tr-TR"/>
              </w:rPr>
            </w:pPr>
            <w:r>
              <w:rPr>
                <w:rFonts w:eastAsia="Times New Roman"/>
                <w:b w:val="0"/>
                <w:szCs w:val="20"/>
                <w:lang w:eastAsia="tr-TR"/>
              </w:rPr>
              <w:t>% 100</w:t>
            </w:r>
          </w:p>
        </w:tc>
        <w:tc>
          <w:tcPr>
            <w:tcW w:w="0" w:type="auto"/>
            <w:vAlign w:val="center"/>
            <w:hideMark/>
          </w:tcPr>
          <w:p w14:paraId="4BE1C225" w14:textId="77777777" w:rsidR="00E24BA4" w:rsidRPr="00B4030F" w:rsidRDefault="00E2705C" w:rsidP="009D611D">
            <w:pPr>
              <w:pStyle w:val="Stil4"/>
              <w:rPr>
                <w:rFonts w:eastAsia="Times New Roman"/>
                <w:b w:val="0"/>
                <w:lang w:eastAsia="tr-TR"/>
              </w:rPr>
            </w:pPr>
            <w:r>
              <w:rPr>
                <w:rFonts w:eastAsia="Times New Roman"/>
                <w:b w:val="0"/>
                <w:lang w:eastAsia="tr-TR"/>
              </w:rPr>
              <w:t>Temizlik malzemesi alım işi</w:t>
            </w:r>
          </w:p>
        </w:tc>
      </w:tr>
      <w:tr w:rsidR="00E2705C" w:rsidRPr="00FD7EE3" w14:paraId="57A570D8" w14:textId="77777777" w:rsidTr="009D611D">
        <w:trPr>
          <w:tblCellSpacing w:w="15" w:type="dxa"/>
        </w:trPr>
        <w:tc>
          <w:tcPr>
            <w:tcW w:w="0" w:type="auto"/>
            <w:vAlign w:val="center"/>
            <w:hideMark/>
          </w:tcPr>
          <w:p w14:paraId="2C2E0896" w14:textId="77777777" w:rsidR="00E24BA4" w:rsidRPr="00B4030F" w:rsidRDefault="00CA4C53" w:rsidP="009D611D">
            <w:pPr>
              <w:pStyle w:val="Stil4"/>
              <w:rPr>
                <w:rFonts w:eastAsia="Times New Roman"/>
                <w:b w:val="0"/>
                <w:lang w:eastAsia="tr-TR"/>
              </w:rPr>
            </w:pPr>
            <w:r>
              <w:rPr>
                <w:rFonts w:eastAsia="Times New Roman"/>
                <w:b w:val="0"/>
                <w:lang w:eastAsia="tr-TR"/>
              </w:rPr>
              <w:t>Diğer dayanıklı mal ve malzeme a</w:t>
            </w:r>
            <w:r w:rsidR="00AD034C">
              <w:rPr>
                <w:rFonts w:eastAsia="Times New Roman"/>
                <w:b w:val="0"/>
                <w:lang w:eastAsia="tr-TR"/>
              </w:rPr>
              <w:t>lımları</w:t>
            </w:r>
          </w:p>
        </w:tc>
        <w:tc>
          <w:tcPr>
            <w:tcW w:w="0" w:type="auto"/>
            <w:vAlign w:val="center"/>
            <w:hideMark/>
          </w:tcPr>
          <w:p w14:paraId="7D0C2999" w14:textId="77777777" w:rsidR="00E24BA4" w:rsidRPr="00B4030F" w:rsidRDefault="00E24BA4" w:rsidP="00FD685D">
            <w:pPr>
              <w:pStyle w:val="Stil4"/>
              <w:jc w:val="center"/>
              <w:rPr>
                <w:rFonts w:eastAsia="Times New Roman"/>
                <w:b w:val="0"/>
                <w:lang w:eastAsia="tr-TR"/>
              </w:rPr>
            </w:pPr>
            <w:r w:rsidRPr="00B4030F">
              <w:rPr>
                <w:rFonts w:eastAsia="Times New Roman"/>
                <w:b w:val="0"/>
                <w:lang w:eastAsia="tr-TR"/>
              </w:rPr>
              <w:t>03.</w:t>
            </w:r>
            <w:r w:rsidR="00AD034C">
              <w:rPr>
                <w:rFonts w:eastAsia="Times New Roman"/>
                <w:b w:val="0"/>
                <w:lang w:eastAsia="tr-TR"/>
              </w:rPr>
              <w:t>7</w:t>
            </w:r>
          </w:p>
        </w:tc>
        <w:tc>
          <w:tcPr>
            <w:tcW w:w="0" w:type="auto"/>
            <w:vAlign w:val="center"/>
            <w:hideMark/>
          </w:tcPr>
          <w:p w14:paraId="56A4BAE2" w14:textId="35A35451" w:rsidR="00E24BA4" w:rsidRPr="00B4030F" w:rsidRDefault="00AD034C" w:rsidP="00FD685D">
            <w:pPr>
              <w:pStyle w:val="Stil4"/>
              <w:jc w:val="center"/>
              <w:rPr>
                <w:rFonts w:eastAsia="Times New Roman"/>
                <w:b w:val="0"/>
                <w:szCs w:val="20"/>
                <w:lang w:eastAsia="tr-TR"/>
              </w:rPr>
            </w:pPr>
            <w:r>
              <w:rPr>
                <w:rFonts w:eastAsia="Times New Roman"/>
                <w:b w:val="0"/>
                <w:szCs w:val="20"/>
                <w:lang w:eastAsia="tr-TR"/>
              </w:rPr>
              <w:t>24</w:t>
            </w:r>
            <w:r w:rsidR="00FD685D">
              <w:rPr>
                <w:rFonts w:eastAsia="Times New Roman"/>
                <w:b w:val="0"/>
                <w:szCs w:val="20"/>
                <w:lang w:eastAsia="tr-TR"/>
              </w:rPr>
              <w:t>.</w:t>
            </w:r>
            <w:r>
              <w:rPr>
                <w:rFonts w:eastAsia="Times New Roman"/>
                <w:b w:val="0"/>
                <w:szCs w:val="20"/>
                <w:lang w:eastAsia="tr-TR"/>
              </w:rPr>
              <w:t>500,00</w:t>
            </w:r>
          </w:p>
        </w:tc>
        <w:tc>
          <w:tcPr>
            <w:tcW w:w="0" w:type="auto"/>
            <w:vAlign w:val="center"/>
            <w:hideMark/>
          </w:tcPr>
          <w:p w14:paraId="08A243F3" w14:textId="77777777" w:rsidR="00E24BA4" w:rsidRPr="00B4030F" w:rsidRDefault="001A58C5" w:rsidP="00FD685D">
            <w:pPr>
              <w:pStyle w:val="Stil4"/>
              <w:jc w:val="center"/>
              <w:rPr>
                <w:rFonts w:eastAsia="Times New Roman"/>
                <w:b w:val="0"/>
                <w:szCs w:val="20"/>
                <w:lang w:eastAsia="tr-TR"/>
              </w:rPr>
            </w:pPr>
            <w:r>
              <w:rPr>
                <w:rFonts w:eastAsia="Times New Roman"/>
                <w:b w:val="0"/>
                <w:szCs w:val="20"/>
                <w:lang w:eastAsia="tr-TR"/>
              </w:rPr>
              <w:t>% 100</w:t>
            </w:r>
          </w:p>
        </w:tc>
        <w:tc>
          <w:tcPr>
            <w:tcW w:w="0" w:type="auto"/>
            <w:vAlign w:val="center"/>
            <w:hideMark/>
          </w:tcPr>
          <w:p w14:paraId="54157E91" w14:textId="77777777" w:rsidR="00E24BA4" w:rsidRPr="00B4030F" w:rsidRDefault="00805663" w:rsidP="009D611D">
            <w:pPr>
              <w:pStyle w:val="Stil4"/>
              <w:rPr>
                <w:rFonts w:eastAsia="Times New Roman"/>
                <w:b w:val="0"/>
                <w:lang w:eastAsia="tr-TR"/>
              </w:rPr>
            </w:pPr>
            <w:r>
              <w:rPr>
                <w:rFonts w:eastAsia="Times New Roman"/>
                <w:b w:val="0"/>
                <w:lang w:eastAsia="tr-TR"/>
              </w:rPr>
              <w:t>Klima alım i</w:t>
            </w:r>
            <w:r w:rsidR="00AD034C">
              <w:rPr>
                <w:rFonts w:eastAsia="Times New Roman"/>
                <w:b w:val="0"/>
                <w:lang w:eastAsia="tr-TR"/>
              </w:rPr>
              <w:t>şi</w:t>
            </w:r>
          </w:p>
        </w:tc>
      </w:tr>
      <w:tr w:rsidR="00E2705C" w:rsidRPr="00FD7EE3" w14:paraId="3079BB51" w14:textId="77777777" w:rsidTr="009D611D">
        <w:trPr>
          <w:tblCellSpacing w:w="15" w:type="dxa"/>
        </w:trPr>
        <w:tc>
          <w:tcPr>
            <w:tcW w:w="0" w:type="auto"/>
            <w:vAlign w:val="center"/>
            <w:hideMark/>
          </w:tcPr>
          <w:p w14:paraId="00E6E517" w14:textId="77777777" w:rsidR="00E24BA4" w:rsidRPr="00B4030F" w:rsidRDefault="00E24BA4" w:rsidP="009D611D">
            <w:pPr>
              <w:pStyle w:val="Stil4"/>
              <w:rPr>
                <w:rFonts w:eastAsia="Times New Roman"/>
                <w:b w:val="0"/>
                <w:lang w:eastAsia="tr-TR"/>
              </w:rPr>
            </w:pPr>
            <w:r w:rsidRPr="00B4030F">
              <w:rPr>
                <w:rFonts w:eastAsia="Times New Roman"/>
                <w:b w:val="0"/>
                <w:lang w:eastAsia="tr-TR"/>
              </w:rPr>
              <w:t>Enerji, su, ısınma ve işletme giderleri</w:t>
            </w:r>
          </w:p>
        </w:tc>
        <w:tc>
          <w:tcPr>
            <w:tcW w:w="0" w:type="auto"/>
            <w:vAlign w:val="center"/>
            <w:hideMark/>
          </w:tcPr>
          <w:p w14:paraId="34EF55EF" w14:textId="77777777" w:rsidR="00E24BA4" w:rsidRPr="00B4030F" w:rsidRDefault="00E24BA4" w:rsidP="00FD685D">
            <w:pPr>
              <w:pStyle w:val="Stil4"/>
              <w:jc w:val="center"/>
              <w:rPr>
                <w:rFonts w:eastAsia="Times New Roman"/>
                <w:b w:val="0"/>
                <w:lang w:eastAsia="tr-TR"/>
              </w:rPr>
            </w:pPr>
            <w:r w:rsidRPr="00B4030F">
              <w:rPr>
                <w:rFonts w:eastAsia="Times New Roman"/>
                <w:b w:val="0"/>
                <w:lang w:eastAsia="tr-TR"/>
              </w:rPr>
              <w:t>03.</w:t>
            </w:r>
            <w:r w:rsidR="00E2705C">
              <w:rPr>
                <w:rFonts w:eastAsia="Times New Roman"/>
                <w:b w:val="0"/>
                <w:lang w:eastAsia="tr-TR"/>
              </w:rPr>
              <w:t>2</w:t>
            </w:r>
          </w:p>
        </w:tc>
        <w:tc>
          <w:tcPr>
            <w:tcW w:w="0" w:type="auto"/>
            <w:vAlign w:val="center"/>
            <w:hideMark/>
          </w:tcPr>
          <w:p w14:paraId="5CC07C9A" w14:textId="77777777" w:rsidR="00E24BA4" w:rsidRPr="00B4030F" w:rsidRDefault="00E2705C" w:rsidP="00FD685D">
            <w:pPr>
              <w:pStyle w:val="Stil4"/>
              <w:jc w:val="center"/>
              <w:rPr>
                <w:rFonts w:eastAsia="Times New Roman"/>
                <w:b w:val="0"/>
                <w:szCs w:val="20"/>
                <w:lang w:eastAsia="tr-TR"/>
              </w:rPr>
            </w:pPr>
            <w:r>
              <w:rPr>
                <w:rFonts w:eastAsia="Times New Roman"/>
                <w:b w:val="0"/>
                <w:szCs w:val="20"/>
                <w:lang w:eastAsia="tr-TR"/>
              </w:rPr>
              <w:t>28914,00</w:t>
            </w:r>
          </w:p>
        </w:tc>
        <w:tc>
          <w:tcPr>
            <w:tcW w:w="0" w:type="auto"/>
            <w:vAlign w:val="center"/>
            <w:hideMark/>
          </w:tcPr>
          <w:p w14:paraId="5F790FED" w14:textId="77777777" w:rsidR="00E24BA4" w:rsidRPr="00B4030F" w:rsidRDefault="001A58C5" w:rsidP="00FD685D">
            <w:pPr>
              <w:pStyle w:val="Stil4"/>
              <w:jc w:val="center"/>
              <w:rPr>
                <w:rFonts w:eastAsia="Times New Roman"/>
                <w:b w:val="0"/>
                <w:szCs w:val="20"/>
                <w:lang w:eastAsia="tr-TR"/>
              </w:rPr>
            </w:pPr>
            <w:r>
              <w:rPr>
                <w:rFonts w:eastAsia="Times New Roman"/>
                <w:b w:val="0"/>
                <w:szCs w:val="20"/>
                <w:lang w:eastAsia="tr-TR"/>
              </w:rPr>
              <w:t>% 100</w:t>
            </w:r>
          </w:p>
        </w:tc>
        <w:tc>
          <w:tcPr>
            <w:tcW w:w="0" w:type="auto"/>
            <w:vAlign w:val="center"/>
            <w:hideMark/>
          </w:tcPr>
          <w:p w14:paraId="4264CF83" w14:textId="07FA68E6" w:rsidR="00E24BA4" w:rsidRPr="00B4030F" w:rsidRDefault="00E2705C" w:rsidP="00AC6D65">
            <w:pPr>
              <w:pStyle w:val="Stil4"/>
              <w:rPr>
                <w:rFonts w:eastAsia="Times New Roman"/>
                <w:b w:val="0"/>
                <w:lang w:eastAsia="tr-TR"/>
              </w:rPr>
            </w:pPr>
            <w:r>
              <w:rPr>
                <w:rFonts w:eastAsia="Times New Roman"/>
                <w:b w:val="0"/>
                <w:lang w:eastAsia="tr-TR"/>
              </w:rPr>
              <w:t xml:space="preserve">Su </w:t>
            </w:r>
            <w:r w:rsidR="00E24BA4" w:rsidRPr="00B4030F">
              <w:rPr>
                <w:rFonts w:eastAsia="Times New Roman"/>
                <w:b w:val="0"/>
                <w:lang w:eastAsia="tr-TR"/>
              </w:rPr>
              <w:t>giderleri</w:t>
            </w:r>
          </w:p>
        </w:tc>
      </w:tr>
      <w:tr w:rsidR="00E2705C" w:rsidRPr="00FD7EE3" w14:paraId="3E886B80" w14:textId="77777777" w:rsidTr="009D611D">
        <w:trPr>
          <w:tblCellSpacing w:w="15" w:type="dxa"/>
        </w:trPr>
        <w:tc>
          <w:tcPr>
            <w:tcW w:w="0" w:type="auto"/>
            <w:vAlign w:val="center"/>
            <w:hideMark/>
          </w:tcPr>
          <w:p w14:paraId="4913ED63" w14:textId="77777777" w:rsidR="00E24BA4" w:rsidRPr="00B4030F" w:rsidRDefault="00AD034C" w:rsidP="009D611D">
            <w:pPr>
              <w:pStyle w:val="Stil4"/>
              <w:rPr>
                <w:rFonts w:eastAsia="Times New Roman"/>
                <w:b w:val="0"/>
                <w:lang w:eastAsia="tr-TR"/>
              </w:rPr>
            </w:pPr>
            <w:r>
              <w:rPr>
                <w:rFonts w:eastAsia="Times New Roman"/>
                <w:b w:val="0"/>
                <w:lang w:eastAsia="tr-TR"/>
              </w:rPr>
              <w:lastRenderedPageBreak/>
              <w:t>Su alımları</w:t>
            </w:r>
          </w:p>
        </w:tc>
        <w:tc>
          <w:tcPr>
            <w:tcW w:w="0" w:type="auto"/>
            <w:vAlign w:val="center"/>
            <w:hideMark/>
          </w:tcPr>
          <w:p w14:paraId="1C86DC70" w14:textId="77777777" w:rsidR="00E24BA4" w:rsidRPr="00B4030F" w:rsidRDefault="00E24BA4" w:rsidP="009D611D">
            <w:pPr>
              <w:pStyle w:val="Stil4"/>
              <w:rPr>
                <w:rFonts w:eastAsia="Times New Roman"/>
                <w:b w:val="0"/>
                <w:lang w:eastAsia="tr-TR"/>
              </w:rPr>
            </w:pPr>
            <w:r w:rsidRPr="00B4030F">
              <w:rPr>
                <w:rFonts w:eastAsia="Times New Roman"/>
                <w:b w:val="0"/>
                <w:lang w:eastAsia="tr-TR"/>
              </w:rPr>
              <w:t>03.</w:t>
            </w:r>
            <w:r w:rsidR="00FD2DE3">
              <w:rPr>
                <w:rFonts w:eastAsia="Times New Roman"/>
                <w:b w:val="0"/>
                <w:lang w:eastAsia="tr-TR"/>
              </w:rPr>
              <w:t>2</w:t>
            </w:r>
          </w:p>
        </w:tc>
        <w:tc>
          <w:tcPr>
            <w:tcW w:w="0" w:type="auto"/>
            <w:vAlign w:val="center"/>
            <w:hideMark/>
          </w:tcPr>
          <w:p w14:paraId="7CC3769F" w14:textId="77777777" w:rsidR="00E24BA4" w:rsidRPr="00B4030F" w:rsidRDefault="00FD2DE3" w:rsidP="009D611D">
            <w:pPr>
              <w:pStyle w:val="Stil4"/>
              <w:rPr>
                <w:rFonts w:eastAsia="Times New Roman"/>
                <w:b w:val="0"/>
                <w:szCs w:val="20"/>
                <w:lang w:eastAsia="tr-TR"/>
              </w:rPr>
            </w:pPr>
            <w:r>
              <w:rPr>
                <w:rFonts w:eastAsia="Times New Roman"/>
                <w:b w:val="0"/>
                <w:szCs w:val="20"/>
                <w:lang w:eastAsia="tr-TR"/>
              </w:rPr>
              <w:t>7279,57</w:t>
            </w:r>
          </w:p>
        </w:tc>
        <w:tc>
          <w:tcPr>
            <w:tcW w:w="0" w:type="auto"/>
            <w:vAlign w:val="center"/>
            <w:hideMark/>
          </w:tcPr>
          <w:p w14:paraId="71AAABF8" w14:textId="77777777" w:rsidR="00E24BA4" w:rsidRPr="00B4030F" w:rsidRDefault="001A58C5" w:rsidP="009D611D">
            <w:pPr>
              <w:pStyle w:val="Stil4"/>
              <w:rPr>
                <w:rFonts w:eastAsia="Times New Roman"/>
                <w:b w:val="0"/>
                <w:szCs w:val="20"/>
                <w:lang w:eastAsia="tr-TR"/>
              </w:rPr>
            </w:pPr>
            <w:r>
              <w:rPr>
                <w:rFonts w:eastAsia="Times New Roman"/>
                <w:b w:val="0"/>
                <w:szCs w:val="20"/>
                <w:lang w:eastAsia="tr-TR"/>
              </w:rPr>
              <w:t>% 100</w:t>
            </w:r>
          </w:p>
        </w:tc>
        <w:tc>
          <w:tcPr>
            <w:tcW w:w="0" w:type="auto"/>
            <w:vAlign w:val="center"/>
            <w:hideMark/>
          </w:tcPr>
          <w:p w14:paraId="3B942CD3" w14:textId="77777777" w:rsidR="00E24BA4" w:rsidRPr="00B4030F" w:rsidRDefault="00FD2DE3" w:rsidP="009D611D">
            <w:pPr>
              <w:pStyle w:val="Stil4"/>
              <w:rPr>
                <w:rFonts w:eastAsia="Times New Roman"/>
                <w:b w:val="0"/>
                <w:lang w:eastAsia="tr-TR"/>
              </w:rPr>
            </w:pPr>
            <w:r>
              <w:rPr>
                <w:rFonts w:eastAsia="Times New Roman"/>
                <w:b w:val="0"/>
                <w:lang w:eastAsia="tr-TR"/>
              </w:rPr>
              <w:t xml:space="preserve">Bahçe </w:t>
            </w:r>
            <w:r w:rsidR="00E2705C">
              <w:rPr>
                <w:rFonts w:eastAsia="Times New Roman"/>
                <w:b w:val="0"/>
                <w:lang w:eastAsia="tr-TR"/>
              </w:rPr>
              <w:t>ağaçlarının sulanması için su alım işi</w:t>
            </w:r>
          </w:p>
        </w:tc>
      </w:tr>
    </w:tbl>
    <w:p w14:paraId="1290E6F8" w14:textId="77777777" w:rsidR="00E24BA4" w:rsidRDefault="00E24BA4" w:rsidP="00E24BA4"/>
    <w:p w14:paraId="5BF966EC" w14:textId="77777777" w:rsidR="00E24BA4" w:rsidRDefault="00E24BA4" w:rsidP="00E24BA4">
      <w:r>
        <w:t>Mal ve Hizmet Alımları (İhale-Doğrudan Temin)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4"/>
        <w:gridCol w:w="1659"/>
        <w:gridCol w:w="1727"/>
        <w:gridCol w:w="3902"/>
      </w:tblGrid>
      <w:tr w:rsidR="00E24BA4" w:rsidRPr="009245EF" w14:paraId="54BB8EF8" w14:textId="77777777" w:rsidTr="009D611D">
        <w:trPr>
          <w:tblHeader/>
          <w:tblCellSpacing w:w="15" w:type="dxa"/>
        </w:trPr>
        <w:tc>
          <w:tcPr>
            <w:tcW w:w="0" w:type="auto"/>
            <w:shd w:val="clear" w:color="auto" w:fill="B99C71"/>
            <w:vAlign w:val="center"/>
            <w:hideMark/>
          </w:tcPr>
          <w:p w14:paraId="09EE59BC" w14:textId="77777777" w:rsidR="00E24BA4" w:rsidRPr="009245EF" w:rsidRDefault="00E24BA4" w:rsidP="009D611D">
            <w:pPr>
              <w:pStyle w:val="Stil4"/>
              <w:rPr>
                <w:rFonts w:eastAsia="Times New Roman"/>
                <w:lang w:eastAsia="tr-TR"/>
              </w:rPr>
            </w:pPr>
            <w:r w:rsidRPr="009245EF">
              <w:rPr>
                <w:rFonts w:eastAsia="Times New Roman"/>
                <w:lang w:eastAsia="tr-TR"/>
              </w:rPr>
              <w:t>Alım Usulü</w:t>
            </w:r>
          </w:p>
        </w:tc>
        <w:tc>
          <w:tcPr>
            <w:tcW w:w="0" w:type="auto"/>
            <w:shd w:val="clear" w:color="auto" w:fill="B99C71"/>
            <w:vAlign w:val="center"/>
            <w:hideMark/>
          </w:tcPr>
          <w:p w14:paraId="17F5274A" w14:textId="77777777" w:rsidR="00E24BA4" w:rsidRPr="009245EF" w:rsidRDefault="00E24BA4" w:rsidP="009D611D">
            <w:pPr>
              <w:pStyle w:val="Stil4"/>
              <w:rPr>
                <w:rFonts w:eastAsia="Times New Roman"/>
                <w:lang w:eastAsia="tr-TR"/>
              </w:rPr>
            </w:pPr>
            <w:r w:rsidRPr="009245EF">
              <w:rPr>
                <w:rFonts w:eastAsia="Times New Roman"/>
                <w:lang w:eastAsia="tr-TR"/>
              </w:rPr>
              <w:t>İhale / İşlem Sayısı</w:t>
            </w:r>
          </w:p>
        </w:tc>
        <w:tc>
          <w:tcPr>
            <w:tcW w:w="0" w:type="auto"/>
            <w:shd w:val="clear" w:color="auto" w:fill="B99C71"/>
            <w:vAlign w:val="center"/>
            <w:hideMark/>
          </w:tcPr>
          <w:p w14:paraId="32F0F8E2" w14:textId="77777777" w:rsidR="00E24BA4" w:rsidRPr="009245EF" w:rsidRDefault="00E24BA4" w:rsidP="009D611D">
            <w:pPr>
              <w:pStyle w:val="Stil4"/>
              <w:rPr>
                <w:rFonts w:eastAsia="Times New Roman"/>
                <w:lang w:eastAsia="tr-TR"/>
              </w:rPr>
            </w:pPr>
            <w:r w:rsidRPr="009245EF">
              <w:rPr>
                <w:rFonts w:eastAsia="Times New Roman"/>
                <w:lang w:eastAsia="tr-TR"/>
              </w:rPr>
              <w:t>Toplam Tutar (TL)</w:t>
            </w:r>
          </w:p>
        </w:tc>
        <w:tc>
          <w:tcPr>
            <w:tcW w:w="0" w:type="auto"/>
            <w:shd w:val="clear" w:color="auto" w:fill="B99C71"/>
            <w:vAlign w:val="center"/>
            <w:hideMark/>
          </w:tcPr>
          <w:p w14:paraId="6188B604" w14:textId="77777777" w:rsidR="00E24BA4" w:rsidRPr="009245EF" w:rsidRDefault="00E24BA4" w:rsidP="009D611D">
            <w:pPr>
              <w:pStyle w:val="Stil4"/>
              <w:rPr>
                <w:rFonts w:eastAsia="Times New Roman"/>
                <w:lang w:eastAsia="tr-TR"/>
              </w:rPr>
            </w:pPr>
            <w:r w:rsidRPr="009245EF">
              <w:rPr>
                <w:rFonts w:eastAsia="Times New Roman"/>
                <w:lang w:eastAsia="tr-TR"/>
              </w:rPr>
              <w:t>Kısa Açıklama / Not</w:t>
            </w:r>
          </w:p>
        </w:tc>
      </w:tr>
      <w:tr w:rsidR="00E24BA4" w:rsidRPr="009245EF" w14:paraId="154C7157" w14:textId="77777777" w:rsidTr="009D611D">
        <w:trPr>
          <w:tblCellSpacing w:w="15" w:type="dxa"/>
        </w:trPr>
        <w:tc>
          <w:tcPr>
            <w:tcW w:w="0" w:type="auto"/>
            <w:vAlign w:val="center"/>
            <w:hideMark/>
          </w:tcPr>
          <w:p w14:paraId="3A689FED" w14:textId="77777777" w:rsidR="00E24BA4" w:rsidRPr="00B4030F" w:rsidRDefault="00E24BA4" w:rsidP="009D611D">
            <w:pPr>
              <w:pStyle w:val="Stil4"/>
              <w:rPr>
                <w:rFonts w:eastAsia="Times New Roman"/>
                <w:b w:val="0"/>
                <w:lang w:eastAsia="tr-TR"/>
              </w:rPr>
            </w:pPr>
            <w:r w:rsidRPr="00B4030F">
              <w:rPr>
                <w:rFonts w:eastAsia="Times New Roman"/>
                <w:b w:val="0"/>
                <w:lang w:eastAsia="tr-TR"/>
              </w:rPr>
              <w:t>Açık İhale</w:t>
            </w:r>
          </w:p>
        </w:tc>
        <w:tc>
          <w:tcPr>
            <w:tcW w:w="0" w:type="auto"/>
            <w:vAlign w:val="center"/>
            <w:hideMark/>
          </w:tcPr>
          <w:p w14:paraId="5ACC2D26" w14:textId="77777777" w:rsidR="00E24BA4" w:rsidRPr="00B4030F" w:rsidRDefault="00E24BA4" w:rsidP="009D611D">
            <w:pPr>
              <w:pStyle w:val="Stil4"/>
              <w:rPr>
                <w:rFonts w:eastAsia="Times New Roman"/>
                <w:b w:val="0"/>
                <w:lang w:eastAsia="tr-TR"/>
              </w:rPr>
            </w:pPr>
          </w:p>
        </w:tc>
        <w:tc>
          <w:tcPr>
            <w:tcW w:w="0" w:type="auto"/>
            <w:vAlign w:val="center"/>
            <w:hideMark/>
          </w:tcPr>
          <w:p w14:paraId="65ECF3C7" w14:textId="77777777" w:rsidR="00E24BA4" w:rsidRPr="00B4030F" w:rsidRDefault="00E24BA4" w:rsidP="009D611D">
            <w:pPr>
              <w:pStyle w:val="Stil4"/>
              <w:rPr>
                <w:rFonts w:eastAsia="Times New Roman"/>
                <w:b w:val="0"/>
                <w:szCs w:val="20"/>
                <w:lang w:eastAsia="tr-TR"/>
              </w:rPr>
            </w:pPr>
          </w:p>
        </w:tc>
        <w:tc>
          <w:tcPr>
            <w:tcW w:w="0" w:type="auto"/>
            <w:vAlign w:val="center"/>
            <w:hideMark/>
          </w:tcPr>
          <w:p w14:paraId="4E51057D" w14:textId="77777777" w:rsidR="00E24BA4" w:rsidRPr="00B4030F" w:rsidRDefault="00E24BA4" w:rsidP="009D611D">
            <w:pPr>
              <w:pStyle w:val="Stil4"/>
              <w:rPr>
                <w:rFonts w:eastAsia="Times New Roman"/>
                <w:b w:val="0"/>
                <w:lang w:eastAsia="tr-TR"/>
              </w:rPr>
            </w:pPr>
            <w:r w:rsidRPr="00B4030F">
              <w:rPr>
                <w:rFonts w:eastAsia="Times New Roman"/>
                <w:b w:val="0"/>
                <w:lang w:eastAsia="tr-TR"/>
              </w:rPr>
              <w:t>4734 sayılı Kanun kapsamında yapılan ihaleler</w:t>
            </w:r>
          </w:p>
        </w:tc>
      </w:tr>
      <w:tr w:rsidR="00E24BA4" w:rsidRPr="009245EF" w14:paraId="4ACC4C68" w14:textId="77777777" w:rsidTr="009D611D">
        <w:trPr>
          <w:tblCellSpacing w:w="15" w:type="dxa"/>
        </w:trPr>
        <w:tc>
          <w:tcPr>
            <w:tcW w:w="0" w:type="auto"/>
            <w:vAlign w:val="center"/>
            <w:hideMark/>
          </w:tcPr>
          <w:p w14:paraId="30A4E3C8" w14:textId="77777777" w:rsidR="00E24BA4" w:rsidRPr="00B4030F" w:rsidRDefault="00E24BA4" w:rsidP="009D611D">
            <w:pPr>
              <w:pStyle w:val="Stil4"/>
              <w:rPr>
                <w:rFonts w:eastAsia="Times New Roman"/>
                <w:b w:val="0"/>
                <w:lang w:eastAsia="tr-TR"/>
              </w:rPr>
            </w:pPr>
            <w:r w:rsidRPr="00B4030F">
              <w:rPr>
                <w:rFonts w:eastAsia="Times New Roman"/>
                <w:b w:val="0"/>
                <w:lang w:eastAsia="tr-TR"/>
              </w:rPr>
              <w:t>Pazarlık Usulü</w:t>
            </w:r>
          </w:p>
        </w:tc>
        <w:tc>
          <w:tcPr>
            <w:tcW w:w="0" w:type="auto"/>
            <w:vAlign w:val="center"/>
            <w:hideMark/>
          </w:tcPr>
          <w:p w14:paraId="40C34CF1" w14:textId="77777777" w:rsidR="00E24BA4" w:rsidRPr="00B4030F" w:rsidRDefault="00E24BA4" w:rsidP="009D611D">
            <w:pPr>
              <w:pStyle w:val="Stil4"/>
              <w:rPr>
                <w:rFonts w:eastAsia="Times New Roman"/>
                <w:b w:val="0"/>
                <w:lang w:eastAsia="tr-TR"/>
              </w:rPr>
            </w:pPr>
          </w:p>
        </w:tc>
        <w:tc>
          <w:tcPr>
            <w:tcW w:w="0" w:type="auto"/>
            <w:vAlign w:val="center"/>
            <w:hideMark/>
          </w:tcPr>
          <w:p w14:paraId="1F6B98DD" w14:textId="77777777" w:rsidR="00E24BA4" w:rsidRPr="00B4030F" w:rsidRDefault="00E24BA4" w:rsidP="009D611D">
            <w:pPr>
              <w:pStyle w:val="Stil4"/>
              <w:rPr>
                <w:rFonts w:eastAsia="Times New Roman"/>
                <w:b w:val="0"/>
                <w:szCs w:val="20"/>
                <w:lang w:eastAsia="tr-TR"/>
              </w:rPr>
            </w:pPr>
          </w:p>
        </w:tc>
        <w:tc>
          <w:tcPr>
            <w:tcW w:w="0" w:type="auto"/>
            <w:vAlign w:val="center"/>
            <w:hideMark/>
          </w:tcPr>
          <w:p w14:paraId="7DD40B8E" w14:textId="77777777" w:rsidR="00E24BA4" w:rsidRPr="00B4030F" w:rsidRDefault="00E24BA4" w:rsidP="009D611D">
            <w:pPr>
              <w:pStyle w:val="Stil4"/>
              <w:rPr>
                <w:rFonts w:eastAsia="Times New Roman"/>
                <w:b w:val="0"/>
                <w:lang w:eastAsia="tr-TR"/>
              </w:rPr>
            </w:pPr>
            <w:r w:rsidRPr="00B4030F">
              <w:rPr>
                <w:rFonts w:eastAsia="Times New Roman"/>
                <w:b w:val="0"/>
                <w:lang w:eastAsia="tr-TR"/>
              </w:rPr>
              <w:t>Mevzuata göre pazarlık usulü ile yapılan alımlar</w:t>
            </w:r>
          </w:p>
        </w:tc>
      </w:tr>
      <w:tr w:rsidR="00E24BA4" w:rsidRPr="009245EF" w14:paraId="4AFBFE9B" w14:textId="77777777" w:rsidTr="009D611D">
        <w:trPr>
          <w:tblCellSpacing w:w="15" w:type="dxa"/>
        </w:trPr>
        <w:tc>
          <w:tcPr>
            <w:tcW w:w="0" w:type="auto"/>
            <w:vAlign w:val="center"/>
            <w:hideMark/>
          </w:tcPr>
          <w:p w14:paraId="1A9C1B82" w14:textId="77777777" w:rsidR="00E24BA4" w:rsidRPr="00B4030F" w:rsidRDefault="00E24BA4" w:rsidP="009D611D">
            <w:pPr>
              <w:pStyle w:val="Stil4"/>
              <w:rPr>
                <w:rFonts w:eastAsia="Times New Roman"/>
                <w:b w:val="0"/>
                <w:lang w:eastAsia="tr-TR"/>
              </w:rPr>
            </w:pPr>
            <w:r w:rsidRPr="00B4030F">
              <w:rPr>
                <w:rFonts w:eastAsia="Times New Roman"/>
                <w:b w:val="0"/>
                <w:lang w:eastAsia="tr-TR"/>
              </w:rPr>
              <w:t>Doğrudan Temin</w:t>
            </w:r>
          </w:p>
        </w:tc>
        <w:tc>
          <w:tcPr>
            <w:tcW w:w="0" w:type="auto"/>
            <w:vAlign w:val="center"/>
            <w:hideMark/>
          </w:tcPr>
          <w:p w14:paraId="71D80904" w14:textId="77777777" w:rsidR="00E24BA4" w:rsidRPr="00B4030F" w:rsidRDefault="00805663" w:rsidP="009D611D">
            <w:pPr>
              <w:pStyle w:val="Stil4"/>
              <w:rPr>
                <w:rFonts w:eastAsia="Times New Roman"/>
                <w:b w:val="0"/>
                <w:lang w:eastAsia="tr-TR"/>
              </w:rPr>
            </w:pPr>
            <w:r>
              <w:rPr>
                <w:rFonts w:eastAsia="Times New Roman"/>
                <w:b w:val="0"/>
                <w:lang w:eastAsia="tr-TR"/>
              </w:rPr>
              <w:t>4</w:t>
            </w:r>
          </w:p>
        </w:tc>
        <w:tc>
          <w:tcPr>
            <w:tcW w:w="0" w:type="auto"/>
            <w:vAlign w:val="center"/>
            <w:hideMark/>
          </w:tcPr>
          <w:p w14:paraId="07DEC08A" w14:textId="77777777" w:rsidR="00E24BA4" w:rsidRPr="00B4030F" w:rsidRDefault="00805663" w:rsidP="009D611D">
            <w:pPr>
              <w:pStyle w:val="Stil4"/>
              <w:rPr>
                <w:rFonts w:eastAsia="Times New Roman"/>
                <w:b w:val="0"/>
                <w:szCs w:val="20"/>
                <w:lang w:eastAsia="tr-TR"/>
              </w:rPr>
            </w:pPr>
            <w:r>
              <w:rPr>
                <w:rFonts w:eastAsia="Times New Roman"/>
                <w:b w:val="0"/>
                <w:szCs w:val="20"/>
                <w:lang w:eastAsia="tr-TR"/>
              </w:rPr>
              <w:t>236819,59</w:t>
            </w:r>
          </w:p>
        </w:tc>
        <w:tc>
          <w:tcPr>
            <w:tcW w:w="0" w:type="auto"/>
            <w:vAlign w:val="center"/>
            <w:hideMark/>
          </w:tcPr>
          <w:p w14:paraId="078D18C5" w14:textId="77777777" w:rsidR="00E24BA4" w:rsidRPr="00B4030F" w:rsidRDefault="00E24BA4" w:rsidP="009D611D">
            <w:pPr>
              <w:pStyle w:val="Stil4"/>
              <w:rPr>
                <w:rFonts w:eastAsia="Times New Roman"/>
                <w:b w:val="0"/>
                <w:lang w:eastAsia="tr-TR"/>
              </w:rPr>
            </w:pPr>
            <w:r w:rsidRPr="00B4030F">
              <w:rPr>
                <w:rFonts w:eastAsia="Times New Roman"/>
                <w:b w:val="0"/>
                <w:lang w:eastAsia="tr-TR"/>
              </w:rPr>
              <w:t>Doğrudan temin limitleri dâhilindeki alımlar</w:t>
            </w:r>
          </w:p>
        </w:tc>
      </w:tr>
      <w:tr w:rsidR="00E24BA4" w:rsidRPr="009245EF" w14:paraId="1E657E42" w14:textId="77777777" w:rsidTr="009D611D">
        <w:trPr>
          <w:tblCellSpacing w:w="15" w:type="dxa"/>
        </w:trPr>
        <w:tc>
          <w:tcPr>
            <w:tcW w:w="0" w:type="auto"/>
            <w:vAlign w:val="center"/>
            <w:hideMark/>
          </w:tcPr>
          <w:p w14:paraId="40634D43" w14:textId="77777777" w:rsidR="00E24BA4" w:rsidRPr="00B4030F" w:rsidRDefault="00E24BA4" w:rsidP="009D611D">
            <w:pPr>
              <w:pStyle w:val="Stil4"/>
              <w:rPr>
                <w:rFonts w:eastAsia="Times New Roman"/>
                <w:b w:val="0"/>
                <w:lang w:eastAsia="tr-TR"/>
              </w:rPr>
            </w:pPr>
            <w:r w:rsidRPr="00B4030F">
              <w:rPr>
                <w:rFonts w:eastAsia="Times New Roman"/>
                <w:b w:val="0"/>
                <w:lang w:eastAsia="tr-TR"/>
              </w:rPr>
              <w:t>Diğer Usuller (varsa)</w:t>
            </w:r>
          </w:p>
        </w:tc>
        <w:tc>
          <w:tcPr>
            <w:tcW w:w="0" w:type="auto"/>
            <w:vAlign w:val="center"/>
            <w:hideMark/>
          </w:tcPr>
          <w:p w14:paraId="3C97CBB9" w14:textId="77777777" w:rsidR="00E24BA4" w:rsidRPr="00B4030F" w:rsidRDefault="00E24BA4" w:rsidP="009D611D">
            <w:pPr>
              <w:pStyle w:val="Stil4"/>
              <w:rPr>
                <w:rFonts w:eastAsia="Times New Roman"/>
                <w:b w:val="0"/>
                <w:lang w:eastAsia="tr-TR"/>
              </w:rPr>
            </w:pPr>
          </w:p>
        </w:tc>
        <w:tc>
          <w:tcPr>
            <w:tcW w:w="0" w:type="auto"/>
            <w:vAlign w:val="center"/>
            <w:hideMark/>
          </w:tcPr>
          <w:p w14:paraId="266F3D85" w14:textId="77777777" w:rsidR="00E24BA4" w:rsidRPr="00B4030F" w:rsidRDefault="00E24BA4" w:rsidP="009D611D">
            <w:pPr>
              <w:pStyle w:val="Stil4"/>
              <w:rPr>
                <w:rFonts w:eastAsia="Times New Roman"/>
                <w:b w:val="0"/>
                <w:szCs w:val="20"/>
                <w:lang w:eastAsia="tr-TR"/>
              </w:rPr>
            </w:pPr>
          </w:p>
        </w:tc>
        <w:tc>
          <w:tcPr>
            <w:tcW w:w="0" w:type="auto"/>
            <w:vAlign w:val="center"/>
            <w:hideMark/>
          </w:tcPr>
          <w:p w14:paraId="1497CB78" w14:textId="77777777" w:rsidR="00E24BA4" w:rsidRPr="00B4030F" w:rsidRDefault="00E24BA4" w:rsidP="009D611D">
            <w:pPr>
              <w:pStyle w:val="Stil4"/>
              <w:rPr>
                <w:rFonts w:eastAsia="Times New Roman"/>
                <w:b w:val="0"/>
                <w:lang w:eastAsia="tr-TR"/>
              </w:rPr>
            </w:pPr>
            <w:r w:rsidRPr="00B4030F">
              <w:rPr>
                <w:rFonts w:eastAsia="Times New Roman"/>
                <w:b w:val="0"/>
                <w:lang w:eastAsia="tr-TR"/>
              </w:rPr>
              <w:t>Özel mevzuata tabi diğer alım usulleri</w:t>
            </w:r>
          </w:p>
        </w:tc>
      </w:tr>
    </w:tbl>
    <w:p w14:paraId="36A95E47" w14:textId="77777777" w:rsidR="00E24BA4" w:rsidRDefault="00E24BA4" w:rsidP="00E24BA4"/>
    <w:p w14:paraId="1A929B64" w14:textId="77777777" w:rsidR="00E24BA4" w:rsidRDefault="00E24BA4" w:rsidP="00E24BA4"/>
    <w:p w14:paraId="05601DC1" w14:textId="77777777" w:rsidR="00BF2249" w:rsidRDefault="00BF2249" w:rsidP="00E24BA4"/>
    <w:p w14:paraId="53622118" w14:textId="66536953" w:rsidR="00E24BA4" w:rsidRDefault="00E24BA4" w:rsidP="00E24BA4"/>
    <w:p w14:paraId="28FC7DFB" w14:textId="77777777" w:rsidR="002F18E7" w:rsidRDefault="002F18E7" w:rsidP="00E24BA4"/>
    <w:p w14:paraId="769C8775" w14:textId="77777777" w:rsidR="00E24BA4" w:rsidRDefault="00E24BA4" w:rsidP="00E24BA4"/>
    <w:p w14:paraId="6E05895D" w14:textId="77777777" w:rsidR="00E24BA4" w:rsidRDefault="00E24BA4" w:rsidP="00E24BA4"/>
    <w:p w14:paraId="6573AA58" w14:textId="2FAE6EC6" w:rsidR="00E24BA4" w:rsidRDefault="00E24BA4" w:rsidP="00E24BA4"/>
    <w:p w14:paraId="51DC7121" w14:textId="1B3811A8" w:rsidR="004273B1" w:rsidRDefault="004273B1" w:rsidP="00E24BA4"/>
    <w:p w14:paraId="510A2722" w14:textId="6806347C" w:rsidR="004273B1" w:rsidRDefault="004273B1" w:rsidP="00E24BA4"/>
    <w:p w14:paraId="51185C07" w14:textId="73DF6AC5" w:rsidR="004273B1" w:rsidRDefault="004273B1" w:rsidP="00E24BA4"/>
    <w:p w14:paraId="5D0FF20A" w14:textId="02C1D98A" w:rsidR="004273B1" w:rsidRDefault="004273B1" w:rsidP="00E24BA4"/>
    <w:p w14:paraId="61C340CC" w14:textId="58384085" w:rsidR="004273B1" w:rsidRDefault="004273B1" w:rsidP="00E24BA4"/>
    <w:p w14:paraId="01100EAE" w14:textId="19C3F17D" w:rsidR="004273B1" w:rsidRDefault="004273B1" w:rsidP="00E24BA4"/>
    <w:p w14:paraId="0D140CAC" w14:textId="5739AC74" w:rsidR="004273B1" w:rsidRDefault="004273B1" w:rsidP="00E24BA4"/>
    <w:p w14:paraId="5A99BAAD" w14:textId="118632CE" w:rsidR="004273B1" w:rsidRDefault="004273B1" w:rsidP="00E24BA4"/>
    <w:p w14:paraId="6457C8E6" w14:textId="77070B39" w:rsidR="004273B1" w:rsidRDefault="004273B1" w:rsidP="00E24BA4"/>
    <w:p w14:paraId="64469200" w14:textId="77777777" w:rsidR="004273B1" w:rsidRDefault="004273B1" w:rsidP="00E24BA4"/>
    <w:p w14:paraId="215AF206" w14:textId="77777777" w:rsidR="00E24BA4" w:rsidRDefault="00E24BA4" w:rsidP="00E24BA4">
      <w:pPr>
        <w:pStyle w:val="Stil1"/>
        <w:rPr>
          <w:rFonts w:asciiTheme="minorHAnsi" w:hAnsiTheme="minorHAnsi" w:cs="Times New Roman"/>
        </w:rPr>
      </w:pPr>
      <w:bookmarkStart w:id="72" w:name="_Toc153118743"/>
      <w:bookmarkStart w:id="73" w:name="_Toc153376785"/>
      <w:bookmarkStart w:id="74" w:name="_Toc217311521"/>
      <w:bookmarkEnd w:id="5"/>
      <w:bookmarkEnd w:id="70"/>
      <w:bookmarkEnd w:id="71"/>
      <w:r w:rsidRPr="000C0E61">
        <w:rPr>
          <w:rFonts w:asciiTheme="minorHAnsi" w:hAnsiTheme="minorHAnsi" w:cs="Times New Roman"/>
        </w:rPr>
        <w:lastRenderedPageBreak/>
        <w:t>KURUMSAL KABİLİYET VE KAPASİTENİN DEĞERLENDİRİLMESİ</w:t>
      </w:r>
      <w:bookmarkEnd w:id="72"/>
      <w:bookmarkEnd w:id="73"/>
      <w:bookmarkEnd w:id="74"/>
    </w:p>
    <w:p w14:paraId="390393EA" w14:textId="77777777" w:rsidR="00E24BA4" w:rsidRDefault="00E24BA4" w:rsidP="00E24BA4"/>
    <w:p w14:paraId="3D81F1ED" w14:textId="77777777" w:rsidR="00E24BA4" w:rsidRDefault="008B60F3" w:rsidP="00E24BA4">
      <w:pPr>
        <w:pStyle w:val="Stil5"/>
      </w:pPr>
      <w:bookmarkStart w:id="75" w:name="_Toc217311522"/>
      <w:bookmarkStart w:id="76" w:name="_Toc153118744"/>
      <w:bookmarkStart w:id="77" w:name="_Toc153376786"/>
      <w:r>
        <w:t>A.ÜSTÜNLÜKLER</w:t>
      </w:r>
      <w:bookmarkEnd w:id="75"/>
    </w:p>
    <w:p w14:paraId="4B9C0F52" w14:textId="77777777" w:rsidR="002F18E7" w:rsidRPr="005C6EF5" w:rsidRDefault="002F18E7" w:rsidP="002F18E7">
      <w:pPr>
        <w:pStyle w:val="ListeParagraf"/>
        <w:numPr>
          <w:ilvl w:val="0"/>
          <w:numId w:val="38"/>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Akademik personelin sektörel deneyime sahip olması</w:t>
      </w:r>
    </w:p>
    <w:p w14:paraId="3D049BA6" w14:textId="77777777" w:rsidR="002F18E7" w:rsidRPr="005C6EF5" w:rsidRDefault="002F18E7" w:rsidP="002F18E7">
      <w:pPr>
        <w:pStyle w:val="ListeParagraf"/>
        <w:numPr>
          <w:ilvl w:val="0"/>
          <w:numId w:val="38"/>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Öğrenci–akademik personel iletişiminin güçlü olması</w:t>
      </w:r>
    </w:p>
    <w:p w14:paraId="74D4077E" w14:textId="77777777" w:rsidR="002F18E7" w:rsidRPr="005C6EF5" w:rsidRDefault="002F18E7" w:rsidP="002F18E7">
      <w:pPr>
        <w:pStyle w:val="ListeParagraf"/>
        <w:numPr>
          <w:ilvl w:val="0"/>
          <w:numId w:val="38"/>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Genç ve dinamik akademik kadro yapısı</w:t>
      </w:r>
    </w:p>
    <w:p w14:paraId="053064F6" w14:textId="77777777" w:rsidR="002F18E7" w:rsidRPr="005C6EF5" w:rsidRDefault="002F18E7" w:rsidP="002F18E7">
      <w:pPr>
        <w:pStyle w:val="ListeParagraf"/>
        <w:numPr>
          <w:ilvl w:val="0"/>
          <w:numId w:val="38"/>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Uygulamalı eğitimi destekleyen atölye/laboratuvar imkânları</w:t>
      </w:r>
    </w:p>
    <w:p w14:paraId="2C9DF255" w14:textId="77777777" w:rsidR="002F18E7" w:rsidRPr="005C6EF5" w:rsidRDefault="002F18E7" w:rsidP="002F18E7">
      <w:pPr>
        <w:pStyle w:val="ListeParagraf"/>
        <w:numPr>
          <w:ilvl w:val="0"/>
          <w:numId w:val="38"/>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Üniversitenin dijital altyapısı (LMS, otomasyon sistemleri, kütüphane veri tabanları)</w:t>
      </w:r>
    </w:p>
    <w:p w14:paraId="42666CDD" w14:textId="77777777" w:rsidR="002F18E7" w:rsidRPr="005C6EF5" w:rsidRDefault="002F18E7" w:rsidP="002F18E7">
      <w:pPr>
        <w:pStyle w:val="ListeParagraf"/>
        <w:numPr>
          <w:ilvl w:val="0"/>
          <w:numId w:val="38"/>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Ortak kullanım alanlarının (kütüphane, sosyal alanlar vb.) yeterliliği</w:t>
      </w:r>
    </w:p>
    <w:p w14:paraId="6E6B26C9" w14:textId="77777777" w:rsidR="002F18E7" w:rsidRPr="005C6EF5" w:rsidRDefault="002F18E7" w:rsidP="002F18E7">
      <w:pPr>
        <w:pStyle w:val="ListeParagraf"/>
        <w:numPr>
          <w:ilvl w:val="0"/>
          <w:numId w:val="38"/>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Programın sektör ihtiyaçlarıyla uyumlu olması</w:t>
      </w:r>
    </w:p>
    <w:p w14:paraId="1FBBD852" w14:textId="77777777" w:rsidR="002F18E7" w:rsidRPr="005C6EF5" w:rsidRDefault="002F18E7" w:rsidP="002F18E7">
      <w:pPr>
        <w:pStyle w:val="ListeParagraf"/>
        <w:numPr>
          <w:ilvl w:val="0"/>
          <w:numId w:val="38"/>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Uygulamalı derslerin ağırlıkta olması</w:t>
      </w:r>
    </w:p>
    <w:p w14:paraId="04667977" w14:textId="77777777" w:rsidR="002F18E7" w:rsidRPr="005C6EF5" w:rsidRDefault="002F18E7" w:rsidP="002F18E7">
      <w:pPr>
        <w:pStyle w:val="ListeParagraf"/>
        <w:numPr>
          <w:ilvl w:val="0"/>
          <w:numId w:val="38"/>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Katılımcı ve erişilebilir yönetim anlayışı</w:t>
      </w:r>
    </w:p>
    <w:p w14:paraId="6A4E7C21" w14:textId="77777777" w:rsidR="002F18E7" w:rsidRPr="005C6EF5" w:rsidRDefault="002F18E7" w:rsidP="002F18E7">
      <w:pPr>
        <w:pStyle w:val="ListeParagraf"/>
        <w:numPr>
          <w:ilvl w:val="0"/>
          <w:numId w:val="38"/>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Kalite güvence süreçlerine uyum ve düzenli veri toplama</w:t>
      </w:r>
    </w:p>
    <w:p w14:paraId="5FFCFD24" w14:textId="77777777" w:rsidR="002F18E7" w:rsidRPr="005C6EF5" w:rsidRDefault="002F18E7" w:rsidP="002F18E7">
      <w:pPr>
        <w:pStyle w:val="ListeParagraf"/>
        <w:numPr>
          <w:ilvl w:val="0"/>
          <w:numId w:val="38"/>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Sürekli iyileştirme kültürünün benimsenmiş olması</w:t>
      </w:r>
    </w:p>
    <w:p w14:paraId="07883149" w14:textId="77777777" w:rsidR="002F18E7" w:rsidRPr="005C6EF5" w:rsidRDefault="002F18E7" w:rsidP="002F18E7">
      <w:pPr>
        <w:pStyle w:val="ListeParagraf"/>
        <w:numPr>
          <w:ilvl w:val="0"/>
          <w:numId w:val="38"/>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Yerel sektör ve işletmelerle iş birliği potansiyeli</w:t>
      </w:r>
    </w:p>
    <w:p w14:paraId="0ED783E1" w14:textId="7BBA6FA4" w:rsidR="002F18E7" w:rsidRDefault="002F18E7" w:rsidP="002F18E7">
      <w:pPr>
        <w:pStyle w:val="ListeParagraf"/>
        <w:numPr>
          <w:ilvl w:val="0"/>
          <w:numId w:val="38"/>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Bölgesel kalkınmaya katkı sağlayan konum</w:t>
      </w:r>
    </w:p>
    <w:p w14:paraId="3D2AEE3C" w14:textId="204EE787" w:rsidR="00E26367" w:rsidRPr="006F0F59" w:rsidRDefault="002F18E7" w:rsidP="002F18E7">
      <w:pPr>
        <w:pStyle w:val="ListeParagraf"/>
        <w:numPr>
          <w:ilvl w:val="0"/>
          <w:numId w:val="38"/>
        </w:numPr>
        <w:spacing w:before="100" w:beforeAutospacing="1" w:after="100" w:afterAutospacing="1" w:line="240" w:lineRule="auto"/>
        <w:rPr>
          <w:rFonts w:ascii="Times New Roman" w:eastAsia="Times New Roman" w:hAnsi="Times New Roman" w:cs="Times New Roman"/>
          <w:sz w:val="24"/>
          <w:szCs w:val="24"/>
          <w:lang w:val="tr-TR" w:eastAsia="tr-TR"/>
        </w:rPr>
      </w:pPr>
      <w:r w:rsidRPr="006F0F59">
        <w:rPr>
          <w:rFonts w:ascii="Times New Roman" w:eastAsia="Times New Roman" w:hAnsi="Times New Roman" w:cs="Times New Roman"/>
          <w:sz w:val="24"/>
          <w:szCs w:val="24"/>
          <w:lang w:val="tr-TR" w:eastAsia="tr-TR"/>
        </w:rPr>
        <w:t>Staj ve uygulama imkânlarının çeşitliliği</w:t>
      </w:r>
    </w:p>
    <w:p w14:paraId="3302452C" w14:textId="77777777" w:rsidR="008B60F3" w:rsidRDefault="008B60F3" w:rsidP="00E24BA4">
      <w:pPr>
        <w:pStyle w:val="Stil5"/>
      </w:pPr>
    </w:p>
    <w:p w14:paraId="047D1B37" w14:textId="77777777" w:rsidR="008B60F3" w:rsidRDefault="008B60F3" w:rsidP="00E24BA4">
      <w:pPr>
        <w:pStyle w:val="Stil5"/>
      </w:pPr>
      <w:bookmarkStart w:id="78" w:name="_Toc217311523"/>
      <w:r>
        <w:t>B.</w:t>
      </w:r>
      <w:r w:rsidR="00E26367">
        <w:t>ZAYIFLIKLAR</w:t>
      </w:r>
      <w:bookmarkEnd w:id="78"/>
    </w:p>
    <w:p w14:paraId="1D5FF56E" w14:textId="77777777" w:rsidR="00D00FF7" w:rsidRPr="005C6EF5" w:rsidRDefault="00D00FF7" w:rsidP="00D00FF7">
      <w:pPr>
        <w:pStyle w:val="ListeParagraf"/>
        <w:numPr>
          <w:ilvl w:val="0"/>
          <w:numId w:val="39"/>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Akademik personel sayısının mevcut öğrenci sayısına oranla sınırlı olması</w:t>
      </w:r>
    </w:p>
    <w:p w14:paraId="05572E1E" w14:textId="77777777" w:rsidR="00D00FF7" w:rsidRPr="005C6EF5" w:rsidRDefault="00D00FF7" w:rsidP="00D00FF7">
      <w:pPr>
        <w:pStyle w:val="ListeParagraf"/>
        <w:numPr>
          <w:ilvl w:val="0"/>
          <w:numId w:val="39"/>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Akademik personelin proje ve araştırma faaliyetlerine ayırabildiği zamanın sınırlı olması</w:t>
      </w:r>
    </w:p>
    <w:p w14:paraId="7C90EE5D" w14:textId="77777777" w:rsidR="00D00FF7" w:rsidRPr="005C6EF5" w:rsidRDefault="00D00FF7" w:rsidP="00D00FF7">
      <w:pPr>
        <w:pStyle w:val="ListeParagraf"/>
        <w:numPr>
          <w:ilvl w:val="0"/>
          <w:numId w:val="39"/>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Uygulamalı derslerde sektörle iş birliği imkânlarının sınırlı olması</w:t>
      </w:r>
    </w:p>
    <w:p w14:paraId="5F157233" w14:textId="77777777" w:rsidR="00D00FF7" w:rsidRPr="005C6EF5" w:rsidRDefault="00D00FF7" w:rsidP="00D00FF7">
      <w:pPr>
        <w:pStyle w:val="ListeParagraf"/>
        <w:numPr>
          <w:ilvl w:val="0"/>
          <w:numId w:val="39"/>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Seçmeli ders çeşitliliğinin sınırlı olması</w:t>
      </w:r>
    </w:p>
    <w:p w14:paraId="54CAF7A7" w14:textId="77777777" w:rsidR="00D00FF7" w:rsidRPr="005C6EF5" w:rsidRDefault="00D00FF7" w:rsidP="00D00FF7">
      <w:pPr>
        <w:pStyle w:val="ListeParagraf"/>
        <w:numPr>
          <w:ilvl w:val="0"/>
          <w:numId w:val="39"/>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Ulusal ve uluslararası hareketlilik programlarına (Erasmus vb.) katılımın düşük olması</w:t>
      </w:r>
    </w:p>
    <w:p w14:paraId="098B9571" w14:textId="77777777" w:rsidR="00D00FF7" w:rsidRPr="005C6EF5" w:rsidRDefault="00D00FF7" w:rsidP="00D00FF7">
      <w:pPr>
        <w:pStyle w:val="ListeParagraf"/>
        <w:numPr>
          <w:ilvl w:val="0"/>
          <w:numId w:val="39"/>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Uygulama alanlarının teknolojik donanım açısından geliştirilmesi gerekliliği</w:t>
      </w:r>
    </w:p>
    <w:p w14:paraId="4AF0C660" w14:textId="77777777" w:rsidR="00D00FF7" w:rsidRPr="005C6EF5" w:rsidRDefault="00D00FF7" w:rsidP="00D00FF7">
      <w:pPr>
        <w:pStyle w:val="ListeParagraf"/>
        <w:numPr>
          <w:ilvl w:val="0"/>
          <w:numId w:val="39"/>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Dijital öğrenme materyallerinin (çevrim içi içerik, ders videoları vb.) sınırlı olması</w:t>
      </w:r>
    </w:p>
    <w:p w14:paraId="11F71ECE" w14:textId="77777777" w:rsidR="00D00FF7" w:rsidRPr="005C6EF5" w:rsidRDefault="00D00FF7" w:rsidP="00D00FF7">
      <w:pPr>
        <w:pStyle w:val="ListeParagraf"/>
        <w:numPr>
          <w:ilvl w:val="0"/>
          <w:numId w:val="39"/>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Öğrencilerin kampüs içi ve kampüs dışı sosyal etkileşim alanlarının sınırlı olması</w:t>
      </w:r>
    </w:p>
    <w:p w14:paraId="506574B7" w14:textId="77777777" w:rsidR="00D00FF7" w:rsidRPr="005C6EF5" w:rsidRDefault="00D00FF7" w:rsidP="00D00FF7">
      <w:pPr>
        <w:pStyle w:val="ListeParagraf"/>
        <w:numPr>
          <w:ilvl w:val="0"/>
          <w:numId w:val="39"/>
        </w:numPr>
        <w:spacing w:before="100" w:beforeAutospacing="1" w:after="100" w:afterAutospacing="1" w:line="240" w:lineRule="auto"/>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İlçenin sosyo-kültürel olanaklarının sınırlı olması nedeniyle öğrenci memnuniyetinin olumsuz etkilenmesi</w:t>
      </w:r>
    </w:p>
    <w:p w14:paraId="7A28007A" w14:textId="77777777" w:rsidR="00E26367" w:rsidRDefault="00E26367" w:rsidP="00E24BA4">
      <w:pPr>
        <w:pStyle w:val="Stil5"/>
      </w:pPr>
    </w:p>
    <w:p w14:paraId="09AA8478" w14:textId="77777777" w:rsidR="00E26367" w:rsidRDefault="00E26367" w:rsidP="00E24BA4">
      <w:pPr>
        <w:pStyle w:val="Stil5"/>
      </w:pPr>
      <w:bookmarkStart w:id="79" w:name="_Toc217311524"/>
      <w:r>
        <w:t>C.DEĞERLENDİRME</w:t>
      </w:r>
      <w:bookmarkEnd w:id="79"/>
    </w:p>
    <w:bookmarkEnd w:id="76"/>
    <w:bookmarkEnd w:id="77"/>
    <w:p w14:paraId="0A6B564D" w14:textId="77777777" w:rsidR="00D00FF7" w:rsidRPr="005C6EF5" w:rsidRDefault="00D00FF7" w:rsidP="00D00FF7">
      <w:pPr>
        <w:spacing w:before="100" w:beforeAutospacing="1" w:after="100" w:afterAutospacing="1" w:line="240" w:lineRule="auto"/>
        <w:jc w:val="both"/>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 xml:space="preserve">Meslek yüksekokulumuzun güçlü yönleri; akademik kalite, fiziki altyapı ve potansiyel büyüme kapasitesi açısından önemli avantajlar sunmaktadır. Alanında uzman ve yetişmiş akademik kadro, eğitim-öğretim faaliyetlerinin nitelikli bir şekilde yürütülmesini sağlamakta ve öğrencilere mesleki yeterlilik kazandırmaktadır. Yüksekokulun ulaşılabilir bir konumda yer alması ve geniş bir kampüs alanına sahip olması, hem mevcut öğrenciler hem de tercih aşamasındaki aday öğrenciler açısından cazip bir unsur oluşturmaktadır. Ayrıca sınıfların ve </w:t>
      </w:r>
      <w:r w:rsidRPr="005C6EF5">
        <w:rPr>
          <w:rFonts w:ascii="Times New Roman" w:eastAsia="Times New Roman" w:hAnsi="Times New Roman" w:cs="Times New Roman"/>
          <w:sz w:val="24"/>
          <w:szCs w:val="24"/>
          <w:lang w:val="tr-TR" w:eastAsia="tr-TR"/>
        </w:rPr>
        <w:lastRenderedPageBreak/>
        <w:t>uygulama alanlarının yeterli olması, uygulamalı eğitimin ağırlıkta olduğu meslek yüksekokulu yapısını desteklemekte ve öğrencilere önemli bir avantaj sağlamaktadır. Birimin büyümeye ve gelişime açık yapısı ise gelecekte yeni projelerin hayata geçirilmesine ve yenilikçi uygulamaların geliştirilmesine olanak tanımaktadır.</w:t>
      </w:r>
    </w:p>
    <w:p w14:paraId="52DA8BA2" w14:textId="77777777" w:rsidR="00D00FF7" w:rsidRPr="005C6EF5" w:rsidRDefault="00D00FF7" w:rsidP="00D00FF7">
      <w:pPr>
        <w:spacing w:before="100" w:beforeAutospacing="1" w:after="100" w:afterAutospacing="1" w:line="240" w:lineRule="auto"/>
        <w:jc w:val="both"/>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Bununla birlikte, yüksekokulumuzun gelişimini ve öğrenci yaşam kalitesini olumsuz etkileyebilecek bazı geliştirilmesi gereken yönler bulunmaktadır. Merkezde düzenlenen sosyal, kültürel ve akademik etkinliklere katılımın sınırlı olması, öğrencilerin sosyal ve kültürel gelişimini kısıtlamaktadır. İdari personel sayısının yetersizliği, idari süreçlerde aksamalara ve mevcut personelin iş yükünün artmasına neden olmaktadır. Yüksekokul bünyesinde yer alan bölüm ve program sayısının sınırlı olması ise akademik çeşitliliği azaltmakta, öğrenci çekim gücünü düşürmekte ve mevcut fiziki imkânların etkin kullanımını sınırlandırmaktadır. Kampüs çevre düzenlemesindeki eksiklikler, öğrencilerin kampüs içinde daha fazla vakit geçirmesini zorlaştırmaktadır. Öğrenciler ile akademik ve idari personelin barınma ve ulaşım sorunları, yaşam kalitesini olumsuz etkileyen önemli bir unsur olarak öne çıkmaktadır. İlçede sosyal alanların yetersizliği, öğrencilerin sosyal gelişimini sınırlandırırken; kampüs içerisindeki güvenlik ve kantin hizmetlerindeki eksiklikler ise genel memnuniyet düzeyini olumsuz etkilemektedir.</w:t>
      </w:r>
    </w:p>
    <w:p w14:paraId="252BA084" w14:textId="77777777" w:rsidR="00D00FF7" w:rsidRPr="005C6EF5" w:rsidRDefault="00D00FF7" w:rsidP="00D00FF7">
      <w:pPr>
        <w:spacing w:before="100" w:beforeAutospacing="1" w:after="100" w:afterAutospacing="1" w:line="240" w:lineRule="auto"/>
        <w:jc w:val="both"/>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Mevcut durumda kampüs alanının büyüklüğü, sınıfların ve uygulama alanlarının yeterliliği ile yüksekokulun büyümeye ve gelişime açık yapısı dikkate alındığında, yeni bölüm ve programların açılmasının uygun ve sürdürülebilir olduğu değerlendirilmektedir.</w:t>
      </w:r>
    </w:p>
    <w:p w14:paraId="36AAFC0A" w14:textId="77777777" w:rsidR="00E24BA4" w:rsidRDefault="00E24BA4" w:rsidP="00E24BA4"/>
    <w:p w14:paraId="5893E013" w14:textId="336677DF" w:rsidR="00E26367" w:rsidRDefault="00E26367" w:rsidP="00E24BA4"/>
    <w:p w14:paraId="7D11670C" w14:textId="1FAB2AAD" w:rsidR="000F29D9" w:rsidRDefault="000F29D9" w:rsidP="00E24BA4"/>
    <w:p w14:paraId="0490F74F" w14:textId="486C379D" w:rsidR="000F29D9" w:rsidRDefault="000F29D9" w:rsidP="00E24BA4"/>
    <w:p w14:paraId="7A9E586D" w14:textId="27B337FF" w:rsidR="000F29D9" w:rsidRDefault="000F29D9" w:rsidP="00E24BA4"/>
    <w:p w14:paraId="217808C8" w14:textId="77777777" w:rsidR="000F29D9" w:rsidRDefault="000F29D9" w:rsidP="00E24BA4"/>
    <w:p w14:paraId="3C082DF1" w14:textId="77777777" w:rsidR="00E26367" w:rsidRDefault="00E26367" w:rsidP="00E24BA4"/>
    <w:p w14:paraId="20D745C1" w14:textId="77777777" w:rsidR="00E26367" w:rsidRDefault="00E26367" w:rsidP="00E24BA4"/>
    <w:p w14:paraId="7D9BB05C" w14:textId="77777777" w:rsidR="00E26367" w:rsidRDefault="00E26367" w:rsidP="00E24BA4"/>
    <w:p w14:paraId="58C9C2EA" w14:textId="77777777" w:rsidR="00E26367" w:rsidRDefault="00E26367" w:rsidP="00E24BA4"/>
    <w:p w14:paraId="4F4770D6" w14:textId="50CF34F1" w:rsidR="00E24BA4" w:rsidRDefault="00E24BA4" w:rsidP="00E24BA4"/>
    <w:p w14:paraId="382EE7FB" w14:textId="7A864745" w:rsidR="004273B1" w:rsidRDefault="004273B1" w:rsidP="00E24BA4"/>
    <w:p w14:paraId="0C692006" w14:textId="3D34D2C2" w:rsidR="004273B1" w:rsidRDefault="004273B1" w:rsidP="00E24BA4"/>
    <w:p w14:paraId="2E861F2A" w14:textId="2EE1C487" w:rsidR="004273B1" w:rsidRDefault="004273B1" w:rsidP="00E24BA4"/>
    <w:p w14:paraId="263D48E2" w14:textId="77777777" w:rsidR="004273B1" w:rsidRDefault="004273B1" w:rsidP="00E24BA4"/>
    <w:p w14:paraId="02C095D1" w14:textId="77777777" w:rsidR="00E24BA4" w:rsidRPr="000C0E61" w:rsidRDefault="00E24BA4" w:rsidP="00E24BA4">
      <w:pPr>
        <w:pStyle w:val="Stil1"/>
        <w:rPr>
          <w:rFonts w:asciiTheme="minorHAnsi" w:hAnsiTheme="minorHAnsi" w:cs="Times New Roman"/>
          <w:color w:val="auto"/>
        </w:rPr>
      </w:pPr>
      <w:bookmarkStart w:id="80" w:name="_Toc153118747"/>
      <w:bookmarkStart w:id="81" w:name="_Toc153376789"/>
      <w:bookmarkStart w:id="82" w:name="_Toc217311525"/>
      <w:bookmarkStart w:id="83" w:name="_Hlk186026168"/>
      <w:r w:rsidRPr="000C0E61">
        <w:rPr>
          <w:rFonts w:asciiTheme="minorHAnsi" w:hAnsiTheme="minorHAnsi" w:cs="Times New Roman"/>
        </w:rPr>
        <w:lastRenderedPageBreak/>
        <w:t>ÖNERİ VE TEDBİRLER</w:t>
      </w:r>
      <w:bookmarkEnd w:id="80"/>
      <w:bookmarkEnd w:id="81"/>
      <w:bookmarkEnd w:id="82"/>
    </w:p>
    <w:bookmarkEnd w:id="83"/>
    <w:p w14:paraId="31401EC3" w14:textId="77777777" w:rsidR="00E24BA4" w:rsidRPr="000C0E61" w:rsidRDefault="00E24BA4" w:rsidP="00E24BA4">
      <w:pPr>
        <w:rPr>
          <w:rFonts w:cs="Times New Roman"/>
          <w:i/>
          <w:color w:val="808080"/>
        </w:rPr>
      </w:pPr>
    </w:p>
    <w:p w14:paraId="70AF0692" w14:textId="77777777" w:rsidR="004B5341" w:rsidRPr="005C6EF5" w:rsidRDefault="004B5341" w:rsidP="004B5341">
      <w:pPr>
        <w:pStyle w:val="ListeParagraf"/>
        <w:numPr>
          <w:ilvl w:val="0"/>
          <w:numId w:val="40"/>
        </w:numPr>
        <w:spacing w:before="100" w:beforeAutospacing="1" w:after="100" w:afterAutospacing="1" w:line="240" w:lineRule="auto"/>
        <w:ind w:left="426" w:firstLine="0"/>
        <w:jc w:val="both"/>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 xml:space="preserve">Merkezi yerleşkede düzenlenen etkinliklere öğrenci katılımını artırmak amacıyla </w:t>
      </w:r>
      <w:r w:rsidRPr="005C6EF5">
        <w:rPr>
          <w:rFonts w:ascii="Times New Roman" w:eastAsia="Times New Roman" w:hAnsi="Times New Roman" w:cs="Times New Roman"/>
          <w:bCs/>
          <w:sz w:val="24"/>
          <w:szCs w:val="24"/>
          <w:lang w:val="tr-TR" w:eastAsia="tr-TR"/>
        </w:rPr>
        <w:t>öğrenci taşımacılığının planlanması ve organize edilmesi</w:t>
      </w:r>
      <w:r w:rsidRPr="005C6EF5">
        <w:rPr>
          <w:rFonts w:ascii="Times New Roman" w:eastAsia="Times New Roman" w:hAnsi="Times New Roman" w:cs="Times New Roman"/>
          <w:sz w:val="24"/>
          <w:szCs w:val="24"/>
          <w:lang w:val="tr-TR" w:eastAsia="tr-TR"/>
        </w:rPr>
        <w:t xml:space="preserve"> önerilmektedir.</w:t>
      </w:r>
    </w:p>
    <w:p w14:paraId="059BFFE3" w14:textId="77777777" w:rsidR="004B5341" w:rsidRPr="005C6EF5" w:rsidRDefault="004B5341" w:rsidP="004B5341">
      <w:pPr>
        <w:pStyle w:val="ListeParagraf"/>
        <w:numPr>
          <w:ilvl w:val="0"/>
          <w:numId w:val="40"/>
        </w:numPr>
        <w:spacing w:before="100" w:beforeAutospacing="1" w:after="100" w:afterAutospacing="1" w:line="240" w:lineRule="auto"/>
        <w:ind w:left="426" w:firstLine="0"/>
        <w:jc w:val="both"/>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 xml:space="preserve">İlçe ve kampüs içerisinde öğrencilerin sosyal yaşamını destekleyecek </w:t>
      </w:r>
      <w:r w:rsidRPr="005C6EF5">
        <w:rPr>
          <w:rFonts w:ascii="Times New Roman" w:eastAsia="Times New Roman" w:hAnsi="Times New Roman" w:cs="Times New Roman"/>
          <w:bCs/>
          <w:sz w:val="24"/>
          <w:szCs w:val="24"/>
          <w:lang w:val="tr-TR" w:eastAsia="tr-TR"/>
        </w:rPr>
        <w:t>kafe, spor alanları ve yeşil alanların geliştirilmesi</w:t>
      </w:r>
      <w:r w:rsidRPr="005C6EF5">
        <w:rPr>
          <w:rFonts w:ascii="Times New Roman" w:eastAsia="Times New Roman" w:hAnsi="Times New Roman" w:cs="Times New Roman"/>
          <w:sz w:val="24"/>
          <w:szCs w:val="24"/>
          <w:lang w:val="tr-TR" w:eastAsia="tr-TR"/>
        </w:rPr>
        <w:t xml:space="preserve"> için </w:t>
      </w:r>
      <w:r w:rsidRPr="005C6EF5">
        <w:rPr>
          <w:rFonts w:ascii="Times New Roman" w:eastAsia="Times New Roman" w:hAnsi="Times New Roman" w:cs="Times New Roman"/>
          <w:bCs/>
          <w:sz w:val="24"/>
          <w:szCs w:val="24"/>
          <w:lang w:val="tr-TR" w:eastAsia="tr-TR"/>
        </w:rPr>
        <w:t>yerel yönetimlerle iş birliği yapılması</w:t>
      </w:r>
      <w:r w:rsidRPr="005C6EF5">
        <w:rPr>
          <w:rFonts w:ascii="Times New Roman" w:eastAsia="Times New Roman" w:hAnsi="Times New Roman" w:cs="Times New Roman"/>
          <w:sz w:val="24"/>
          <w:szCs w:val="24"/>
          <w:lang w:val="tr-TR" w:eastAsia="tr-TR"/>
        </w:rPr>
        <w:t xml:space="preserve"> planlanmaktadır.</w:t>
      </w:r>
    </w:p>
    <w:p w14:paraId="4CB449DB" w14:textId="77777777" w:rsidR="004B5341" w:rsidRPr="005C6EF5" w:rsidRDefault="004B5341" w:rsidP="004B5341">
      <w:pPr>
        <w:pStyle w:val="ListeParagraf"/>
        <w:numPr>
          <w:ilvl w:val="0"/>
          <w:numId w:val="40"/>
        </w:numPr>
        <w:spacing w:before="100" w:beforeAutospacing="1" w:after="100" w:afterAutospacing="1" w:line="240" w:lineRule="auto"/>
        <w:ind w:left="426" w:firstLine="0"/>
        <w:jc w:val="both"/>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 xml:space="preserve">İdari ve güvenlik personeli ihtiyacının karşılanmasına yönelik olarak </w:t>
      </w:r>
      <w:r w:rsidRPr="005C6EF5">
        <w:rPr>
          <w:rFonts w:ascii="Times New Roman" w:eastAsia="Times New Roman" w:hAnsi="Times New Roman" w:cs="Times New Roman"/>
          <w:bCs/>
          <w:sz w:val="24"/>
          <w:szCs w:val="24"/>
          <w:lang w:val="tr-TR" w:eastAsia="tr-TR"/>
        </w:rPr>
        <w:t>üniversite yönetiminden destek talep edilerek personel sayısının artırılması</w:t>
      </w:r>
      <w:r w:rsidRPr="005C6EF5">
        <w:rPr>
          <w:rFonts w:ascii="Times New Roman" w:eastAsia="Times New Roman" w:hAnsi="Times New Roman" w:cs="Times New Roman"/>
          <w:sz w:val="24"/>
          <w:szCs w:val="24"/>
          <w:lang w:val="tr-TR" w:eastAsia="tr-TR"/>
        </w:rPr>
        <w:t xml:space="preserve"> hedeflenmektedir.</w:t>
      </w:r>
    </w:p>
    <w:p w14:paraId="3B823EB6" w14:textId="77777777" w:rsidR="004B5341" w:rsidRPr="005C6EF5" w:rsidRDefault="004B5341" w:rsidP="004B5341">
      <w:pPr>
        <w:pStyle w:val="ListeParagraf"/>
        <w:numPr>
          <w:ilvl w:val="0"/>
          <w:numId w:val="40"/>
        </w:numPr>
        <w:spacing w:before="100" w:beforeAutospacing="1" w:after="100" w:afterAutospacing="1" w:line="240" w:lineRule="auto"/>
        <w:ind w:left="426" w:firstLine="0"/>
        <w:jc w:val="both"/>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 xml:space="preserve">Kampüs güvenliğinin artırılması amacıyla </w:t>
      </w:r>
      <w:r w:rsidRPr="005C6EF5">
        <w:rPr>
          <w:rFonts w:ascii="Times New Roman" w:eastAsia="Times New Roman" w:hAnsi="Times New Roman" w:cs="Times New Roman"/>
          <w:bCs/>
          <w:sz w:val="24"/>
          <w:szCs w:val="24"/>
          <w:lang w:val="tr-TR" w:eastAsia="tr-TR"/>
        </w:rPr>
        <w:t>güvenlik görevlisi sayısının artırılması</w:t>
      </w:r>
      <w:r w:rsidRPr="005C6EF5">
        <w:rPr>
          <w:rFonts w:ascii="Times New Roman" w:eastAsia="Times New Roman" w:hAnsi="Times New Roman" w:cs="Times New Roman"/>
          <w:sz w:val="24"/>
          <w:szCs w:val="24"/>
          <w:lang w:val="tr-TR" w:eastAsia="tr-TR"/>
        </w:rPr>
        <w:t xml:space="preserve">, </w:t>
      </w:r>
      <w:r w:rsidRPr="005C6EF5">
        <w:rPr>
          <w:rFonts w:ascii="Times New Roman" w:eastAsia="Times New Roman" w:hAnsi="Times New Roman" w:cs="Times New Roman"/>
          <w:bCs/>
          <w:sz w:val="24"/>
          <w:szCs w:val="24"/>
          <w:lang w:val="tr-TR" w:eastAsia="tr-TR"/>
        </w:rPr>
        <w:t>vardiya sisteminin yeniden düzenlenmesi</w:t>
      </w:r>
      <w:r w:rsidRPr="005C6EF5">
        <w:rPr>
          <w:rFonts w:ascii="Times New Roman" w:eastAsia="Times New Roman" w:hAnsi="Times New Roman" w:cs="Times New Roman"/>
          <w:sz w:val="24"/>
          <w:szCs w:val="24"/>
          <w:lang w:val="tr-TR" w:eastAsia="tr-TR"/>
        </w:rPr>
        <w:t xml:space="preserve"> ve </w:t>
      </w:r>
      <w:r w:rsidRPr="005C6EF5">
        <w:rPr>
          <w:rFonts w:ascii="Times New Roman" w:eastAsia="Times New Roman" w:hAnsi="Times New Roman" w:cs="Times New Roman"/>
          <w:bCs/>
          <w:sz w:val="24"/>
          <w:szCs w:val="24"/>
          <w:lang w:val="tr-TR" w:eastAsia="tr-TR"/>
        </w:rPr>
        <w:t>teknolojik güvenlik önlemlerinin (kamera, aydınlatma vb.) devreye alınması</w:t>
      </w:r>
      <w:r w:rsidRPr="005C6EF5">
        <w:rPr>
          <w:rFonts w:ascii="Times New Roman" w:eastAsia="Times New Roman" w:hAnsi="Times New Roman" w:cs="Times New Roman"/>
          <w:sz w:val="24"/>
          <w:szCs w:val="24"/>
          <w:lang w:val="tr-TR" w:eastAsia="tr-TR"/>
        </w:rPr>
        <w:t xml:space="preserve"> değerlendirilmektedir.</w:t>
      </w:r>
    </w:p>
    <w:p w14:paraId="0EAC9207" w14:textId="77777777" w:rsidR="004B5341" w:rsidRPr="005C6EF5" w:rsidRDefault="004B5341" w:rsidP="004B5341">
      <w:pPr>
        <w:pStyle w:val="ListeParagraf"/>
        <w:numPr>
          <w:ilvl w:val="0"/>
          <w:numId w:val="40"/>
        </w:numPr>
        <w:spacing w:before="100" w:beforeAutospacing="1" w:after="100" w:afterAutospacing="1" w:line="240" w:lineRule="auto"/>
        <w:ind w:left="426" w:firstLine="0"/>
        <w:jc w:val="both"/>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 xml:space="preserve">Öğrencilerin barınma sorunlarının azaltılması amacıyla, meslek yüksekokulu öğrencilerinin </w:t>
      </w:r>
      <w:r w:rsidRPr="005C6EF5">
        <w:rPr>
          <w:rFonts w:ascii="Times New Roman" w:eastAsia="Times New Roman" w:hAnsi="Times New Roman" w:cs="Times New Roman"/>
          <w:bCs/>
          <w:sz w:val="24"/>
          <w:szCs w:val="24"/>
          <w:lang w:val="tr-TR" w:eastAsia="tr-TR"/>
        </w:rPr>
        <w:t>Malatya il merkezinde bulunan KYK yurtlarına başvuru yapabilmelerine yönelik sistemsel engellerin kaldırılması</w:t>
      </w:r>
      <w:r w:rsidRPr="005C6EF5">
        <w:rPr>
          <w:rFonts w:ascii="Times New Roman" w:eastAsia="Times New Roman" w:hAnsi="Times New Roman" w:cs="Times New Roman"/>
          <w:sz w:val="24"/>
          <w:szCs w:val="24"/>
          <w:lang w:val="tr-TR" w:eastAsia="tr-TR"/>
        </w:rPr>
        <w:t xml:space="preserve"> için </w:t>
      </w:r>
      <w:r w:rsidRPr="005C6EF5">
        <w:rPr>
          <w:rFonts w:ascii="Times New Roman" w:eastAsia="Times New Roman" w:hAnsi="Times New Roman" w:cs="Times New Roman"/>
          <w:bCs/>
          <w:sz w:val="24"/>
          <w:szCs w:val="24"/>
          <w:lang w:val="tr-TR" w:eastAsia="tr-TR"/>
        </w:rPr>
        <w:t>Malatya Gençlik ve Spor İl Müdürlüğü ile görüşmeler yapılması</w:t>
      </w:r>
      <w:r w:rsidRPr="005C6EF5">
        <w:rPr>
          <w:rFonts w:ascii="Times New Roman" w:eastAsia="Times New Roman" w:hAnsi="Times New Roman" w:cs="Times New Roman"/>
          <w:sz w:val="24"/>
          <w:szCs w:val="24"/>
          <w:lang w:val="tr-TR" w:eastAsia="tr-TR"/>
        </w:rPr>
        <w:t xml:space="preserve"> planlanmaktadır.</w:t>
      </w:r>
    </w:p>
    <w:p w14:paraId="0D6ADC14" w14:textId="77777777" w:rsidR="004B5341" w:rsidRPr="005C6EF5" w:rsidRDefault="004B5341" w:rsidP="004B5341">
      <w:pPr>
        <w:pStyle w:val="ListeParagraf"/>
        <w:numPr>
          <w:ilvl w:val="0"/>
          <w:numId w:val="40"/>
        </w:numPr>
        <w:spacing w:before="100" w:beforeAutospacing="1" w:after="100" w:afterAutospacing="1" w:line="240" w:lineRule="auto"/>
        <w:ind w:left="426" w:firstLine="0"/>
        <w:jc w:val="both"/>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 xml:space="preserve">İlçe merkezinde </w:t>
      </w:r>
      <w:r w:rsidRPr="005C6EF5">
        <w:rPr>
          <w:rFonts w:ascii="Times New Roman" w:eastAsia="Times New Roman" w:hAnsi="Times New Roman" w:cs="Times New Roman"/>
          <w:bCs/>
          <w:sz w:val="24"/>
          <w:szCs w:val="24"/>
          <w:lang w:val="tr-TR" w:eastAsia="tr-TR"/>
        </w:rPr>
        <w:t>KYK yurdu yapılmasına yönelik girişimlerde bulunulması</w:t>
      </w:r>
      <w:r w:rsidRPr="005C6EF5">
        <w:rPr>
          <w:rFonts w:ascii="Times New Roman" w:eastAsia="Times New Roman" w:hAnsi="Times New Roman" w:cs="Times New Roman"/>
          <w:sz w:val="24"/>
          <w:szCs w:val="24"/>
          <w:lang w:val="tr-TR" w:eastAsia="tr-TR"/>
        </w:rPr>
        <w:t xml:space="preserve"> ve ayrıca </w:t>
      </w:r>
      <w:r w:rsidRPr="005C6EF5">
        <w:rPr>
          <w:rFonts w:ascii="Times New Roman" w:eastAsia="Times New Roman" w:hAnsi="Times New Roman" w:cs="Times New Roman"/>
          <w:bCs/>
          <w:sz w:val="24"/>
          <w:szCs w:val="24"/>
          <w:lang w:val="tr-TR" w:eastAsia="tr-TR"/>
        </w:rPr>
        <w:t>özel yurt yatırımlarının teşvik edilmesi</w:t>
      </w:r>
      <w:r w:rsidRPr="005C6EF5">
        <w:rPr>
          <w:rFonts w:ascii="Times New Roman" w:eastAsia="Times New Roman" w:hAnsi="Times New Roman" w:cs="Times New Roman"/>
          <w:sz w:val="24"/>
          <w:szCs w:val="24"/>
          <w:lang w:val="tr-TR" w:eastAsia="tr-TR"/>
        </w:rPr>
        <w:t xml:space="preserve"> amacıyla yerel yönetimler ve bölgedeki iş insanları ile iletişim kurulması öngörülmektedir.</w:t>
      </w:r>
    </w:p>
    <w:p w14:paraId="5789B452" w14:textId="77777777" w:rsidR="004B5341" w:rsidRPr="005C6EF5" w:rsidRDefault="004B5341" w:rsidP="004B5341">
      <w:pPr>
        <w:pStyle w:val="ListeParagraf"/>
        <w:numPr>
          <w:ilvl w:val="0"/>
          <w:numId w:val="40"/>
        </w:numPr>
        <w:spacing w:before="100" w:beforeAutospacing="1" w:after="100" w:afterAutospacing="1" w:line="240" w:lineRule="auto"/>
        <w:ind w:left="426" w:firstLine="0"/>
        <w:jc w:val="both"/>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 xml:space="preserve">Öğrencilerin ve personelin ulaşım sorunlarının giderilmesi amacıyla </w:t>
      </w:r>
      <w:r w:rsidRPr="005C6EF5">
        <w:rPr>
          <w:rFonts w:ascii="Times New Roman" w:eastAsia="Times New Roman" w:hAnsi="Times New Roman" w:cs="Times New Roman"/>
          <w:bCs/>
          <w:sz w:val="24"/>
          <w:szCs w:val="24"/>
          <w:lang w:val="tr-TR" w:eastAsia="tr-TR"/>
        </w:rPr>
        <w:t>Büyükşehir Belediyesi ve yerel belediyelerle görüşülerek toplu taşıma sefer sayılarının artırılması</w:t>
      </w:r>
      <w:r w:rsidRPr="005C6EF5">
        <w:rPr>
          <w:rFonts w:ascii="Times New Roman" w:eastAsia="Times New Roman" w:hAnsi="Times New Roman" w:cs="Times New Roman"/>
          <w:sz w:val="24"/>
          <w:szCs w:val="24"/>
          <w:lang w:val="tr-TR" w:eastAsia="tr-TR"/>
        </w:rPr>
        <w:t xml:space="preserve"> talep edilecektir.</w:t>
      </w:r>
    </w:p>
    <w:p w14:paraId="58D78B73" w14:textId="77777777" w:rsidR="004B5341" w:rsidRPr="005C6EF5" w:rsidRDefault="004B5341" w:rsidP="004B5341">
      <w:pPr>
        <w:pStyle w:val="ListeParagraf"/>
        <w:numPr>
          <w:ilvl w:val="0"/>
          <w:numId w:val="40"/>
        </w:numPr>
        <w:spacing w:before="100" w:beforeAutospacing="1" w:after="100" w:afterAutospacing="1" w:line="240" w:lineRule="auto"/>
        <w:ind w:left="426" w:firstLine="0"/>
        <w:jc w:val="both"/>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 xml:space="preserve">Çevre ilçelerin ve sektörlerin ihtiyaçları doğrultusunda, meslek yüksekokulu konseptine uygun olarak </w:t>
      </w:r>
      <w:r w:rsidRPr="005C6EF5">
        <w:rPr>
          <w:rFonts w:ascii="Times New Roman" w:eastAsia="Times New Roman" w:hAnsi="Times New Roman" w:cs="Times New Roman"/>
          <w:bCs/>
          <w:sz w:val="24"/>
          <w:szCs w:val="24"/>
          <w:lang w:val="tr-TR" w:eastAsia="tr-TR"/>
        </w:rPr>
        <w:t>özellikle Turizm ve Gastronomi alanlarında yeni bölüm ve programların açılması</w:t>
      </w:r>
      <w:r w:rsidRPr="005C6EF5">
        <w:rPr>
          <w:rFonts w:ascii="Times New Roman" w:eastAsia="Times New Roman" w:hAnsi="Times New Roman" w:cs="Times New Roman"/>
          <w:sz w:val="24"/>
          <w:szCs w:val="24"/>
          <w:lang w:val="tr-TR" w:eastAsia="tr-TR"/>
        </w:rPr>
        <w:t xml:space="preserve"> değerlendirilmektedir.</w:t>
      </w:r>
    </w:p>
    <w:p w14:paraId="600D9690" w14:textId="77777777" w:rsidR="004B5341" w:rsidRPr="005C6EF5" w:rsidRDefault="004B5341" w:rsidP="004B5341">
      <w:pPr>
        <w:pStyle w:val="ListeParagraf"/>
        <w:numPr>
          <w:ilvl w:val="0"/>
          <w:numId w:val="40"/>
        </w:numPr>
        <w:spacing w:before="100" w:beforeAutospacing="1" w:after="100" w:afterAutospacing="1" w:line="240" w:lineRule="auto"/>
        <w:ind w:left="426" w:firstLine="0"/>
        <w:jc w:val="both"/>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 xml:space="preserve">Geniş kampüs alanının etkin kullanımı amacıyla </w:t>
      </w:r>
      <w:r w:rsidRPr="005C6EF5">
        <w:rPr>
          <w:rFonts w:ascii="Times New Roman" w:eastAsia="Times New Roman" w:hAnsi="Times New Roman" w:cs="Times New Roman"/>
          <w:bCs/>
          <w:sz w:val="24"/>
          <w:szCs w:val="24"/>
          <w:lang w:val="tr-TR" w:eastAsia="tr-TR"/>
        </w:rPr>
        <w:t>yeşillendirme çalışmaları ve açık alan projelerinin hayata geçirilmesi</w:t>
      </w:r>
      <w:r w:rsidRPr="005C6EF5">
        <w:rPr>
          <w:rFonts w:ascii="Times New Roman" w:eastAsia="Times New Roman" w:hAnsi="Times New Roman" w:cs="Times New Roman"/>
          <w:sz w:val="24"/>
          <w:szCs w:val="24"/>
          <w:lang w:val="tr-TR" w:eastAsia="tr-TR"/>
        </w:rPr>
        <w:t xml:space="preserve"> planlanmaktadır.</w:t>
      </w:r>
    </w:p>
    <w:p w14:paraId="0455FFB6" w14:textId="77777777" w:rsidR="004B5341" w:rsidRPr="005C6EF5" w:rsidRDefault="004B5341" w:rsidP="004B5341">
      <w:pPr>
        <w:pStyle w:val="ListeParagraf"/>
        <w:numPr>
          <w:ilvl w:val="0"/>
          <w:numId w:val="40"/>
        </w:numPr>
        <w:spacing w:before="100" w:beforeAutospacing="1" w:after="100" w:afterAutospacing="1" w:line="240" w:lineRule="auto"/>
        <w:ind w:left="426" w:firstLine="0"/>
        <w:jc w:val="both"/>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 xml:space="preserve">Kampüs içerisindeki </w:t>
      </w:r>
      <w:r w:rsidRPr="005C6EF5">
        <w:rPr>
          <w:rFonts w:ascii="Times New Roman" w:eastAsia="Times New Roman" w:hAnsi="Times New Roman" w:cs="Times New Roman"/>
          <w:bCs/>
          <w:sz w:val="24"/>
          <w:szCs w:val="24"/>
          <w:lang w:val="tr-TR" w:eastAsia="tr-TR"/>
        </w:rPr>
        <w:t>kantin hizmetlerinin iyileştirilmesi</w:t>
      </w:r>
      <w:r w:rsidRPr="005C6EF5">
        <w:rPr>
          <w:rFonts w:ascii="Times New Roman" w:eastAsia="Times New Roman" w:hAnsi="Times New Roman" w:cs="Times New Roman"/>
          <w:sz w:val="24"/>
          <w:szCs w:val="24"/>
          <w:lang w:val="tr-TR" w:eastAsia="tr-TR"/>
        </w:rPr>
        <w:t xml:space="preserve"> amacıyla </w:t>
      </w:r>
      <w:r w:rsidRPr="005C6EF5">
        <w:rPr>
          <w:rFonts w:ascii="Times New Roman" w:eastAsia="Times New Roman" w:hAnsi="Times New Roman" w:cs="Times New Roman"/>
          <w:bCs/>
          <w:sz w:val="24"/>
          <w:szCs w:val="24"/>
          <w:lang w:val="tr-TR" w:eastAsia="tr-TR"/>
        </w:rPr>
        <w:t>yerel işletmelerle iş birliği yapılması</w:t>
      </w:r>
      <w:r w:rsidRPr="005C6EF5">
        <w:rPr>
          <w:rFonts w:ascii="Times New Roman" w:eastAsia="Times New Roman" w:hAnsi="Times New Roman" w:cs="Times New Roman"/>
          <w:sz w:val="24"/>
          <w:szCs w:val="24"/>
          <w:lang w:val="tr-TR" w:eastAsia="tr-TR"/>
        </w:rPr>
        <w:t xml:space="preserve"> değerlendirilmektedir.</w:t>
      </w:r>
    </w:p>
    <w:p w14:paraId="723FA415" w14:textId="77777777" w:rsidR="004B5341" w:rsidRPr="005C6EF5" w:rsidRDefault="004B5341" w:rsidP="004B5341">
      <w:pPr>
        <w:pStyle w:val="ListeParagraf"/>
        <w:numPr>
          <w:ilvl w:val="0"/>
          <w:numId w:val="40"/>
        </w:numPr>
        <w:spacing w:before="100" w:beforeAutospacing="1" w:after="100" w:afterAutospacing="1" w:line="240" w:lineRule="auto"/>
        <w:ind w:left="426" w:firstLine="0"/>
        <w:jc w:val="both"/>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 xml:space="preserve">Kantin faaliyetlerinin daha sürdürülebilir bir yapıya kavuşturulması için </w:t>
      </w:r>
      <w:r w:rsidRPr="005C6EF5">
        <w:rPr>
          <w:rFonts w:ascii="Times New Roman" w:eastAsia="Times New Roman" w:hAnsi="Times New Roman" w:cs="Times New Roman"/>
          <w:bCs/>
          <w:sz w:val="24"/>
          <w:szCs w:val="24"/>
          <w:lang w:val="tr-TR" w:eastAsia="tr-TR"/>
        </w:rPr>
        <w:t>üniversite bünyesinde kurulacak bir birim aracılığıyla bu hizmetlerin yürütülmesi</w:t>
      </w:r>
      <w:r w:rsidRPr="005C6EF5">
        <w:rPr>
          <w:rFonts w:ascii="Times New Roman" w:eastAsia="Times New Roman" w:hAnsi="Times New Roman" w:cs="Times New Roman"/>
          <w:sz w:val="24"/>
          <w:szCs w:val="24"/>
          <w:lang w:val="tr-TR" w:eastAsia="tr-TR"/>
        </w:rPr>
        <w:t xml:space="preserve"> önerilmektedir.</w:t>
      </w:r>
    </w:p>
    <w:p w14:paraId="0E86B7F6" w14:textId="77777777" w:rsidR="004B5341" w:rsidRPr="005C6EF5" w:rsidRDefault="004B5341" w:rsidP="004B5341">
      <w:pPr>
        <w:pStyle w:val="ListeParagraf"/>
        <w:numPr>
          <w:ilvl w:val="0"/>
          <w:numId w:val="40"/>
        </w:numPr>
        <w:spacing w:before="100" w:beforeAutospacing="1" w:after="100" w:afterAutospacing="1" w:line="240" w:lineRule="auto"/>
        <w:ind w:left="426" w:firstLine="0"/>
        <w:jc w:val="both"/>
        <w:rPr>
          <w:rFonts w:ascii="Times New Roman" w:eastAsia="Times New Roman" w:hAnsi="Times New Roman" w:cs="Times New Roman"/>
          <w:sz w:val="24"/>
          <w:szCs w:val="24"/>
          <w:lang w:val="tr-TR" w:eastAsia="tr-TR"/>
        </w:rPr>
      </w:pPr>
      <w:r w:rsidRPr="005C6EF5">
        <w:rPr>
          <w:rFonts w:ascii="Times New Roman" w:eastAsia="Times New Roman" w:hAnsi="Times New Roman" w:cs="Times New Roman"/>
          <w:sz w:val="24"/>
          <w:szCs w:val="24"/>
          <w:lang w:val="tr-TR" w:eastAsia="tr-TR"/>
        </w:rPr>
        <w:t xml:space="preserve">Akademik ve idari personelin barınma ve ulaşım sorunlarını hafifletmek amacıyla </w:t>
      </w:r>
      <w:r w:rsidRPr="005C6EF5">
        <w:rPr>
          <w:rFonts w:ascii="Times New Roman" w:eastAsia="Times New Roman" w:hAnsi="Times New Roman" w:cs="Times New Roman"/>
          <w:bCs/>
          <w:sz w:val="24"/>
          <w:szCs w:val="24"/>
          <w:lang w:val="tr-TR" w:eastAsia="tr-TR"/>
        </w:rPr>
        <w:t>lojman imkânları ile servis düzenlemelerinin değerlendirilmesi</w:t>
      </w:r>
      <w:r w:rsidRPr="005C6EF5">
        <w:rPr>
          <w:rFonts w:ascii="Times New Roman" w:eastAsia="Times New Roman" w:hAnsi="Times New Roman" w:cs="Times New Roman"/>
          <w:sz w:val="24"/>
          <w:szCs w:val="24"/>
          <w:lang w:val="tr-TR" w:eastAsia="tr-TR"/>
        </w:rPr>
        <w:t xml:space="preserve"> planlanmaktadır.</w:t>
      </w:r>
    </w:p>
    <w:p w14:paraId="4AB0F7A7" w14:textId="0A54C24F" w:rsidR="00E24BA4" w:rsidRPr="000C0E61" w:rsidRDefault="00E24BA4" w:rsidP="00E24BA4">
      <w:pPr>
        <w:rPr>
          <w:rFonts w:cs="Times New Roman"/>
        </w:rPr>
      </w:pPr>
    </w:p>
    <w:p w14:paraId="02198DCD" w14:textId="77777777" w:rsidR="00E24BA4" w:rsidRPr="000C0E61" w:rsidRDefault="00E24BA4" w:rsidP="00E24BA4">
      <w:pPr>
        <w:rPr>
          <w:rFonts w:cs="Times New Roman"/>
          <w:i/>
          <w:color w:val="808080"/>
        </w:rPr>
      </w:pPr>
    </w:p>
    <w:p w14:paraId="29619391" w14:textId="77777777" w:rsidR="00E24BA4" w:rsidRDefault="00E24BA4" w:rsidP="00E24BA4">
      <w:pPr>
        <w:rPr>
          <w:rFonts w:cs="Times New Roman"/>
          <w:i/>
          <w:color w:val="808080"/>
        </w:rPr>
      </w:pPr>
    </w:p>
    <w:p w14:paraId="1F66EDF5" w14:textId="77777777" w:rsidR="00E24BA4" w:rsidRDefault="00E24BA4" w:rsidP="00E24BA4">
      <w:pPr>
        <w:rPr>
          <w:rFonts w:cs="Times New Roman"/>
          <w:i/>
          <w:color w:val="808080"/>
        </w:rPr>
      </w:pPr>
    </w:p>
    <w:p w14:paraId="4AC39709" w14:textId="77777777" w:rsidR="00E24BA4" w:rsidRDefault="00E24BA4" w:rsidP="00E24BA4">
      <w:pPr>
        <w:rPr>
          <w:rFonts w:cs="Times New Roman"/>
          <w:i/>
          <w:color w:val="808080"/>
        </w:rPr>
      </w:pPr>
    </w:p>
    <w:p w14:paraId="4C86159A" w14:textId="77777777" w:rsidR="00E24BA4" w:rsidRDefault="00E24BA4" w:rsidP="00E24BA4">
      <w:pPr>
        <w:rPr>
          <w:rFonts w:cs="Times New Roman"/>
          <w:i/>
          <w:color w:val="808080"/>
        </w:rPr>
      </w:pPr>
    </w:p>
    <w:p w14:paraId="4EF78CE9" w14:textId="77777777" w:rsidR="00E24BA4" w:rsidRDefault="00E24BA4" w:rsidP="00E24BA4">
      <w:pPr>
        <w:rPr>
          <w:rFonts w:cs="Times New Roman"/>
          <w:i/>
          <w:color w:val="808080"/>
        </w:rPr>
      </w:pPr>
    </w:p>
    <w:p w14:paraId="09E5A9EE" w14:textId="77777777" w:rsidR="00E24BA4" w:rsidRDefault="00E24BA4" w:rsidP="00E24BA4">
      <w:pPr>
        <w:rPr>
          <w:rFonts w:cs="Times New Roman"/>
          <w:i/>
          <w:color w:val="808080"/>
        </w:rPr>
      </w:pPr>
    </w:p>
    <w:p w14:paraId="4AB4B66C" w14:textId="77777777" w:rsidR="00E24BA4" w:rsidRDefault="00E24BA4" w:rsidP="00E24BA4">
      <w:pPr>
        <w:rPr>
          <w:rFonts w:cs="Times New Roman"/>
          <w:i/>
          <w:color w:val="808080"/>
        </w:rPr>
      </w:pPr>
    </w:p>
    <w:p w14:paraId="33B26D16" w14:textId="77777777" w:rsidR="00E24BA4" w:rsidRPr="000C0E61" w:rsidRDefault="00E24BA4" w:rsidP="00E24BA4">
      <w:pPr>
        <w:pStyle w:val="Stil1"/>
      </w:pPr>
      <w:bookmarkStart w:id="84" w:name="_Toc153118748"/>
      <w:bookmarkStart w:id="85" w:name="_Toc153376790"/>
      <w:bookmarkStart w:id="86" w:name="_Toc217311526"/>
      <w:r w:rsidRPr="000C0E61">
        <w:lastRenderedPageBreak/>
        <w:t>İÇ KONTROL GÜVENCE BEYANI</w:t>
      </w:r>
      <w:bookmarkEnd w:id="84"/>
      <w:bookmarkEnd w:id="85"/>
      <w:bookmarkEnd w:id="86"/>
    </w:p>
    <w:p w14:paraId="5F0FB4DD" w14:textId="77777777" w:rsidR="00E24BA4" w:rsidRPr="000C0E61" w:rsidRDefault="00E24BA4" w:rsidP="00E24BA4">
      <w:pPr>
        <w:jc w:val="both"/>
        <w:rPr>
          <w:rFonts w:cs="Times New Roman"/>
        </w:rPr>
      </w:pPr>
    </w:p>
    <w:p w14:paraId="789A743F" w14:textId="77777777" w:rsidR="00E24BA4" w:rsidRDefault="00E24BA4" w:rsidP="00E24BA4">
      <w:pPr>
        <w:spacing w:after="160"/>
        <w:jc w:val="center"/>
      </w:pPr>
      <w:r>
        <w:rPr>
          <w:sz w:val="26"/>
        </w:rPr>
        <w:t>HARCAMA YETKİLİSİNİN İÇ KONTROL GÜVENCE BEYANI</w:t>
      </w:r>
    </w:p>
    <w:p w14:paraId="586A9FA7" w14:textId="3C87F0F8" w:rsidR="00E24BA4" w:rsidRDefault="00E24BA4" w:rsidP="00E24BA4">
      <w:r>
        <w:t>İÇ KONTROL GÜVENCE BEYANI</w:t>
      </w:r>
    </w:p>
    <w:p w14:paraId="0D7BB2CC" w14:textId="77777777" w:rsidR="00E24BA4" w:rsidRDefault="00E24BA4" w:rsidP="00E24BA4">
      <w:pPr>
        <w:pStyle w:val="2BALIK"/>
      </w:pPr>
      <w:r>
        <w:t>Harcama yetkilisi olarak, birimimde yürütülen faaliyetlerin görev, yetki ve sorumlulukların açık bir şekilde belirlendiği uygun bir kurumsal yapı içerisinde, etik değerleri benimsemiş, yeterli ve yetkin personel tarafından yürütülmesini, faaliyet ve süreçlere yönelik operasyonel risklerin belirlenmesini ve uygun kontrol faaliyetlerinin uygulanmasını, etkin bir bilgi ve iletişim sisteminin oluşturulmasını ve işletilmesini ve tüm bu faaliyetlerin sürekli ve sistemli bir şekilde izlenmesini ve geliştirilmesini sağlamaktan, verdiğim harcama talimatlarının bütçe ilke ve esaslarına, kanun ve diğer mevzuata uygun olmasından, kaynakların etkili, ekonomik ve verimli kullanılmasından ve üst yöneticiye ve yetkili mercilere hesap vermekten sorumluyum.</w:t>
      </w:r>
    </w:p>
    <w:p w14:paraId="5D86E984" w14:textId="77777777" w:rsidR="00E24BA4" w:rsidRDefault="00E24BA4" w:rsidP="00E24BA4">
      <w:pPr>
        <w:pStyle w:val="2BALIK"/>
      </w:pPr>
      <w:r>
        <w:t>Bu çerçevede, faaliyetlerin belirlenmiş amaç ve politikalar doğrultusunda, mevzuata uygun, etkili, ekonomik ve verimli bir şekilde yürütülmesine, her türlü usulsüzlük ve yolsuzluğun önlenmesine, varlık ve kaynakların korunmasına, muhasebe kayıtlarının doğru ve tam olarak tutulmasına, mali bilgi ve yönetim bilgisinin zamanında ve güvenilir olarak üretilmesine ilişkin yeterli ve makul güvence sağlayan bir iç kontrol sisteminin birimimde oluşturulduğunu ve uygulandığını beyan ederim.</w:t>
      </w:r>
    </w:p>
    <w:p w14:paraId="1BB949A4" w14:textId="77777777" w:rsidR="00E24BA4" w:rsidRDefault="00E24BA4" w:rsidP="00E24BA4">
      <w:pPr>
        <w:pStyle w:val="2BALIK"/>
      </w:pPr>
      <w:r>
        <w:t>Birimimde yürütülen faaliyet ve süreçleri olumsuz etkileyebilecek riskler tespit edilmiş, değerlendirilmiş, bu risklerin etki ve olasılıklarını azaltacak tedbirler uygulanmış ve raporlanmıştır.</w:t>
      </w:r>
    </w:p>
    <w:p w14:paraId="2E4AE681" w14:textId="18C77B07" w:rsidR="00E24BA4" w:rsidRDefault="00E24BA4" w:rsidP="00E24BA4">
      <w:pPr>
        <w:pStyle w:val="2BALIK"/>
      </w:pPr>
      <w:r>
        <w:t>Bu güvence, harcama yetkilisi olarak sahip olduğum iç kontrole ilişkin bilgi ve değerlendirmeler ile iç denetim raporlarına dayanmaktadır.</w:t>
      </w:r>
    </w:p>
    <w:p w14:paraId="0A79B91C" w14:textId="1EC9A389" w:rsidR="00E24BA4" w:rsidRDefault="00E24BA4" w:rsidP="00626BC5">
      <w:pPr>
        <w:pStyle w:val="2BALIK"/>
      </w:pPr>
      <w:r>
        <w:t xml:space="preserve">Bu raporda yer alan bilgilerin güvenilir, tam ve doğru olduğunu beyan ederim. </w:t>
      </w:r>
      <w:r w:rsidR="005802CD">
        <w:t>27</w:t>
      </w:r>
      <w:r w:rsidR="004E51D4">
        <w:t>.01.2026</w:t>
      </w:r>
    </w:p>
    <w:p w14:paraId="7ABF1D44" w14:textId="77777777" w:rsidR="00E24BA4" w:rsidRDefault="00E24BA4" w:rsidP="00E24BA4"/>
    <w:p w14:paraId="10D2BF74" w14:textId="1665C01B" w:rsidR="00E24BA4" w:rsidRDefault="009430B4" w:rsidP="00E24BA4">
      <w:pPr>
        <w:jc w:val="right"/>
      </w:pPr>
      <w:r w:rsidRPr="009430B4">
        <w:rPr>
          <w:noProof/>
          <w:lang w:val="tr-TR" w:eastAsia="tr-TR"/>
        </w:rPr>
        <w:drawing>
          <wp:inline distT="0" distB="0" distL="0" distR="0" wp14:anchorId="4C229F31" wp14:editId="5BE25F10">
            <wp:extent cx="1211580" cy="678180"/>
            <wp:effectExtent l="0" t="0" r="762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1580" cy="678180"/>
                    </a:xfrm>
                    <a:prstGeom prst="rect">
                      <a:avLst/>
                    </a:prstGeom>
                    <a:noFill/>
                    <a:ln>
                      <a:noFill/>
                    </a:ln>
                  </pic:spPr>
                </pic:pic>
              </a:graphicData>
            </a:graphic>
          </wp:inline>
        </w:drawing>
      </w:r>
      <w:bookmarkStart w:id="87" w:name="_GoBack"/>
      <w:bookmarkEnd w:id="87"/>
    </w:p>
    <w:p w14:paraId="00078176" w14:textId="3874367B" w:rsidR="00E24BA4" w:rsidRDefault="006644CD" w:rsidP="00E24BA4">
      <w:pPr>
        <w:jc w:val="right"/>
      </w:pPr>
      <w:r>
        <w:t>Dr. Öğr. Üyesi Arif YILDIZ</w:t>
      </w:r>
    </w:p>
    <w:p w14:paraId="6AE3C7B1" w14:textId="2D6C0A44" w:rsidR="00E24BA4" w:rsidRDefault="006644CD" w:rsidP="006644CD">
      <w:pPr>
        <w:jc w:val="right"/>
      </w:pPr>
      <w:r>
        <w:t>Meslek Yüksekokulu Müdürü</w:t>
      </w:r>
    </w:p>
    <w:sectPr w:rsidR="00E24BA4" w:rsidSect="00FD3E38">
      <w:headerReference w:type="default" r:id="rId16"/>
      <w:pgSz w:w="11906" w:h="16838"/>
      <w:pgMar w:top="1417" w:right="1417" w:bottom="1417" w:left="1417" w:header="0" w:footer="51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994E5" w14:textId="77777777" w:rsidR="00225962" w:rsidRDefault="00225962">
      <w:pPr>
        <w:spacing w:after="0" w:line="240" w:lineRule="auto"/>
      </w:pPr>
      <w:r>
        <w:separator/>
      </w:r>
    </w:p>
  </w:endnote>
  <w:endnote w:type="continuationSeparator" w:id="0">
    <w:p w14:paraId="5A0C7964" w14:textId="77777777" w:rsidR="00225962" w:rsidRDefault="00225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ourier">
    <w:panose1 w:val="02070309020205020404"/>
    <w:charset w:val="00"/>
    <w:family w:val="auto"/>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27883" w14:textId="77777777" w:rsidR="00225962" w:rsidRDefault="00225962">
      <w:pPr>
        <w:spacing w:after="0" w:line="240" w:lineRule="auto"/>
      </w:pPr>
      <w:r>
        <w:separator/>
      </w:r>
    </w:p>
  </w:footnote>
  <w:footnote w:type="continuationSeparator" w:id="0">
    <w:p w14:paraId="224D5B07" w14:textId="77777777" w:rsidR="00225962" w:rsidRDefault="002259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BEE7" w14:textId="77777777" w:rsidR="00A41D5D" w:rsidRPr="007B3BD0" w:rsidRDefault="00A41D5D" w:rsidP="00FD3E38">
    <w:pPr>
      <w:pStyle w:val="stBilgi"/>
      <w:ind w:left="-1417"/>
    </w:pPr>
    <w:r w:rsidRPr="00FD3E38">
      <w:rPr>
        <w:noProof/>
        <w:lang w:val="tr-TR" w:eastAsia="tr-TR"/>
      </w:rPr>
      <w:drawing>
        <wp:inline distT="0" distB="0" distL="0" distR="0" wp14:anchorId="010BF1B6" wp14:editId="424475BC">
          <wp:extent cx="7537366" cy="790575"/>
          <wp:effectExtent l="0" t="0" r="6985" b="0"/>
          <wp:docPr id="7" name="Resim 7" descr="C:\Users\strateji\Desktop\2025 YILI BİRİM FAALİYET RAPOR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ateji\Desktop\2025 YILI BİRİM FAALİYET RAPORU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2122" cy="8456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ara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Maddemi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Maddemi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ara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Maddemi"/>
      <w:lvlText w:val=""/>
      <w:lvlJc w:val="left"/>
      <w:pPr>
        <w:tabs>
          <w:tab w:val="num" w:pos="360"/>
        </w:tabs>
        <w:ind w:left="360" w:hanging="360"/>
      </w:pPr>
      <w:rPr>
        <w:rFonts w:ascii="Symbol" w:hAnsi="Symbol" w:hint="default"/>
      </w:rPr>
    </w:lvl>
  </w:abstractNum>
  <w:abstractNum w:abstractNumId="9" w15:restartNumberingAfterBreak="0">
    <w:nsid w:val="05900336"/>
    <w:multiLevelType w:val="hybridMultilevel"/>
    <w:tmpl w:val="62C8EA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7382033"/>
    <w:multiLevelType w:val="hybridMultilevel"/>
    <w:tmpl w:val="5B2C2654"/>
    <w:lvl w:ilvl="0" w:tplc="4F666FC6">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1" w15:restartNumberingAfterBreak="0">
    <w:nsid w:val="15022A9A"/>
    <w:multiLevelType w:val="hybridMultilevel"/>
    <w:tmpl w:val="17EABF5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1B042924"/>
    <w:multiLevelType w:val="multilevel"/>
    <w:tmpl w:val="F8068A1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1C0D639B"/>
    <w:multiLevelType w:val="hybridMultilevel"/>
    <w:tmpl w:val="009804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04C3704"/>
    <w:multiLevelType w:val="hybridMultilevel"/>
    <w:tmpl w:val="95C8B3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59F0352"/>
    <w:multiLevelType w:val="multilevel"/>
    <w:tmpl w:val="F4A02538"/>
    <w:lvl w:ilvl="0">
      <w:start w:val="1"/>
      <w:numFmt w:val="upperRoman"/>
      <w:pStyle w:val="Stil1"/>
      <w:lvlText w:val="%1."/>
      <w:lvlJc w:val="left"/>
      <w:pPr>
        <w:ind w:left="1429"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15:restartNumberingAfterBreak="0">
    <w:nsid w:val="2AFC3C54"/>
    <w:multiLevelType w:val="hybridMultilevel"/>
    <w:tmpl w:val="557838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BBB6FD9"/>
    <w:multiLevelType w:val="hybridMultilevel"/>
    <w:tmpl w:val="DBD6569C"/>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0CA7009"/>
    <w:multiLevelType w:val="hybridMultilevel"/>
    <w:tmpl w:val="C8E2F9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97E4CDD"/>
    <w:multiLevelType w:val="multilevel"/>
    <w:tmpl w:val="F6A2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BC57C9"/>
    <w:multiLevelType w:val="hybridMultilevel"/>
    <w:tmpl w:val="05249F0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15:restartNumberingAfterBreak="0">
    <w:nsid w:val="4CC67CE8"/>
    <w:multiLevelType w:val="multilevel"/>
    <w:tmpl w:val="289C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6A05A0"/>
    <w:multiLevelType w:val="hybridMultilevel"/>
    <w:tmpl w:val="FF449D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18A6067"/>
    <w:multiLevelType w:val="hybridMultilevel"/>
    <w:tmpl w:val="1F5C5F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3371C1F"/>
    <w:multiLevelType w:val="hybridMultilevel"/>
    <w:tmpl w:val="2850E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47543C9"/>
    <w:multiLevelType w:val="multilevel"/>
    <w:tmpl w:val="5A40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895E4C"/>
    <w:multiLevelType w:val="hybridMultilevel"/>
    <w:tmpl w:val="AEB041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7A1714C"/>
    <w:multiLevelType w:val="hybridMultilevel"/>
    <w:tmpl w:val="90B2A1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D7343D7"/>
    <w:multiLevelType w:val="multilevel"/>
    <w:tmpl w:val="BF906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AB2BA4"/>
    <w:multiLevelType w:val="hybridMultilevel"/>
    <w:tmpl w:val="B75A9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2C57D9D"/>
    <w:multiLevelType w:val="hybridMultilevel"/>
    <w:tmpl w:val="AA505D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3812597"/>
    <w:multiLevelType w:val="multilevel"/>
    <w:tmpl w:val="AA56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7A134D"/>
    <w:multiLevelType w:val="hybridMultilevel"/>
    <w:tmpl w:val="6A7A547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8322570"/>
    <w:multiLevelType w:val="hybridMultilevel"/>
    <w:tmpl w:val="26DE9A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ADD5CD0"/>
    <w:multiLevelType w:val="hybridMultilevel"/>
    <w:tmpl w:val="CA84A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0303C8"/>
    <w:multiLevelType w:val="hybridMultilevel"/>
    <w:tmpl w:val="62B8945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6" w15:restartNumberingAfterBreak="0">
    <w:nsid w:val="72E76814"/>
    <w:multiLevelType w:val="hybridMultilevel"/>
    <w:tmpl w:val="D84ECA46"/>
    <w:lvl w:ilvl="0" w:tplc="413024E6">
      <w:start w:val="1"/>
      <w:numFmt w:val="upperLetter"/>
      <w:lvlText w:val="%1."/>
      <w:lvlJc w:val="left"/>
      <w:pPr>
        <w:ind w:left="360"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7" w15:restartNumberingAfterBreak="0">
    <w:nsid w:val="737D60C6"/>
    <w:multiLevelType w:val="hybridMultilevel"/>
    <w:tmpl w:val="69E87A98"/>
    <w:lvl w:ilvl="0" w:tplc="976EE644">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8" w15:restartNumberingAfterBreak="0">
    <w:nsid w:val="751C77EA"/>
    <w:multiLevelType w:val="hybridMultilevel"/>
    <w:tmpl w:val="2606FE26"/>
    <w:lvl w:ilvl="0" w:tplc="C70A5CEC">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9" w15:restartNumberingAfterBreak="0">
    <w:nsid w:val="7C33170A"/>
    <w:multiLevelType w:val="hybridMultilevel"/>
    <w:tmpl w:val="1FC2BDF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5"/>
  </w:num>
  <w:num w:numId="11">
    <w:abstractNumId w:val="34"/>
  </w:num>
  <w:num w:numId="12">
    <w:abstractNumId w:val="28"/>
  </w:num>
  <w:num w:numId="13">
    <w:abstractNumId w:val="12"/>
  </w:num>
  <w:num w:numId="14">
    <w:abstractNumId w:val="20"/>
  </w:num>
  <w:num w:numId="15">
    <w:abstractNumId w:val="36"/>
  </w:num>
  <w:num w:numId="16">
    <w:abstractNumId w:val="32"/>
  </w:num>
  <w:num w:numId="17">
    <w:abstractNumId w:val="33"/>
  </w:num>
  <w:num w:numId="18">
    <w:abstractNumId w:val="27"/>
  </w:num>
  <w:num w:numId="19">
    <w:abstractNumId w:val="13"/>
  </w:num>
  <w:num w:numId="20">
    <w:abstractNumId w:val="26"/>
  </w:num>
  <w:num w:numId="21">
    <w:abstractNumId w:val="14"/>
  </w:num>
  <w:num w:numId="22">
    <w:abstractNumId w:val="9"/>
  </w:num>
  <w:num w:numId="23">
    <w:abstractNumId w:val="22"/>
  </w:num>
  <w:num w:numId="24">
    <w:abstractNumId w:val="24"/>
  </w:num>
  <w:num w:numId="25">
    <w:abstractNumId w:val="23"/>
  </w:num>
  <w:num w:numId="26">
    <w:abstractNumId w:val="17"/>
  </w:num>
  <w:num w:numId="27">
    <w:abstractNumId w:val="30"/>
  </w:num>
  <w:num w:numId="28">
    <w:abstractNumId w:val="18"/>
  </w:num>
  <w:num w:numId="29">
    <w:abstractNumId w:val="16"/>
  </w:num>
  <w:num w:numId="30">
    <w:abstractNumId w:val="37"/>
  </w:num>
  <w:num w:numId="31">
    <w:abstractNumId w:val="19"/>
  </w:num>
  <w:num w:numId="32">
    <w:abstractNumId w:val="31"/>
  </w:num>
  <w:num w:numId="33">
    <w:abstractNumId w:val="25"/>
  </w:num>
  <w:num w:numId="34">
    <w:abstractNumId w:val="38"/>
  </w:num>
  <w:num w:numId="35">
    <w:abstractNumId w:val="10"/>
  </w:num>
  <w:num w:numId="36">
    <w:abstractNumId w:val="21"/>
  </w:num>
  <w:num w:numId="37">
    <w:abstractNumId w:val="29"/>
  </w:num>
  <w:num w:numId="38">
    <w:abstractNumId w:val="39"/>
  </w:num>
  <w:num w:numId="39">
    <w:abstractNumId w:val="11"/>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05A4A"/>
    <w:rsid w:val="0000739B"/>
    <w:rsid w:val="00020844"/>
    <w:rsid w:val="0002595E"/>
    <w:rsid w:val="00034616"/>
    <w:rsid w:val="00043C3C"/>
    <w:rsid w:val="00045455"/>
    <w:rsid w:val="00047108"/>
    <w:rsid w:val="00054732"/>
    <w:rsid w:val="0006063C"/>
    <w:rsid w:val="00065007"/>
    <w:rsid w:val="00072164"/>
    <w:rsid w:val="00076028"/>
    <w:rsid w:val="0007725E"/>
    <w:rsid w:val="00082A20"/>
    <w:rsid w:val="000846BF"/>
    <w:rsid w:val="000944E3"/>
    <w:rsid w:val="000B1CF6"/>
    <w:rsid w:val="000C0216"/>
    <w:rsid w:val="000D079B"/>
    <w:rsid w:val="000D124F"/>
    <w:rsid w:val="000D3D01"/>
    <w:rsid w:val="000E2150"/>
    <w:rsid w:val="000E46DE"/>
    <w:rsid w:val="000E481A"/>
    <w:rsid w:val="000E5C7F"/>
    <w:rsid w:val="000E6462"/>
    <w:rsid w:val="000F0C6C"/>
    <w:rsid w:val="000F29D9"/>
    <w:rsid w:val="0010651D"/>
    <w:rsid w:val="001231B8"/>
    <w:rsid w:val="00126061"/>
    <w:rsid w:val="001277E6"/>
    <w:rsid w:val="00134A84"/>
    <w:rsid w:val="00134F9C"/>
    <w:rsid w:val="0013721B"/>
    <w:rsid w:val="0015074B"/>
    <w:rsid w:val="00196709"/>
    <w:rsid w:val="001A58C5"/>
    <w:rsid w:val="001A786F"/>
    <w:rsid w:val="001D2524"/>
    <w:rsid w:val="001D4ADD"/>
    <w:rsid w:val="001E67D3"/>
    <w:rsid w:val="001E7339"/>
    <w:rsid w:val="001F5143"/>
    <w:rsid w:val="001F7C39"/>
    <w:rsid w:val="00207CE4"/>
    <w:rsid w:val="00210E29"/>
    <w:rsid w:val="00212001"/>
    <w:rsid w:val="00214016"/>
    <w:rsid w:val="002235F7"/>
    <w:rsid w:val="00225962"/>
    <w:rsid w:val="00227818"/>
    <w:rsid w:val="002305E4"/>
    <w:rsid w:val="00233E9B"/>
    <w:rsid w:val="0023498F"/>
    <w:rsid w:val="00240137"/>
    <w:rsid w:val="002406BC"/>
    <w:rsid w:val="00245D55"/>
    <w:rsid w:val="00251147"/>
    <w:rsid w:val="00252F4F"/>
    <w:rsid w:val="00260062"/>
    <w:rsid w:val="0029639D"/>
    <w:rsid w:val="002B704F"/>
    <w:rsid w:val="002C67EA"/>
    <w:rsid w:val="002D1221"/>
    <w:rsid w:val="002D75A2"/>
    <w:rsid w:val="002E0537"/>
    <w:rsid w:val="002E3037"/>
    <w:rsid w:val="002E511B"/>
    <w:rsid w:val="002F18E7"/>
    <w:rsid w:val="002F4A7E"/>
    <w:rsid w:val="003259A8"/>
    <w:rsid w:val="00326A34"/>
    <w:rsid w:val="00326F90"/>
    <w:rsid w:val="00334276"/>
    <w:rsid w:val="00337469"/>
    <w:rsid w:val="00364402"/>
    <w:rsid w:val="0037477C"/>
    <w:rsid w:val="00376464"/>
    <w:rsid w:val="00382418"/>
    <w:rsid w:val="003A30A6"/>
    <w:rsid w:val="003A419B"/>
    <w:rsid w:val="003B2B3C"/>
    <w:rsid w:val="003D238D"/>
    <w:rsid w:val="003E1C10"/>
    <w:rsid w:val="00404A95"/>
    <w:rsid w:val="004077A3"/>
    <w:rsid w:val="00407BA1"/>
    <w:rsid w:val="004138CD"/>
    <w:rsid w:val="004273B1"/>
    <w:rsid w:val="00442097"/>
    <w:rsid w:val="0044529C"/>
    <w:rsid w:val="00445D39"/>
    <w:rsid w:val="00446F5C"/>
    <w:rsid w:val="004552B6"/>
    <w:rsid w:val="00461BAF"/>
    <w:rsid w:val="00472472"/>
    <w:rsid w:val="004951B3"/>
    <w:rsid w:val="004B5341"/>
    <w:rsid w:val="004C2DEC"/>
    <w:rsid w:val="004E51D4"/>
    <w:rsid w:val="004F6AE2"/>
    <w:rsid w:val="00504FF8"/>
    <w:rsid w:val="00510123"/>
    <w:rsid w:val="00511BA2"/>
    <w:rsid w:val="00515915"/>
    <w:rsid w:val="0052086B"/>
    <w:rsid w:val="00520A30"/>
    <w:rsid w:val="0053598E"/>
    <w:rsid w:val="00535AF8"/>
    <w:rsid w:val="005375CF"/>
    <w:rsid w:val="005449FE"/>
    <w:rsid w:val="00552E27"/>
    <w:rsid w:val="00555C71"/>
    <w:rsid w:val="005674FA"/>
    <w:rsid w:val="00572E20"/>
    <w:rsid w:val="00574AED"/>
    <w:rsid w:val="0057664C"/>
    <w:rsid w:val="005802CD"/>
    <w:rsid w:val="005905CA"/>
    <w:rsid w:val="00592437"/>
    <w:rsid w:val="00595653"/>
    <w:rsid w:val="0059656C"/>
    <w:rsid w:val="005A7499"/>
    <w:rsid w:val="005C4059"/>
    <w:rsid w:val="005D2C06"/>
    <w:rsid w:val="005F1BC1"/>
    <w:rsid w:val="00600C16"/>
    <w:rsid w:val="00621353"/>
    <w:rsid w:val="00622A5C"/>
    <w:rsid w:val="00626BC5"/>
    <w:rsid w:val="00627C90"/>
    <w:rsid w:val="006508F3"/>
    <w:rsid w:val="00653498"/>
    <w:rsid w:val="00663CCC"/>
    <w:rsid w:val="006644CD"/>
    <w:rsid w:val="006778CE"/>
    <w:rsid w:val="00677D51"/>
    <w:rsid w:val="00690EBB"/>
    <w:rsid w:val="0069225A"/>
    <w:rsid w:val="00694E54"/>
    <w:rsid w:val="006B5545"/>
    <w:rsid w:val="006B5A99"/>
    <w:rsid w:val="006C02BD"/>
    <w:rsid w:val="006C33F6"/>
    <w:rsid w:val="006C4E57"/>
    <w:rsid w:val="006C6A02"/>
    <w:rsid w:val="006D0CF7"/>
    <w:rsid w:val="006D5A9C"/>
    <w:rsid w:val="006D71DB"/>
    <w:rsid w:val="006E1B54"/>
    <w:rsid w:val="006E5368"/>
    <w:rsid w:val="006F0F59"/>
    <w:rsid w:val="006F4B78"/>
    <w:rsid w:val="006F50AB"/>
    <w:rsid w:val="00701EFF"/>
    <w:rsid w:val="007024EB"/>
    <w:rsid w:val="00710E6A"/>
    <w:rsid w:val="00721186"/>
    <w:rsid w:val="00725F41"/>
    <w:rsid w:val="00736027"/>
    <w:rsid w:val="00742686"/>
    <w:rsid w:val="007464A5"/>
    <w:rsid w:val="00754FBB"/>
    <w:rsid w:val="0076431D"/>
    <w:rsid w:val="00765660"/>
    <w:rsid w:val="00773A5E"/>
    <w:rsid w:val="007807CD"/>
    <w:rsid w:val="00780AB2"/>
    <w:rsid w:val="007860A3"/>
    <w:rsid w:val="007A2478"/>
    <w:rsid w:val="007A3FAC"/>
    <w:rsid w:val="007B3BD0"/>
    <w:rsid w:val="007B46A4"/>
    <w:rsid w:val="007C3815"/>
    <w:rsid w:val="007F200D"/>
    <w:rsid w:val="007F26AE"/>
    <w:rsid w:val="007F72BE"/>
    <w:rsid w:val="007F7EEE"/>
    <w:rsid w:val="00805663"/>
    <w:rsid w:val="00812EAF"/>
    <w:rsid w:val="00825D1C"/>
    <w:rsid w:val="00830286"/>
    <w:rsid w:val="0083244A"/>
    <w:rsid w:val="008329BB"/>
    <w:rsid w:val="00835A83"/>
    <w:rsid w:val="00841100"/>
    <w:rsid w:val="00841A06"/>
    <w:rsid w:val="00855C8F"/>
    <w:rsid w:val="0085694E"/>
    <w:rsid w:val="00873218"/>
    <w:rsid w:val="008741F6"/>
    <w:rsid w:val="00876B8A"/>
    <w:rsid w:val="00891012"/>
    <w:rsid w:val="0089215F"/>
    <w:rsid w:val="008922B9"/>
    <w:rsid w:val="008B60F3"/>
    <w:rsid w:val="008F5697"/>
    <w:rsid w:val="00907C78"/>
    <w:rsid w:val="009106E9"/>
    <w:rsid w:val="00915101"/>
    <w:rsid w:val="00922E53"/>
    <w:rsid w:val="00924C32"/>
    <w:rsid w:val="009430B4"/>
    <w:rsid w:val="009507A3"/>
    <w:rsid w:val="00956BC5"/>
    <w:rsid w:val="009624C2"/>
    <w:rsid w:val="00964584"/>
    <w:rsid w:val="00974EF3"/>
    <w:rsid w:val="0097592C"/>
    <w:rsid w:val="00985ECB"/>
    <w:rsid w:val="009923B6"/>
    <w:rsid w:val="00995C9E"/>
    <w:rsid w:val="009A2523"/>
    <w:rsid w:val="009A369B"/>
    <w:rsid w:val="009B571E"/>
    <w:rsid w:val="009D0F59"/>
    <w:rsid w:val="009D611D"/>
    <w:rsid w:val="009E23B3"/>
    <w:rsid w:val="009F0619"/>
    <w:rsid w:val="009F6016"/>
    <w:rsid w:val="00A0496F"/>
    <w:rsid w:val="00A20EB1"/>
    <w:rsid w:val="00A23656"/>
    <w:rsid w:val="00A27B47"/>
    <w:rsid w:val="00A349AD"/>
    <w:rsid w:val="00A36188"/>
    <w:rsid w:val="00A41D5D"/>
    <w:rsid w:val="00A4680D"/>
    <w:rsid w:val="00AA1D8D"/>
    <w:rsid w:val="00AA48EC"/>
    <w:rsid w:val="00AC6D65"/>
    <w:rsid w:val="00AD034C"/>
    <w:rsid w:val="00AD41DC"/>
    <w:rsid w:val="00AD47DD"/>
    <w:rsid w:val="00AD71DC"/>
    <w:rsid w:val="00AD74F7"/>
    <w:rsid w:val="00AF6FE8"/>
    <w:rsid w:val="00B1293D"/>
    <w:rsid w:val="00B3111C"/>
    <w:rsid w:val="00B36E5E"/>
    <w:rsid w:val="00B47730"/>
    <w:rsid w:val="00B56D93"/>
    <w:rsid w:val="00B6208D"/>
    <w:rsid w:val="00B624D4"/>
    <w:rsid w:val="00B63936"/>
    <w:rsid w:val="00B71742"/>
    <w:rsid w:val="00B80694"/>
    <w:rsid w:val="00B87D9D"/>
    <w:rsid w:val="00B914C7"/>
    <w:rsid w:val="00BB5CB4"/>
    <w:rsid w:val="00BD1144"/>
    <w:rsid w:val="00BE5BDA"/>
    <w:rsid w:val="00BF0601"/>
    <w:rsid w:val="00BF2249"/>
    <w:rsid w:val="00BF5E45"/>
    <w:rsid w:val="00C00507"/>
    <w:rsid w:val="00C055E9"/>
    <w:rsid w:val="00C15C8B"/>
    <w:rsid w:val="00C16D75"/>
    <w:rsid w:val="00C20ED2"/>
    <w:rsid w:val="00C31B39"/>
    <w:rsid w:val="00C45E99"/>
    <w:rsid w:val="00C463A8"/>
    <w:rsid w:val="00C51517"/>
    <w:rsid w:val="00C56F41"/>
    <w:rsid w:val="00C6457A"/>
    <w:rsid w:val="00C71710"/>
    <w:rsid w:val="00C80D15"/>
    <w:rsid w:val="00C81C37"/>
    <w:rsid w:val="00C8591A"/>
    <w:rsid w:val="00C97F49"/>
    <w:rsid w:val="00CA41A8"/>
    <w:rsid w:val="00CA4C53"/>
    <w:rsid w:val="00CA563E"/>
    <w:rsid w:val="00CA5720"/>
    <w:rsid w:val="00CA7B15"/>
    <w:rsid w:val="00CB0664"/>
    <w:rsid w:val="00CC5C81"/>
    <w:rsid w:val="00CC72AC"/>
    <w:rsid w:val="00CE5029"/>
    <w:rsid w:val="00CF169E"/>
    <w:rsid w:val="00D00FF7"/>
    <w:rsid w:val="00D13F6D"/>
    <w:rsid w:val="00D1438B"/>
    <w:rsid w:val="00D168DD"/>
    <w:rsid w:val="00D2069E"/>
    <w:rsid w:val="00D328B5"/>
    <w:rsid w:val="00D33CE4"/>
    <w:rsid w:val="00D42700"/>
    <w:rsid w:val="00D54338"/>
    <w:rsid w:val="00D73791"/>
    <w:rsid w:val="00D8234D"/>
    <w:rsid w:val="00D82FB7"/>
    <w:rsid w:val="00D9089F"/>
    <w:rsid w:val="00D92397"/>
    <w:rsid w:val="00D9457F"/>
    <w:rsid w:val="00DB20CE"/>
    <w:rsid w:val="00DB2758"/>
    <w:rsid w:val="00DB5C90"/>
    <w:rsid w:val="00DD19C5"/>
    <w:rsid w:val="00DD2288"/>
    <w:rsid w:val="00DD65FC"/>
    <w:rsid w:val="00DF2399"/>
    <w:rsid w:val="00DF3935"/>
    <w:rsid w:val="00DF41DC"/>
    <w:rsid w:val="00E1033B"/>
    <w:rsid w:val="00E17773"/>
    <w:rsid w:val="00E17DD8"/>
    <w:rsid w:val="00E236C1"/>
    <w:rsid w:val="00E24BA4"/>
    <w:rsid w:val="00E26367"/>
    <w:rsid w:val="00E2705C"/>
    <w:rsid w:val="00E31074"/>
    <w:rsid w:val="00E62046"/>
    <w:rsid w:val="00E75D12"/>
    <w:rsid w:val="00EB064C"/>
    <w:rsid w:val="00ED3C9E"/>
    <w:rsid w:val="00F02F48"/>
    <w:rsid w:val="00F03AD0"/>
    <w:rsid w:val="00F04A39"/>
    <w:rsid w:val="00F05DF0"/>
    <w:rsid w:val="00F0661A"/>
    <w:rsid w:val="00F066CC"/>
    <w:rsid w:val="00F16AD9"/>
    <w:rsid w:val="00F25A00"/>
    <w:rsid w:val="00F25ABA"/>
    <w:rsid w:val="00F402FE"/>
    <w:rsid w:val="00F42068"/>
    <w:rsid w:val="00F531F6"/>
    <w:rsid w:val="00F54942"/>
    <w:rsid w:val="00F559E0"/>
    <w:rsid w:val="00F571EB"/>
    <w:rsid w:val="00F62DAA"/>
    <w:rsid w:val="00F679B0"/>
    <w:rsid w:val="00F87293"/>
    <w:rsid w:val="00F90C42"/>
    <w:rsid w:val="00F90FF3"/>
    <w:rsid w:val="00F928ED"/>
    <w:rsid w:val="00FA7C0E"/>
    <w:rsid w:val="00FB3DE7"/>
    <w:rsid w:val="00FB4CD9"/>
    <w:rsid w:val="00FC693F"/>
    <w:rsid w:val="00FC7876"/>
    <w:rsid w:val="00FD2DE3"/>
    <w:rsid w:val="00FD3E38"/>
    <w:rsid w:val="00FD685D"/>
    <w:rsid w:val="00FE0C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4F6902"/>
  <w15:docId w15:val="{A3E28766-E472-48C1-8801-E3EB6D45A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Balk1">
    <w:name w:val="heading 1"/>
    <w:basedOn w:val="Normal"/>
    <w:next w:val="Normal"/>
    <w:link w:val="Bal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18BF"/>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618BF"/>
  </w:style>
  <w:style w:type="paragraph" w:styleId="AltBilgi">
    <w:name w:val="footer"/>
    <w:basedOn w:val="Normal"/>
    <w:link w:val="AltBilgiChar"/>
    <w:uiPriority w:val="99"/>
    <w:unhideWhenUsed/>
    <w:qFormat/>
    <w:rsid w:val="00E618BF"/>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618BF"/>
  </w:style>
  <w:style w:type="paragraph" w:styleId="AralkYok">
    <w:name w:val="No Spacing"/>
    <w:link w:val="AralkYokChar"/>
    <w:uiPriority w:val="1"/>
    <w:qFormat/>
    <w:rsid w:val="00FC693F"/>
    <w:pPr>
      <w:spacing w:after="0" w:line="240" w:lineRule="auto"/>
    </w:pPr>
  </w:style>
  <w:style w:type="character" w:customStyle="1" w:styleId="Balk1Char">
    <w:name w:val="Başlık 1 Char"/>
    <w:basedOn w:val="VarsaylanParagrafYazTipi"/>
    <w:link w:val="Bal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FC693F"/>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C693F"/>
    <w:rPr>
      <w:rFonts w:asciiTheme="majorHAnsi" w:eastAsiaTheme="majorEastAsia" w:hAnsiTheme="majorHAnsi" w:cstheme="majorBidi"/>
      <w:b/>
      <w:bCs/>
      <w:color w:val="4F81BD" w:themeColor="accent1"/>
    </w:rPr>
  </w:style>
  <w:style w:type="paragraph" w:styleId="KonuBal">
    <w:name w:val="Title"/>
    <w:basedOn w:val="Normal"/>
    <w:next w:val="Normal"/>
    <w:link w:val="KonuBa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rsid w:val="00FC693F"/>
    <w:rPr>
      <w:rFonts w:asciiTheme="majorHAnsi" w:eastAsiaTheme="majorEastAsia" w:hAnsiTheme="majorHAnsi" w:cstheme="majorBidi"/>
      <w:i/>
      <w:iCs/>
      <w:color w:val="4F81BD" w:themeColor="accent1"/>
      <w:spacing w:val="15"/>
      <w:sz w:val="24"/>
      <w:szCs w:val="24"/>
    </w:rPr>
  </w:style>
  <w:style w:type="paragraph" w:styleId="ListeParagraf">
    <w:name w:val="List Paragraph"/>
    <w:aliases w:val="Bullet Points"/>
    <w:basedOn w:val="Normal"/>
    <w:link w:val="ListeParagrafChar"/>
    <w:uiPriority w:val="34"/>
    <w:qFormat/>
    <w:rsid w:val="00FC693F"/>
    <w:pPr>
      <w:ind w:left="720"/>
      <w:contextualSpacing/>
    </w:pPr>
  </w:style>
  <w:style w:type="paragraph" w:styleId="GvdeMetni">
    <w:name w:val="Body Text"/>
    <w:basedOn w:val="Normal"/>
    <w:link w:val="GvdeMetniChar"/>
    <w:uiPriority w:val="1"/>
    <w:unhideWhenUsed/>
    <w:qFormat/>
    <w:rsid w:val="00AA1D8D"/>
    <w:pPr>
      <w:spacing w:after="120"/>
    </w:pPr>
  </w:style>
  <w:style w:type="character" w:customStyle="1" w:styleId="GvdeMetniChar">
    <w:name w:val="Gövde Metni Char"/>
    <w:basedOn w:val="VarsaylanParagrafYazTipi"/>
    <w:link w:val="GvdeMetni"/>
    <w:uiPriority w:val="1"/>
    <w:rsid w:val="00AA1D8D"/>
  </w:style>
  <w:style w:type="paragraph" w:styleId="GvdeMetni2">
    <w:name w:val="Body Text 2"/>
    <w:basedOn w:val="Normal"/>
    <w:link w:val="GvdeMetni2Char"/>
    <w:uiPriority w:val="99"/>
    <w:unhideWhenUsed/>
    <w:rsid w:val="00AA1D8D"/>
    <w:pPr>
      <w:spacing w:after="120" w:line="480" w:lineRule="auto"/>
    </w:pPr>
  </w:style>
  <w:style w:type="character" w:customStyle="1" w:styleId="GvdeMetni2Char">
    <w:name w:val="Gövde Metni 2 Char"/>
    <w:basedOn w:val="VarsaylanParagrafYazTipi"/>
    <w:link w:val="GvdeMetni2"/>
    <w:uiPriority w:val="99"/>
    <w:rsid w:val="00AA1D8D"/>
  </w:style>
  <w:style w:type="paragraph" w:styleId="GvdeMetni3">
    <w:name w:val="Body Text 3"/>
    <w:basedOn w:val="Normal"/>
    <w:link w:val="GvdeMetni3Char"/>
    <w:uiPriority w:val="99"/>
    <w:unhideWhenUsed/>
    <w:rsid w:val="00AA1D8D"/>
    <w:pPr>
      <w:spacing w:after="120"/>
    </w:pPr>
    <w:rPr>
      <w:sz w:val="16"/>
      <w:szCs w:val="16"/>
    </w:rPr>
  </w:style>
  <w:style w:type="character" w:customStyle="1" w:styleId="GvdeMetni3Char">
    <w:name w:val="Gövde Metni 3 Char"/>
    <w:basedOn w:val="VarsaylanParagrafYazTipi"/>
    <w:link w:val="GvdeMetni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Maddemi">
    <w:name w:val="List Bullet"/>
    <w:basedOn w:val="Normal"/>
    <w:uiPriority w:val="99"/>
    <w:unhideWhenUsed/>
    <w:rsid w:val="00326F90"/>
    <w:pPr>
      <w:numPr>
        <w:numId w:val="1"/>
      </w:numPr>
      <w:contextualSpacing/>
    </w:pPr>
  </w:style>
  <w:style w:type="paragraph" w:styleId="ListeMaddemi2">
    <w:name w:val="List Bullet 2"/>
    <w:basedOn w:val="Normal"/>
    <w:uiPriority w:val="99"/>
    <w:unhideWhenUsed/>
    <w:rsid w:val="00326F90"/>
    <w:pPr>
      <w:numPr>
        <w:numId w:val="2"/>
      </w:numPr>
      <w:contextualSpacing/>
    </w:pPr>
  </w:style>
  <w:style w:type="paragraph" w:styleId="ListeMaddemi3">
    <w:name w:val="List Bullet 3"/>
    <w:basedOn w:val="Normal"/>
    <w:uiPriority w:val="99"/>
    <w:unhideWhenUsed/>
    <w:rsid w:val="00326F90"/>
    <w:pPr>
      <w:numPr>
        <w:numId w:val="3"/>
      </w:numPr>
      <w:contextualSpacing/>
    </w:pPr>
  </w:style>
  <w:style w:type="paragraph" w:styleId="ListeNumaras">
    <w:name w:val="List Number"/>
    <w:basedOn w:val="Normal"/>
    <w:uiPriority w:val="99"/>
    <w:unhideWhenUsed/>
    <w:rsid w:val="00326F90"/>
    <w:pPr>
      <w:numPr>
        <w:numId w:val="5"/>
      </w:numPr>
      <w:contextualSpacing/>
    </w:pPr>
  </w:style>
  <w:style w:type="paragraph" w:styleId="ListeNumaras2">
    <w:name w:val="List Number 2"/>
    <w:basedOn w:val="Normal"/>
    <w:uiPriority w:val="99"/>
    <w:unhideWhenUsed/>
    <w:rsid w:val="0029639D"/>
    <w:pPr>
      <w:numPr>
        <w:numId w:val="6"/>
      </w:numPr>
      <w:contextualSpacing/>
    </w:pPr>
  </w:style>
  <w:style w:type="paragraph" w:styleId="ListeNumaras3">
    <w:name w:val="List Number 3"/>
    <w:basedOn w:val="Normal"/>
    <w:uiPriority w:val="99"/>
    <w:unhideWhenUsed/>
    <w:rsid w:val="0029639D"/>
    <w:pPr>
      <w:numPr>
        <w:numId w:val="7"/>
      </w:numPr>
      <w:contextualSpacing/>
    </w:pPr>
  </w:style>
  <w:style w:type="paragraph" w:styleId="ListeDevam">
    <w:name w:val="List Continue"/>
    <w:basedOn w:val="Normal"/>
    <w:uiPriority w:val="99"/>
    <w:unhideWhenUsed/>
    <w:rsid w:val="0029639D"/>
    <w:pPr>
      <w:spacing w:after="120"/>
      <w:ind w:left="360"/>
      <w:contextualSpacing/>
    </w:pPr>
  </w:style>
  <w:style w:type="paragraph" w:styleId="ListeDevam2">
    <w:name w:val="List Continue 2"/>
    <w:basedOn w:val="Normal"/>
    <w:uiPriority w:val="99"/>
    <w:unhideWhenUsed/>
    <w:rsid w:val="0029639D"/>
    <w:pPr>
      <w:spacing w:after="120"/>
      <w:ind w:left="720"/>
      <w:contextualSpacing/>
    </w:pPr>
  </w:style>
  <w:style w:type="paragraph" w:styleId="ListeDevam3">
    <w:name w:val="List Continue 3"/>
    <w:basedOn w:val="Normal"/>
    <w:uiPriority w:val="99"/>
    <w:unhideWhenUsed/>
    <w:rsid w:val="0029639D"/>
    <w:pPr>
      <w:spacing w:after="120"/>
      <w:ind w:left="1080"/>
      <w:contextualSpacing/>
    </w:pPr>
  </w:style>
  <w:style w:type="paragraph" w:styleId="MakroMetni">
    <w:name w:val="macro"/>
    <w:link w:val="MakroMetni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MetniChar">
    <w:name w:val="Makro Metni Char"/>
    <w:basedOn w:val="VarsaylanParagrafYazTipi"/>
    <w:link w:val="MakroMetni"/>
    <w:uiPriority w:val="99"/>
    <w:rsid w:val="0029639D"/>
    <w:rPr>
      <w:rFonts w:ascii="Courier" w:hAnsi="Courier"/>
      <w:sz w:val="20"/>
      <w:szCs w:val="20"/>
    </w:rPr>
  </w:style>
  <w:style w:type="paragraph" w:styleId="Alnt">
    <w:name w:val="Quote"/>
    <w:basedOn w:val="Normal"/>
    <w:next w:val="Normal"/>
    <w:link w:val="AlntChar"/>
    <w:uiPriority w:val="29"/>
    <w:qFormat/>
    <w:rsid w:val="00FC693F"/>
    <w:rPr>
      <w:i/>
      <w:iCs/>
      <w:color w:val="000000" w:themeColor="text1"/>
    </w:rPr>
  </w:style>
  <w:style w:type="character" w:customStyle="1" w:styleId="AlntChar">
    <w:name w:val="Alıntı Char"/>
    <w:basedOn w:val="VarsaylanParagrafYazTipi"/>
    <w:link w:val="Alnt"/>
    <w:uiPriority w:val="29"/>
    <w:rsid w:val="00FC693F"/>
    <w:rPr>
      <w:i/>
      <w:iCs/>
      <w:color w:val="000000" w:themeColor="text1"/>
    </w:rPr>
  </w:style>
  <w:style w:type="character" w:customStyle="1" w:styleId="Balk4Char">
    <w:name w:val="Başlık 4 Char"/>
    <w:basedOn w:val="VarsaylanParagrafYazTipi"/>
    <w:link w:val="Balk4"/>
    <w:uiPriority w:val="9"/>
    <w:rsid w:val="00FC693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FC693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rsid w:val="00FC693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FC693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FC693F"/>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FC693F"/>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FC693F"/>
    <w:pPr>
      <w:spacing w:line="240" w:lineRule="auto"/>
    </w:pPr>
    <w:rPr>
      <w:b/>
      <w:bCs/>
      <w:color w:val="4F81BD" w:themeColor="accent1"/>
      <w:sz w:val="18"/>
      <w:szCs w:val="18"/>
    </w:rPr>
  </w:style>
  <w:style w:type="character" w:styleId="Gl">
    <w:name w:val="Strong"/>
    <w:basedOn w:val="VarsaylanParagrafYazTipi"/>
    <w:uiPriority w:val="22"/>
    <w:qFormat/>
    <w:rsid w:val="00FC693F"/>
    <w:rPr>
      <w:b/>
      <w:bCs/>
    </w:rPr>
  </w:style>
  <w:style w:type="character" w:styleId="Vurgu">
    <w:name w:val="Emphasis"/>
    <w:basedOn w:val="VarsaylanParagrafYazTipi"/>
    <w:uiPriority w:val="20"/>
    <w:qFormat/>
    <w:rsid w:val="00FC693F"/>
    <w:rPr>
      <w:i/>
      <w:iCs/>
    </w:rPr>
  </w:style>
  <w:style w:type="paragraph" w:styleId="GlAlnt">
    <w:name w:val="Intense Quote"/>
    <w:basedOn w:val="Normal"/>
    <w:next w:val="Normal"/>
    <w:link w:val="GlAln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FC693F"/>
    <w:rPr>
      <w:b/>
      <w:bCs/>
      <w:i/>
      <w:iCs/>
      <w:color w:val="4F81BD" w:themeColor="accent1"/>
    </w:rPr>
  </w:style>
  <w:style w:type="character" w:styleId="HafifVurgulama">
    <w:name w:val="Subtle Emphasis"/>
    <w:basedOn w:val="VarsaylanParagrafYazTipi"/>
    <w:uiPriority w:val="19"/>
    <w:qFormat/>
    <w:rsid w:val="00FC693F"/>
    <w:rPr>
      <w:i/>
      <w:iCs/>
      <w:color w:val="808080" w:themeColor="text1" w:themeTint="7F"/>
    </w:rPr>
  </w:style>
  <w:style w:type="character" w:styleId="GlVurgulama">
    <w:name w:val="Intense Emphasis"/>
    <w:basedOn w:val="VarsaylanParagrafYazTipi"/>
    <w:uiPriority w:val="21"/>
    <w:qFormat/>
    <w:rsid w:val="00FC693F"/>
    <w:rPr>
      <w:b/>
      <w:bCs/>
      <w:i/>
      <w:iCs/>
      <w:color w:val="4F81BD" w:themeColor="accent1"/>
    </w:rPr>
  </w:style>
  <w:style w:type="character" w:styleId="HafifBavuru">
    <w:name w:val="Subtle Reference"/>
    <w:basedOn w:val="VarsaylanParagrafYazTipi"/>
    <w:uiPriority w:val="31"/>
    <w:qFormat/>
    <w:rsid w:val="00FC693F"/>
    <w:rPr>
      <w:smallCaps/>
      <w:color w:val="C0504D" w:themeColor="accent2"/>
      <w:u w:val="single"/>
    </w:rPr>
  </w:style>
  <w:style w:type="character" w:styleId="GlBavuru">
    <w:name w:val="Intense Reference"/>
    <w:basedOn w:val="VarsaylanParagrafYazTipi"/>
    <w:uiPriority w:val="32"/>
    <w:qFormat/>
    <w:rsid w:val="00FC693F"/>
    <w:rPr>
      <w:b/>
      <w:bCs/>
      <w:smallCaps/>
      <w:color w:val="C0504D" w:themeColor="accent2"/>
      <w:spacing w:val="5"/>
      <w:u w:val="single"/>
    </w:rPr>
  </w:style>
  <w:style w:type="character" w:styleId="KitapBal">
    <w:name w:val="Book Title"/>
    <w:basedOn w:val="VarsaylanParagrafYazTipi"/>
    <w:uiPriority w:val="33"/>
    <w:qFormat/>
    <w:rsid w:val="00FC693F"/>
    <w:rPr>
      <w:b/>
      <w:bCs/>
      <w:smallCaps/>
      <w:spacing w:val="5"/>
    </w:rPr>
  </w:style>
  <w:style w:type="paragraph" w:styleId="TBal">
    <w:name w:val="TOC Heading"/>
    <w:basedOn w:val="Balk1"/>
    <w:next w:val="Normal"/>
    <w:uiPriority w:val="39"/>
    <w:unhideWhenUsed/>
    <w:qFormat/>
    <w:rsid w:val="00FC693F"/>
    <w:pPr>
      <w:outlineLvl w:val="9"/>
    </w:pPr>
  </w:style>
  <w:style w:type="table" w:styleId="TabloKlavuzu">
    <w:name w:val="Table Grid"/>
    <w:basedOn w:val="NormalTablo"/>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
    <w:name w:val="Light List"/>
    <w:basedOn w:val="NormalTablo"/>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
    <w:name w:val="Medium Shading 1"/>
    <w:basedOn w:val="NormalTablo"/>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
    <w:name w:val="Medium List 1"/>
    <w:basedOn w:val="NormalTablo"/>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Liste2">
    <w:name w:val="Medium Lis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
    <w:name w:val="Medium Grid 1"/>
    <w:basedOn w:val="NormalTablo"/>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
    <w:name w:val="Medium Grid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KoyuListe">
    <w:name w:val="Dark List"/>
    <w:basedOn w:val="NormalTablo"/>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enkliGlgeleme">
    <w:name w:val="Colorful Shading"/>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
    <w:name w:val="Colorful List"/>
    <w:basedOn w:val="NormalTablo"/>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Klavuz">
    <w:name w:val="Colorful Grid"/>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ralkYokChar">
    <w:name w:val="Aralık Yok Char"/>
    <w:basedOn w:val="VarsaylanParagrafYazTipi"/>
    <w:link w:val="AralkYok"/>
    <w:uiPriority w:val="1"/>
    <w:rsid w:val="009A2523"/>
  </w:style>
  <w:style w:type="paragraph" w:styleId="T2">
    <w:name w:val="toc 2"/>
    <w:basedOn w:val="Normal"/>
    <w:next w:val="Normal"/>
    <w:autoRedefine/>
    <w:uiPriority w:val="39"/>
    <w:unhideWhenUsed/>
    <w:rsid w:val="009A2523"/>
    <w:pPr>
      <w:spacing w:after="100"/>
      <w:ind w:left="220"/>
    </w:pPr>
  </w:style>
  <w:style w:type="paragraph" w:styleId="T1">
    <w:name w:val="toc 1"/>
    <w:basedOn w:val="Normal"/>
    <w:next w:val="Normal"/>
    <w:autoRedefine/>
    <w:uiPriority w:val="39"/>
    <w:unhideWhenUsed/>
    <w:qFormat/>
    <w:rsid w:val="009A2523"/>
    <w:pPr>
      <w:spacing w:after="100"/>
    </w:pPr>
  </w:style>
  <w:style w:type="paragraph" w:customStyle="1" w:styleId="2BALIK">
    <w:name w:val="2.BAŞLIK"/>
    <w:next w:val="Normal"/>
    <w:link w:val="2BALIKChar"/>
    <w:qFormat/>
    <w:rsid w:val="009A2523"/>
    <w:pPr>
      <w:spacing w:before="120" w:after="120" w:line="240" w:lineRule="auto"/>
      <w:jc w:val="both"/>
    </w:pPr>
    <w:rPr>
      <w:rFonts w:ascii="Times New Roman" w:eastAsia="Calibri" w:hAnsi="Times New Roman" w:cs="Times New Roman"/>
      <w:noProof/>
      <w:sz w:val="24"/>
      <w:lang w:val="tr-TR" w:eastAsia="tr-TR"/>
    </w:rPr>
  </w:style>
  <w:style w:type="paragraph" w:customStyle="1" w:styleId="msointensequote">
    <w:name w:val="msointensequote"/>
    <w:basedOn w:val="Normal"/>
    <w:next w:val="Normal"/>
    <w:uiPriority w:val="30"/>
    <w:qFormat/>
    <w:rsid w:val="009A2523"/>
    <w:pPr>
      <w:pBdr>
        <w:top w:val="single" w:sz="4" w:space="10" w:color="4F81BD" w:themeColor="accent1"/>
        <w:bottom w:val="single" w:sz="4" w:space="10" w:color="4F81BD" w:themeColor="accent1"/>
      </w:pBdr>
      <w:spacing w:before="360" w:after="360" w:line="256" w:lineRule="auto"/>
      <w:ind w:left="864" w:right="864"/>
      <w:jc w:val="center"/>
    </w:pPr>
    <w:rPr>
      <w:rFonts w:ascii="Times New Roman" w:eastAsiaTheme="minorHAnsi" w:hAnsi="Times New Roman"/>
      <w:b/>
      <w:i/>
      <w:iCs/>
      <w:color w:val="4F81BD" w:themeColor="accent1"/>
      <w:sz w:val="24"/>
      <w:lang w:val="tr-TR"/>
    </w:rPr>
  </w:style>
  <w:style w:type="paragraph" w:customStyle="1" w:styleId="Stil2">
    <w:name w:val="Stil2"/>
    <w:basedOn w:val="Balk2"/>
    <w:qFormat/>
    <w:rsid w:val="009A2523"/>
    <w:pPr>
      <w:spacing w:line="360" w:lineRule="auto"/>
      <w:ind w:firstLine="567"/>
      <w:jc w:val="both"/>
    </w:pPr>
    <w:rPr>
      <w:rFonts w:ascii="Times New Roman" w:hAnsi="Times New Roman"/>
      <w:color w:val="000000" w:themeColor="text1"/>
      <w:sz w:val="24"/>
      <w:lang w:val="tr-TR"/>
    </w:rPr>
  </w:style>
  <w:style w:type="paragraph" w:customStyle="1" w:styleId="Stil4">
    <w:name w:val="Stil4"/>
    <w:next w:val="Normal"/>
    <w:link w:val="Stil4Char"/>
    <w:qFormat/>
    <w:rsid w:val="009A2523"/>
    <w:pPr>
      <w:keepLines/>
      <w:spacing w:after="0" w:line="256" w:lineRule="auto"/>
    </w:pPr>
    <w:rPr>
      <w:rFonts w:ascii="Times New Roman" w:eastAsiaTheme="majorEastAsia" w:hAnsi="Times New Roman" w:cstheme="majorBidi"/>
      <w:b/>
      <w:iCs/>
      <w:sz w:val="20"/>
      <w:lang w:val="tr-TR"/>
    </w:rPr>
  </w:style>
  <w:style w:type="paragraph" w:customStyle="1" w:styleId="Stil5">
    <w:name w:val="Stil5"/>
    <w:basedOn w:val="Balk2"/>
    <w:qFormat/>
    <w:rsid w:val="009A2523"/>
    <w:pPr>
      <w:spacing w:before="120" w:after="120" w:line="360" w:lineRule="auto"/>
      <w:ind w:firstLine="567"/>
      <w:jc w:val="both"/>
    </w:pPr>
    <w:rPr>
      <w:rFonts w:ascii="Times New Roman" w:hAnsi="Times New Roman"/>
      <w:color w:val="000000" w:themeColor="text1"/>
      <w:sz w:val="20"/>
      <w:lang w:val="tr-TR"/>
    </w:rPr>
  </w:style>
  <w:style w:type="paragraph" w:customStyle="1" w:styleId="Stil1">
    <w:name w:val="Stil1"/>
    <w:basedOn w:val="Balk1"/>
    <w:link w:val="Stil1Char"/>
    <w:autoRedefine/>
    <w:qFormat/>
    <w:rsid w:val="0037477C"/>
    <w:pPr>
      <w:keepLines w:val="0"/>
      <w:numPr>
        <w:numId w:val="10"/>
      </w:numPr>
      <w:spacing w:before="240" w:after="60" w:line="240" w:lineRule="auto"/>
      <w:ind w:left="567" w:hanging="567"/>
      <w:jc w:val="both"/>
    </w:pPr>
    <w:rPr>
      <w:rFonts w:ascii="Times New Roman" w:eastAsia="Times New Roman" w:hAnsi="Times New Roman" w:cs="Arial"/>
      <w:bCs w:val="0"/>
      <w:color w:val="000000" w:themeColor="text1"/>
      <w:szCs w:val="20"/>
      <w:lang w:val="tr-TR" w:eastAsia="ko-KR"/>
    </w:rPr>
  </w:style>
  <w:style w:type="character" w:customStyle="1" w:styleId="Stil1Char">
    <w:name w:val="Stil1 Char"/>
    <w:link w:val="Stil1"/>
    <w:rsid w:val="0037477C"/>
    <w:rPr>
      <w:rFonts w:ascii="Times New Roman" w:eastAsia="Times New Roman" w:hAnsi="Times New Roman" w:cs="Arial"/>
      <w:b/>
      <w:color w:val="000000" w:themeColor="text1"/>
      <w:sz w:val="28"/>
      <w:szCs w:val="20"/>
      <w:lang w:val="tr-TR" w:eastAsia="ko-KR"/>
    </w:rPr>
  </w:style>
  <w:style w:type="character" w:customStyle="1" w:styleId="Stil4Char">
    <w:name w:val="Stil4 Char"/>
    <w:link w:val="Stil4"/>
    <w:rsid w:val="009A2523"/>
    <w:rPr>
      <w:rFonts w:ascii="Times New Roman" w:eastAsiaTheme="majorEastAsia" w:hAnsi="Times New Roman" w:cstheme="majorBidi"/>
      <w:b/>
      <w:iCs/>
      <w:sz w:val="20"/>
      <w:lang w:val="tr-TR"/>
    </w:rPr>
  </w:style>
  <w:style w:type="character" w:styleId="Kpr">
    <w:name w:val="Hyperlink"/>
    <w:basedOn w:val="VarsaylanParagrafYazTipi"/>
    <w:uiPriority w:val="99"/>
    <w:unhideWhenUsed/>
    <w:rsid w:val="009A2523"/>
    <w:rPr>
      <w:color w:val="0000FF" w:themeColor="hyperlink"/>
      <w:u w:val="single"/>
    </w:rPr>
  </w:style>
  <w:style w:type="character" w:customStyle="1" w:styleId="2BALIKChar">
    <w:name w:val="2.BAŞLIK Char"/>
    <w:basedOn w:val="VarsaylanParagrafYazTipi"/>
    <w:link w:val="2BALIK"/>
    <w:rsid w:val="009A2523"/>
    <w:rPr>
      <w:rFonts w:ascii="Times New Roman" w:eastAsia="Calibri" w:hAnsi="Times New Roman" w:cs="Times New Roman"/>
      <w:noProof/>
      <w:sz w:val="24"/>
      <w:lang w:val="tr-TR" w:eastAsia="tr-TR"/>
    </w:rPr>
  </w:style>
  <w:style w:type="paragraph" w:styleId="NormalWeb">
    <w:name w:val="Normal (Web)"/>
    <w:basedOn w:val="Normal"/>
    <w:uiPriority w:val="99"/>
    <w:unhideWhenUsed/>
    <w:rsid w:val="00F559E0"/>
    <w:pPr>
      <w:spacing w:before="100" w:beforeAutospacing="1" w:after="100" w:afterAutospacing="1" w:line="240" w:lineRule="auto"/>
      <w:ind w:left="708"/>
    </w:pPr>
    <w:rPr>
      <w:rFonts w:ascii="Times New Roman" w:eastAsia="Times New Roman" w:hAnsi="Times New Roman" w:cs="Times New Roman"/>
      <w:b/>
      <w:sz w:val="24"/>
      <w:szCs w:val="24"/>
      <w:lang w:val="tr-TR" w:eastAsia="tr-TR"/>
    </w:rPr>
  </w:style>
  <w:style w:type="character" w:customStyle="1" w:styleId="AltbilgiChar0">
    <w:name w:val="Altbilgi Char"/>
    <w:basedOn w:val="VarsaylanParagrafYazTipi"/>
    <w:uiPriority w:val="99"/>
    <w:qFormat/>
    <w:rsid w:val="00E24BA4"/>
    <w:rPr>
      <w:rFonts w:ascii="Calibri" w:eastAsia="Calibri" w:hAnsi="Calibri" w:cs="Times New Roman"/>
    </w:rPr>
  </w:style>
  <w:style w:type="paragraph" w:customStyle="1" w:styleId="TableParagraph">
    <w:name w:val="Table Paragraph"/>
    <w:basedOn w:val="Normal"/>
    <w:uiPriority w:val="1"/>
    <w:qFormat/>
    <w:rsid w:val="00E24BA4"/>
    <w:pPr>
      <w:widowControl w:val="0"/>
      <w:spacing w:before="120" w:after="120" w:line="240" w:lineRule="auto"/>
      <w:ind w:left="708"/>
    </w:pPr>
    <w:rPr>
      <w:rFonts w:ascii="Calibri" w:eastAsia="Calibri" w:hAnsi="Calibri" w:cs="Times New Roman"/>
      <w:b/>
      <w:sz w:val="20"/>
    </w:rPr>
  </w:style>
  <w:style w:type="paragraph" w:customStyle="1" w:styleId="1BALIK">
    <w:name w:val="1.BAŞLIK"/>
    <w:qFormat/>
    <w:rsid w:val="00E24BA4"/>
    <w:pPr>
      <w:spacing w:before="480" w:after="0" w:line="240" w:lineRule="auto"/>
      <w:jc w:val="center"/>
    </w:pPr>
    <w:rPr>
      <w:rFonts w:ascii="Times New Roman" w:eastAsia="Calibri" w:hAnsi="Times New Roman" w:cs="Times New Roman"/>
      <w:b/>
      <w:noProof/>
      <w:lang w:val="tr-TR" w:eastAsia="tr-TR"/>
    </w:rPr>
  </w:style>
  <w:style w:type="paragraph" w:customStyle="1" w:styleId="3BALIK">
    <w:name w:val="3.BAŞLIK"/>
    <w:qFormat/>
    <w:rsid w:val="00E24BA4"/>
    <w:pPr>
      <w:spacing w:after="0" w:line="240" w:lineRule="auto"/>
    </w:pPr>
    <w:rPr>
      <w:rFonts w:ascii="Times New Roman" w:eastAsia="Calibri" w:hAnsi="Times New Roman" w:cs="Times New Roman"/>
      <w:b/>
      <w:noProof/>
      <w:sz w:val="20"/>
      <w:lang w:val="tr-TR" w:eastAsia="tr-TR"/>
    </w:rPr>
  </w:style>
  <w:style w:type="paragraph" w:customStyle="1" w:styleId="4BALIK">
    <w:name w:val="4.BAŞLIK"/>
    <w:qFormat/>
    <w:rsid w:val="00E24BA4"/>
    <w:pPr>
      <w:spacing w:after="0" w:line="240" w:lineRule="auto"/>
    </w:pPr>
    <w:rPr>
      <w:rFonts w:ascii="Times New Roman" w:eastAsia="Calibri" w:hAnsi="Times New Roman" w:cs="Times New Roman"/>
      <w:b/>
      <w:noProof/>
      <w:lang w:val="tr-TR" w:eastAsia="tr-TR"/>
    </w:rPr>
  </w:style>
  <w:style w:type="paragraph" w:customStyle="1" w:styleId="5BALIK">
    <w:name w:val="5.BAŞLIK"/>
    <w:qFormat/>
    <w:rsid w:val="00E24BA4"/>
    <w:pPr>
      <w:spacing w:after="0" w:line="240" w:lineRule="auto"/>
    </w:pPr>
    <w:rPr>
      <w:rFonts w:ascii="Times New Roman" w:eastAsia="Calibri" w:hAnsi="Times New Roman" w:cs="Times New Roman"/>
      <w:b/>
      <w:noProof/>
      <w:lang w:val="tr-TR" w:eastAsia="tr-TR"/>
    </w:rPr>
  </w:style>
  <w:style w:type="paragraph" w:customStyle="1" w:styleId="a7">
    <w:name w:val="a7"/>
    <w:basedOn w:val="Normal"/>
    <w:qFormat/>
    <w:rsid w:val="00E24BA4"/>
    <w:pPr>
      <w:spacing w:before="120" w:after="120" w:line="360" w:lineRule="auto"/>
      <w:ind w:left="708" w:firstLine="709"/>
      <w:jc w:val="both"/>
    </w:pPr>
    <w:rPr>
      <w:rFonts w:ascii="Times New Roman" w:eastAsiaTheme="minorHAnsi" w:hAnsi="Times New Roman" w:cs="Times New Roman"/>
      <w:b/>
      <w:sz w:val="24"/>
      <w:szCs w:val="24"/>
      <w:lang w:val="tr-TR"/>
    </w:rPr>
  </w:style>
  <w:style w:type="paragraph" w:customStyle="1" w:styleId="a3">
    <w:name w:val="a3"/>
    <w:basedOn w:val="Normal"/>
    <w:qFormat/>
    <w:rsid w:val="00E24BA4"/>
    <w:pPr>
      <w:spacing w:before="240" w:after="160" w:line="360" w:lineRule="auto"/>
      <w:ind w:left="708"/>
      <w:jc w:val="both"/>
    </w:pPr>
    <w:rPr>
      <w:rFonts w:ascii="Times New Roman" w:eastAsiaTheme="minorHAnsi" w:hAnsi="Times New Roman"/>
      <w:sz w:val="24"/>
      <w:lang w:val="tr-TR"/>
    </w:rPr>
  </w:style>
  <w:style w:type="paragraph" w:customStyle="1" w:styleId="a2">
    <w:name w:val="a2"/>
    <w:basedOn w:val="Normal"/>
    <w:qFormat/>
    <w:rsid w:val="00E24BA4"/>
    <w:pPr>
      <w:spacing w:before="240" w:after="160" w:line="360" w:lineRule="auto"/>
      <w:ind w:left="708"/>
      <w:jc w:val="both"/>
    </w:pPr>
    <w:rPr>
      <w:rFonts w:ascii="Times New Roman" w:eastAsiaTheme="minorHAnsi" w:hAnsi="Times New Roman"/>
      <w:sz w:val="24"/>
      <w:lang w:val="tr-TR"/>
    </w:rPr>
  </w:style>
  <w:style w:type="paragraph" w:customStyle="1" w:styleId="a5">
    <w:name w:val="a5"/>
    <w:basedOn w:val="Normal"/>
    <w:qFormat/>
    <w:rsid w:val="00E24BA4"/>
    <w:pPr>
      <w:spacing w:before="240" w:after="160" w:line="360" w:lineRule="auto"/>
      <w:ind w:left="708"/>
      <w:jc w:val="both"/>
    </w:pPr>
    <w:rPr>
      <w:rFonts w:ascii="Times New Roman" w:eastAsiaTheme="minorHAnsi" w:hAnsi="Times New Roman"/>
      <w:sz w:val="24"/>
      <w:lang w:val="tr-TR"/>
    </w:rPr>
  </w:style>
  <w:style w:type="paragraph" w:customStyle="1" w:styleId="Stil3">
    <w:name w:val="Stil3"/>
    <w:basedOn w:val="Balk3"/>
    <w:qFormat/>
    <w:rsid w:val="00E24BA4"/>
    <w:pPr>
      <w:spacing w:before="40" w:line="256" w:lineRule="auto"/>
    </w:pPr>
    <w:rPr>
      <w:rFonts w:ascii="Times New Roman" w:hAnsi="Times New Roman"/>
      <w:bCs w:val="0"/>
      <w:color w:val="auto"/>
      <w:sz w:val="24"/>
      <w:szCs w:val="24"/>
      <w:lang w:val="tr-TR"/>
    </w:rPr>
  </w:style>
  <w:style w:type="paragraph" w:customStyle="1" w:styleId="tablo">
    <w:name w:val="tablo"/>
    <w:basedOn w:val="Normal"/>
    <w:qFormat/>
    <w:rsid w:val="00E24BA4"/>
    <w:pPr>
      <w:spacing w:before="120" w:after="120" w:line="240" w:lineRule="auto"/>
      <w:ind w:left="708"/>
      <w:jc w:val="center"/>
    </w:pPr>
    <w:rPr>
      <w:rFonts w:ascii="Times New Roman" w:eastAsiaTheme="minorHAnsi" w:hAnsi="Times New Roman"/>
      <w:sz w:val="20"/>
      <w:lang w:val="tr-TR"/>
    </w:rPr>
  </w:style>
  <w:style w:type="paragraph" w:customStyle="1" w:styleId="Stil6">
    <w:name w:val="Stil6"/>
    <w:basedOn w:val="Balk2"/>
    <w:autoRedefine/>
    <w:qFormat/>
    <w:rsid w:val="00E24BA4"/>
    <w:pPr>
      <w:spacing w:line="360" w:lineRule="auto"/>
      <w:ind w:firstLine="567"/>
      <w:jc w:val="both"/>
    </w:pPr>
    <w:rPr>
      <w:color w:val="000000" w:themeColor="text1"/>
      <w:lang w:val="tr-TR"/>
    </w:rPr>
  </w:style>
  <w:style w:type="paragraph" w:customStyle="1" w:styleId="Stil7">
    <w:name w:val="Stil7"/>
    <w:basedOn w:val="Balk1"/>
    <w:qFormat/>
    <w:rsid w:val="00E24BA4"/>
    <w:pPr>
      <w:spacing w:line="360" w:lineRule="auto"/>
      <w:ind w:firstLine="567"/>
      <w:jc w:val="both"/>
    </w:pPr>
    <w:rPr>
      <w:rFonts w:ascii="Times New Roman" w:hAnsi="Times New Roman"/>
      <w:color w:val="000000" w:themeColor="text1"/>
      <w:sz w:val="24"/>
      <w:lang w:val="tr-TR"/>
    </w:rPr>
  </w:style>
  <w:style w:type="paragraph" w:customStyle="1" w:styleId="Stil8">
    <w:name w:val="Stil8"/>
    <w:basedOn w:val="Balk2"/>
    <w:autoRedefine/>
    <w:qFormat/>
    <w:rsid w:val="00E24BA4"/>
    <w:pPr>
      <w:spacing w:before="0" w:line="360" w:lineRule="auto"/>
      <w:ind w:firstLine="567"/>
      <w:jc w:val="both"/>
    </w:pPr>
    <w:rPr>
      <w:rFonts w:ascii="Times New Roman" w:hAnsi="Times New Roman"/>
      <w:color w:val="000000" w:themeColor="text1"/>
      <w:sz w:val="20"/>
      <w:lang w:val="tr-TR"/>
    </w:rPr>
  </w:style>
  <w:style w:type="character" w:customStyle="1" w:styleId="ListeParagrafChar">
    <w:name w:val="Liste Paragraf Char"/>
    <w:aliases w:val="Bullet Points Char"/>
    <w:link w:val="ListeParagraf"/>
    <w:uiPriority w:val="34"/>
    <w:rsid w:val="00E24BA4"/>
  </w:style>
  <w:style w:type="paragraph" w:customStyle="1" w:styleId="BFRNORMAL">
    <w:name w:val="BFR NORMAL"/>
    <w:basedOn w:val="Normal"/>
    <w:link w:val="BFRNORMALChar"/>
    <w:qFormat/>
    <w:rsid w:val="00E24BA4"/>
    <w:pPr>
      <w:spacing w:before="120" w:after="120" w:line="360" w:lineRule="auto"/>
      <w:ind w:left="708"/>
      <w:jc w:val="both"/>
    </w:pPr>
    <w:rPr>
      <w:rFonts w:ascii="Arial" w:eastAsia="Batang" w:hAnsi="Arial" w:cs="Arial"/>
      <w:b/>
      <w:sz w:val="24"/>
      <w:szCs w:val="24"/>
      <w:lang w:val="tr-TR" w:eastAsia="tr-TR"/>
    </w:rPr>
  </w:style>
  <w:style w:type="character" w:customStyle="1" w:styleId="BFRNORMALChar">
    <w:name w:val="BFR NORMAL Char"/>
    <w:link w:val="BFRNORMAL"/>
    <w:rsid w:val="00E24BA4"/>
    <w:rPr>
      <w:rFonts w:ascii="Arial" w:eastAsia="Batang" w:hAnsi="Arial" w:cs="Arial"/>
      <w:b/>
      <w:sz w:val="24"/>
      <w:szCs w:val="24"/>
      <w:lang w:val="tr-TR" w:eastAsia="tr-TR"/>
    </w:rPr>
  </w:style>
  <w:style w:type="character" w:styleId="DipnotBavurusu">
    <w:name w:val="footnote reference"/>
    <w:semiHidden/>
    <w:rsid w:val="00E24BA4"/>
    <w:rPr>
      <w:vertAlign w:val="superscript"/>
    </w:rPr>
  </w:style>
  <w:style w:type="paragraph" w:styleId="DipnotMetni">
    <w:name w:val="footnote text"/>
    <w:basedOn w:val="Normal"/>
    <w:link w:val="DipnotMetniChar"/>
    <w:uiPriority w:val="99"/>
    <w:rsid w:val="00E24BA4"/>
    <w:pPr>
      <w:spacing w:before="120" w:after="120" w:line="240" w:lineRule="auto"/>
      <w:ind w:left="708"/>
      <w:jc w:val="both"/>
    </w:pPr>
    <w:rPr>
      <w:rFonts w:ascii="Times New Roman" w:eastAsia="Times New Roman" w:hAnsi="Times New Roman" w:cs="Times New Roman"/>
      <w:b/>
      <w:sz w:val="20"/>
      <w:szCs w:val="20"/>
      <w:lang w:val="es-ES" w:eastAsia="ko-KR"/>
    </w:rPr>
  </w:style>
  <w:style w:type="character" w:customStyle="1" w:styleId="DipnotMetniChar">
    <w:name w:val="Dipnot Metni Char"/>
    <w:basedOn w:val="VarsaylanParagrafYazTipi"/>
    <w:link w:val="DipnotMetni"/>
    <w:uiPriority w:val="99"/>
    <w:rsid w:val="00E24BA4"/>
    <w:rPr>
      <w:rFonts w:ascii="Times New Roman" w:eastAsia="Times New Roman" w:hAnsi="Times New Roman" w:cs="Times New Roman"/>
      <w:b/>
      <w:sz w:val="20"/>
      <w:szCs w:val="20"/>
      <w:lang w:val="es-ES" w:eastAsia="ko-KR"/>
    </w:rPr>
  </w:style>
  <w:style w:type="paragraph" w:styleId="T3">
    <w:name w:val="toc 3"/>
    <w:basedOn w:val="Normal"/>
    <w:next w:val="Normal"/>
    <w:autoRedefine/>
    <w:uiPriority w:val="39"/>
    <w:unhideWhenUsed/>
    <w:rsid w:val="00E24BA4"/>
    <w:pPr>
      <w:spacing w:before="120" w:after="120" w:line="240" w:lineRule="auto"/>
      <w:ind w:left="442"/>
    </w:pPr>
    <w:rPr>
      <w:rFonts w:ascii="Times New Roman" w:hAnsi="Times New Roman" w:cs="Times New Roman"/>
      <w:b/>
      <w:sz w:val="20"/>
      <w:lang w:val="tr-TR" w:eastAsia="tr-TR"/>
    </w:rPr>
  </w:style>
  <w:style w:type="paragraph" w:styleId="ekillerTablosu">
    <w:name w:val="table of figures"/>
    <w:basedOn w:val="Normal"/>
    <w:next w:val="Normal"/>
    <w:uiPriority w:val="99"/>
    <w:unhideWhenUsed/>
    <w:rsid w:val="00E24BA4"/>
    <w:pPr>
      <w:spacing w:before="120" w:after="120" w:line="240" w:lineRule="auto"/>
      <w:ind w:left="708"/>
    </w:pPr>
    <w:rPr>
      <w:rFonts w:ascii="Times New Roman" w:eastAsiaTheme="minorHAnsi" w:hAnsi="Times New Roman"/>
      <w:b/>
      <w:sz w:val="20"/>
      <w:lang w:val="tr-TR"/>
    </w:rPr>
  </w:style>
  <w:style w:type="paragraph" w:styleId="BalonMetni">
    <w:name w:val="Balloon Text"/>
    <w:basedOn w:val="Normal"/>
    <w:link w:val="BalonMetniChar"/>
    <w:uiPriority w:val="99"/>
    <w:semiHidden/>
    <w:unhideWhenUsed/>
    <w:rsid w:val="00E24BA4"/>
    <w:pPr>
      <w:spacing w:before="120" w:after="120" w:line="240" w:lineRule="auto"/>
      <w:ind w:left="708"/>
    </w:pPr>
    <w:rPr>
      <w:rFonts w:ascii="Tahoma" w:eastAsiaTheme="minorHAnsi" w:hAnsi="Tahoma" w:cs="Tahoma"/>
      <w:b/>
      <w:sz w:val="16"/>
      <w:szCs w:val="16"/>
      <w:lang w:val="tr-TR"/>
    </w:rPr>
  </w:style>
  <w:style w:type="character" w:customStyle="1" w:styleId="BalonMetniChar">
    <w:name w:val="Balon Metni Char"/>
    <w:basedOn w:val="VarsaylanParagrafYazTipi"/>
    <w:link w:val="BalonMetni"/>
    <w:uiPriority w:val="99"/>
    <w:semiHidden/>
    <w:rsid w:val="00E24BA4"/>
    <w:rPr>
      <w:rFonts w:ascii="Tahoma" w:eastAsiaTheme="minorHAnsi" w:hAnsi="Tahoma" w:cs="Tahoma"/>
      <w:b/>
      <w:sz w:val="16"/>
      <w:szCs w:val="16"/>
      <w:lang w:val="tr-TR"/>
    </w:rPr>
  </w:style>
  <w:style w:type="numbering" w:customStyle="1" w:styleId="ListeYok1">
    <w:name w:val="Liste Yok1"/>
    <w:next w:val="ListeYok"/>
    <w:uiPriority w:val="99"/>
    <w:semiHidden/>
    <w:unhideWhenUsed/>
    <w:rsid w:val="00E24BA4"/>
  </w:style>
  <w:style w:type="table" w:customStyle="1" w:styleId="TabloKlavuzu1">
    <w:name w:val="Tablo Kılavuzu1"/>
    <w:basedOn w:val="NormalTablo"/>
    <w:next w:val="TabloKlavuzu"/>
    <w:uiPriority w:val="59"/>
    <w:rsid w:val="00E24BA4"/>
    <w:pPr>
      <w:spacing w:after="0" w:line="240" w:lineRule="auto"/>
    </w:pPr>
    <w:rPr>
      <w:rFonts w:eastAsiaTheme="minorHAns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4BA4"/>
    <w:pPr>
      <w:autoSpaceDE w:val="0"/>
      <w:autoSpaceDN w:val="0"/>
      <w:adjustRightInd w:val="0"/>
      <w:spacing w:after="0" w:line="240" w:lineRule="auto"/>
    </w:pPr>
    <w:rPr>
      <w:rFonts w:ascii="Times New Roman" w:eastAsiaTheme="minorHAnsi" w:hAnsi="Times New Roman" w:cs="Times New Roman"/>
      <w:color w:val="000000"/>
      <w:sz w:val="24"/>
      <w:szCs w:val="24"/>
      <w:lang w:val="tr-TR"/>
    </w:rPr>
  </w:style>
  <w:style w:type="character" w:customStyle="1" w:styleId="zmlenmeyenBahsetme1">
    <w:name w:val="Çözümlenmeyen Bahsetme1"/>
    <w:basedOn w:val="VarsaylanParagrafYazTipi"/>
    <w:uiPriority w:val="99"/>
    <w:semiHidden/>
    <w:unhideWhenUsed/>
    <w:rsid w:val="00E24BA4"/>
    <w:rPr>
      <w:color w:val="605E5C"/>
      <w:shd w:val="clear" w:color="auto" w:fill="E1DFDD"/>
    </w:rPr>
  </w:style>
  <w:style w:type="table" w:customStyle="1" w:styleId="TableNormal">
    <w:name w:val="Table Normal"/>
    <w:uiPriority w:val="2"/>
    <w:semiHidden/>
    <w:unhideWhenUsed/>
    <w:qFormat/>
    <w:rsid w:val="00E24BA4"/>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styleId="T4">
    <w:name w:val="toc 4"/>
    <w:basedOn w:val="Normal"/>
    <w:next w:val="Normal"/>
    <w:autoRedefine/>
    <w:uiPriority w:val="39"/>
    <w:unhideWhenUsed/>
    <w:rsid w:val="00E24BA4"/>
    <w:pPr>
      <w:spacing w:before="120" w:after="100" w:line="240" w:lineRule="auto"/>
      <w:ind w:left="660"/>
    </w:pPr>
    <w:rPr>
      <w:rFonts w:ascii="Times New Roman" w:eastAsiaTheme="minorHAnsi" w:hAnsi="Times New Roman"/>
      <w:b/>
      <w:sz w:val="20"/>
      <w:lang w:val="tr-TR"/>
    </w:rPr>
  </w:style>
  <w:style w:type="paragraph" w:styleId="T5">
    <w:name w:val="toc 5"/>
    <w:basedOn w:val="Normal"/>
    <w:next w:val="Normal"/>
    <w:autoRedefine/>
    <w:uiPriority w:val="39"/>
    <w:unhideWhenUsed/>
    <w:rsid w:val="00E24BA4"/>
    <w:pPr>
      <w:spacing w:before="120" w:after="100" w:line="259" w:lineRule="auto"/>
      <w:ind w:left="880"/>
    </w:pPr>
    <w:rPr>
      <w:rFonts w:ascii="Times New Roman" w:hAnsi="Times New Roman"/>
      <w:b/>
      <w:sz w:val="20"/>
      <w:lang w:val="tr-TR" w:eastAsia="tr-TR"/>
    </w:rPr>
  </w:style>
  <w:style w:type="paragraph" w:styleId="T6">
    <w:name w:val="toc 6"/>
    <w:basedOn w:val="Normal"/>
    <w:next w:val="Normal"/>
    <w:autoRedefine/>
    <w:uiPriority w:val="39"/>
    <w:unhideWhenUsed/>
    <w:rsid w:val="00E24BA4"/>
    <w:pPr>
      <w:spacing w:before="120" w:after="100" w:line="259" w:lineRule="auto"/>
      <w:ind w:left="1100"/>
    </w:pPr>
    <w:rPr>
      <w:rFonts w:ascii="Times New Roman" w:hAnsi="Times New Roman"/>
      <w:b/>
      <w:sz w:val="20"/>
      <w:lang w:val="tr-TR" w:eastAsia="tr-TR"/>
    </w:rPr>
  </w:style>
  <w:style w:type="paragraph" w:styleId="T7">
    <w:name w:val="toc 7"/>
    <w:basedOn w:val="Normal"/>
    <w:next w:val="Normal"/>
    <w:autoRedefine/>
    <w:uiPriority w:val="39"/>
    <w:unhideWhenUsed/>
    <w:rsid w:val="00E24BA4"/>
    <w:pPr>
      <w:spacing w:before="120" w:after="100" w:line="259" w:lineRule="auto"/>
      <w:ind w:left="1320"/>
    </w:pPr>
    <w:rPr>
      <w:rFonts w:ascii="Times New Roman" w:hAnsi="Times New Roman"/>
      <w:b/>
      <w:sz w:val="20"/>
      <w:lang w:val="tr-TR" w:eastAsia="tr-TR"/>
    </w:rPr>
  </w:style>
  <w:style w:type="paragraph" w:styleId="T8">
    <w:name w:val="toc 8"/>
    <w:basedOn w:val="Normal"/>
    <w:next w:val="Normal"/>
    <w:autoRedefine/>
    <w:uiPriority w:val="39"/>
    <w:unhideWhenUsed/>
    <w:rsid w:val="00E24BA4"/>
    <w:pPr>
      <w:spacing w:before="120" w:after="100" w:line="259" w:lineRule="auto"/>
      <w:ind w:left="1540"/>
    </w:pPr>
    <w:rPr>
      <w:rFonts w:ascii="Times New Roman" w:hAnsi="Times New Roman"/>
      <w:b/>
      <w:sz w:val="20"/>
      <w:lang w:val="tr-TR" w:eastAsia="tr-TR"/>
    </w:rPr>
  </w:style>
  <w:style w:type="paragraph" w:styleId="T9">
    <w:name w:val="toc 9"/>
    <w:basedOn w:val="Normal"/>
    <w:next w:val="Normal"/>
    <w:autoRedefine/>
    <w:uiPriority w:val="39"/>
    <w:unhideWhenUsed/>
    <w:rsid w:val="00E24BA4"/>
    <w:pPr>
      <w:spacing w:before="120" w:after="100" w:line="259" w:lineRule="auto"/>
      <w:ind w:left="1760"/>
    </w:pPr>
    <w:rPr>
      <w:rFonts w:ascii="Times New Roman" w:hAnsi="Times New Roman"/>
      <w:b/>
      <w:sz w:val="20"/>
      <w:lang w:val="tr-TR" w:eastAsia="tr-TR"/>
    </w:rPr>
  </w:style>
  <w:style w:type="character" w:customStyle="1" w:styleId="UnresolvedMention">
    <w:name w:val="Unresolved Mention"/>
    <w:basedOn w:val="VarsaylanParagrafYazTipi"/>
    <w:uiPriority w:val="99"/>
    <w:semiHidden/>
    <w:unhideWhenUsed/>
    <w:rsid w:val="00FE0C38"/>
    <w:rPr>
      <w:color w:val="605E5C"/>
      <w:shd w:val="clear" w:color="auto" w:fill="E1DFDD"/>
    </w:rPr>
  </w:style>
  <w:style w:type="character" w:styleId="zlenenKpr">
    <w:name w:val="FollowedHyperlink"/>
    <w:basedOn w:val="VarsaylanParagrafYazTipi"/>
    <w:uiPriority w:val="99"/>
    <w:semiHidden/>
    <w:unhideWhenUsed/>
    <w:rsid w:val="002278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76238">
      <w:bodyDiv w:val="1"/>
      <w:marLeft w:val="0"/>
      <w:marRight w:val="0"/>
      <w:marTop w:val="0"/>
      <w:marBottom w:val="0"/>
      <w:divBdr>
        <w:top w:val="none" w:sz="0" w:space="0" w:color="auto"/>
        <w:left w:val="none" w:sz="0" w:space="0" w:color="auto"/>
        <w:bottom w:val="none" w:sz="0" w:space="0" w:color="auto"/>
        <w:right w:val="none" w:sz="0" w:space="0" w:color="auto"/>
      </w:divBdr>
    </w:div>
    <w:div w:id="38673434">
      <w:bodyDiv w:val="1"/>
      <w:marLeft w:val="0"/>
      <w:marRight w:val="0"/>
      <w:marTop w:val="0"/>
      <w:marBottom w:val="0"/>
      <w:divBdr>
        <w:top w:val="none" w:sz="0" w:space="0" w:color="auto"/>
        <w:left w:val="none" w:sz="0" w:space="0" w:color="auto"/>
        <w:bottom w:val="none" w:sz="0" w:space="0" w:color="auto"/>
        <w:right w:val="none" w:sz="0" w:space="0" w:color="auto"/>
      </w:divBdr>
    </w:div>
    <w:div w:id="72359675">
      <w:bodyDiv w:val="1"/>
      <w:marLeft w:val="0"/>
      <w:marRight w:val="0"/>
      <w:marTop w:val="0"/>
      <w:marBottom w:val="0"/>
      <w:divBdr>
        <w:top w:val="none" w:sz="0" w:space="0" w:color="auto"/>
        <w:left w:val="none" w:sz="0" w:space="0" w:color="auto"/>
        <w:bottom w:val="none" w:sz="0" w:space="0" w:color="auto"/>
        <w:right w:val="none" w:sz="0" w:space="0" w:color="auto"/>
      </w:divBdr>
    </w:div>
    <w:div w:id="219220341">
      <w:bodyDiv w:val="1"/>
      <w:marLeft w:val="0"/>
      <w:marRight w:val="0"/>
      <w:marTop w:val="0"/>
      <w:marBottom w:val="0"/>
      <w:divBdr>
        <w:top w:val="none" w:sz="0" w:space="0" w:color="auto"/>
        <w:left w:val="none" w:sz="0" w:space="0" w:color="auto"/>
        <w:bottom w:val="none" w:sz="0" w:space="0" w:color="auto"/>
        <w:right w:val="none" w:sz="0" w:space="0" w:color="auto"/>
      </w:divBdr>
    </w:div>
    <w:div w:id="249969831">
      <w:bodyDiv w:val="1"/>
      <w:marLeft w:val="0"/>
      <w:marRight w:val="0"/>
      <w:marTop w:val="0"/>
      <w:marBottom w:val="0"/>
      <w:divBdr>
        <w:top w:val="none" w:sz="0" w:space="0" w:color="auto"/>
        <w:left w:val="none" w:sz="0" w:space="0" w:color="auto"/>
        <w:bottom w:val="none" w:sz="0" w:space="0" w:color="auto"/>
        <w:right w:val="none" w:sz="0" w:space="0" w:color="auto"/>
      </w:divBdr>
    </w:div>
    <w:div w:id="357508120">
      <w:bodyDiv w:val="1"/>
      <w:marLeft w:val="0"/>
      <w:marRight w:val="0"/>
      <w:marTop w:val="0"/>
      <w:marBottom w:val="0"/>
      <w:divBdr>
        <w:top w:val="none" w:sz="0" w:space="0" w:color="auto"/>
        <w:left w:val="none" w:sz="0" w:space="0" w:color="auto"/>
        <w:bottom w:val="none" w:sz="0" w:space="0" w:color="auto"/>
        <w:right w:val="none" w:sz="0" w:space="0" w:color="auto"/>
      </w:divBdr>
    </w:div>
    <w:div w:id="383139193">
      <w:bodyDiv w:val="1"/>
      <w:marLeft w:val="0"/>
      <w:marRight w:val="0"/>
      <w:marTop w:val="0"/>
      <w:marBottom w:val="0"/>
      <w:divBdr>
        <w:top w:val="none" w:sz="0" w:space="0" w:color="auto"/>
        <w:left w:val="none" w:sz="0" w:space="0" w:color="auto"/>
        <w:bottom w:val="none" w:sz="0" w:space="0" w:color="auto"/>
        <w:right w:val="none" w:sz="0" w:space="0" w:color="auto"/>
      </w:divBdr>
    </w:div>
    <w:div w:id="442262670">
      <w:bodyDiv w:val="1"/>
      <w:marLeft w:val="0"/>
      <w:marRight w:val="0"/>
      <w:marTop w:val="0"/>
      <w:marBottom w:val="0"/>
      <w:divBdr>
        <w:top w:val="none" w:sz="0" w:space="0" w:color="auto"/>
        <w:left w:val="none" w:sz="0" w:space="0" w:color="auto"/>
        <w:bottom w:val="none" w:sz="0" w:space="0" w:color="auto"/>
        <w:right w:val="none" w:sz="0" w:space="0" w:color="auto"/>
      </w:divBdr>
    </w:div>
    <w:div w:id="522668432">
      <w:bodyDiv w:val="1"/>
      <w:marLeft w:val="0"/>
      <w:marRight w:val="0"/>
      <w:marTop w:val="0"/>
      <w:marBottom w:val="0"/>
      <w:divBdr>
        <w:top w:val="none" w:sz="0" w:space="0" w:color="auto"/>
        <w:left w:val="none" w:sz="0" w:space="0" w:color="auto"/>
        <w:bottom w:val="none" w:sz="0" w:space="0" w:color="auto"/>
        <w:right w:val="none" w:sz="0" w:space="0" w:color="auto"/>
      </w:divBdr>
    </w:div>
    <w:div w:id="548734903">
      <w:bodyDiv w:val="1"/>
      <w:marLeft w:val="0"/>
      <w:marRight w:val="0"/>
      <w:marTop w:val="0"/>
      <w:marBottom w:val="0"/>
      <w:divBdr>
        <w:top w:val="none" w:sz="0" w:space="0" w:color="auto"/>
        <w:left w:val="none" w:sz="0" w:space="0" w:color="auto"/>
        <w:bottom w:val="none" w:sz="0" w:space="0" w:color="auto"/>
        <w:right w:val="none" w:sz="0" w:space="0" w:color="auto"/>
      </w:divBdr>
    </w:div>
    <w:div w:id="604046798">
      <w:bodyDiv w:val="1"/>
      <w:marLeft w:val="0"/>
      <w:marRight w:val="0"/>
      <w:marTop w:val="0"/>
      <w:marBottom w:val="0"/>
      <w:divBdr>
        <w:top w:val="none" w:sz="0" w:space="0" w:color="auto"/>
        <w:left w:val="none" w:sz="0" w:space="0" w:color="auto"/>
        <w:bottom w:val="none" w:sz="0" w:space="0" w:color="auto"/>
        <w:right w:val="none" w:sz="0" w:space="0" w:color="auto"/>
      </w:divBdr>
    </w:div>
    <w:div w:id="862010147">
      <w:bodyDiv w:val="1"/>
      <w:marLeft w:val="0"/>
      <w:marRight w:val="0"/>
      <w:marTop w:val="0"/>
      <w:marBottom w:val="0"/>
      <w:divBdr>
        <w:top w:val="none" w:sz="0" w:space="0" w:color="auto"/>
        <w:left w:val="none" w:sz="0" w:space="0" w:color="auto"/>
        <w:bottom w:val="none" w:sz="0" w:space="0" w:color="auto"/>
        <w:right w:val="none" w:sz="0" w:space="0" w:color="auto"/>
      </w:divBdr>
    </w:div>
    <w:div w:id="896820587">
      <w:bodyDiv w:val="1"/>
      <w:marLeft w:val="0"/>
      <w:marRight w:val="0"/>
      <w:marTop w:val="0"/>
      <w:marBottom w:val="0"/>
      <w:divBdr>
        <w:top w:val="none" w:sz="0" w:space="0" w:color="auto"/>
        <w:left w:val="none" w:sz="0" w:space="0" w:color="auto"/>
        <w:bottom w:val="none" w:sz="0" w:space="0" w:color="auto"/>
        <w:right w:val="none" w:sz="0" w:space="0" w:color="auto"/>
      </w:divBdr>
    </w:div>
    <w:div w:id="931089624">
      <w:bodyDiv w:val="1"/>
      <w:marLeft w:val="0"/>
      <w:marRight w:val="0"/>
      <w:marTop w:val="0"/>
      <w:marBottom w:val="0"/>
      <w:divBdr>
        <w:top w:val="none" w:sz="0" w:space="0" w:color="auto"/>
        <w:left w:val="none" w:sz="0" w:space="0" w:color="auto"/>
        <w:bottom w:val="none" w:sz="0" w:space="0" w:color="auto"/>
        <w:right w:val="none" w:sz="0" w:space="0" w:color="auto"/>
      </w:divBdr>
    </w:div>
    <w:div w:id="1042553255">
      <w:bodyDiv w:val="1"/>
      <w:marLeft w:val="0"/>
      <w:marRight w:val="0"/>
      <w:marTop w:val="0"/>
      <w:marBottom w:val="0"/>
      <w:divBdr>
        <w:top w:val="none" w:sz="0" w:space="0" w:color="auto"/>
        <w:left w:val="none" w:sz="0" w:space="0" w:color="auto"/>
        <w:bottom w:val="none" w:sz="0" w:space="0" w:color="auto"/>
        <w:right w:val="none" w:sz="0" w:space="0" w:color="auto"/>
      </w:divBdr>
    </w:div>
    <w:div w:id="1094743652">
      <w:bodyDiv w:val="1"/>
      <w:marLeft w:val="0"/>
      <w:marRight w:val="0"/>
      <w:marTop w:val="0"/>
      <w:marBottom w:val="0"/>
      <w:divBdr>
        <w:top w:val="none" w:sz="0" w:space="0" w:color="auto"/>
        <w:left w:val="none" w:sz="0" w:space="0" w:color="auto"/>
        <w:bottom w:val="none" w:sz="0" w:space="0" w:color="auto"/>
        <w:right w:val="none" w:sz="0" w:space="0" w:color="auto"/>
      </w:divBdr>
    </w:div>
    <w:div w:id="1118524853">
      <w:bodyDiv w:val="1"/>
      <w:marLeft w:val="0"/>
      <w:marRight w:val="0"/>
      <w:marTop w:val="0"/>
      <w:marBottom w:val="0"/>
      <w:divBdr>
        <w:top w:val="none" w:sz="0" w:space="0" w:color="auto"/>
        <w:left w:val="none" w:sz="0" w:space="0" w:color="auto"/>
        <w:bottom w:val="none" w:sz="0" w:space="0" w:color="auto"/>
        <w:right w:val="none" w:sz="0" w:space="0" w:color="auto"/>
      </w:divBdr>
    </w:div>
    <w:div w:id="1126310667">
      <w:bodyDiv w:val="1"/>
      <w:marLeft w:val="0"/>
      <w:marRight w:val="0"/>
      <w:marTop w:val="0"/>
      <w:marBottom w:val="0"/>
      <w:divBdr>
        <w:top w:val="none" w:sz="0" w:space="0" w:color="auto"/>
        <w:left w:val="none" w:sz="0" w:space="0" w:color="auto"/>
        <w:bottom w:val="none" w:sz="0" w:space="0" w:color="auto"/>
        <w:right w:val="none" w:sz="0" w:space="0" w:color="auto"/>
      </w:divBdr>
    </w:div>
    <w:div w:id="1214151962">
      <w:bodyDiv w:val="1"/>
      <w:marLeft w:val="0"/>
      <w:marRight w:val="0"/>
      <w:marTop w:val="0"/>
      <w:marBottom w:val="0"/>
      <w:divBdr>
        <w:top w:val="none" w:sz="0" w:space="0" w:color="auto"/>
        <w:left w:val="none" w:sz="0" w:space="0" w:color="auto"/>
        <w:bottom w:val="none" w:sz="0" w:space="0" w:color="auto"/>
        <w:right w:val="none" w:sz="0" w:space="0" w:color="auto"/>
      </w:divBdr>
    </w:div>
    <w:div w:id="1382899623">
      <w:bodyDiv w:val="1"/>
      <w:marLeft w:val="0"/>
      <w:marRight w:val="0"/>
      <w:marTop w:val="0"/>
      <w:marBottom w:val="0"/>
      <w:divBdr>
        <w:top w:val="none" w:sz="0" w:space="0" w:color="auto"/>
        <w:left w:val="none" w:sz="0" w:space="0" w:color="auto"/>
        <w:bottom w:val="none" w:sz="0" w:space="0" w:color="auto"/>
        <w:right w:val="none" w:sz="0" w:space="0" w:color="auto"/>
      </w:divBdr>
      <w:divsChild>
        <w:div w:id="1685940073">
          <w:marLeft w:val="0"/>
          <w:marRight w:val="0"/>
          <w:marTop w:val="0"/>
          <w:marBottom w:val="0"/>
          <w:divBdr>
            <w:top w:val="none" w:sz="0" w:space="0" w:color="auto"/>
            <w:left w:val="none" w:sz="0" w:space="0" w:color="auto"/>
            <w:bottom w:val="none" w:sz="0" w:space="0" w:color="auto"/>
            <w:right w:val="none" w:sz="0" w:space="0" w:color="auto"/>
          </w:divBdr>
          <w:divsChild>
            <w:div w:id="1748838572">
              <w:marLeft w:val="0"/>
              <w:marRight w:val="0"/>
              <w:marTop w:val="0"/>
              <w:marBottom w:val="0"/>
              <w:divBdr>
                <w:top w:val="none" w:sz="0" w:space="0" w:color="auto"/>
                <w:left w:val="none" w:sz="0" w:space="0" w:color="auto"/>
                <w:bottom w:val="none" w:sz="0" w:space="0" w:color="auto"/>
                <w:right w:val="none" w:sz="0" w:space="0" w:color="auto"/>
              </w:divBdr>
              <w:divsChild>
                <w:div w:id="771168220">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 w:id="1541747074">
      <w:bodyDiv w:val="1"/>
      <w:marLeft w:val="0"/>
      <w:marRight w:val="0"/>
      <w:marTop w:val="0"/>
      <w:marBottom w:val="0"/>
      <w:divBdr>
        <w:top w:val="none" w:sz="0" w:space="0" w:color="auto"/>
        <w:left w:val="none" w:sz="0" w:space="0" w:color="auto"/>
        <w:bottom w:val="none" w:sz="0" w:space="0" w:color="auto"/>
        <w:right w:val="none" w:sz="0" w:space="0" w:color="auto"/>
      </w:divBdr>
    </w:div>
    <w:div w:id="1542479819">
      <w:bodyDiv w:val="1"/>
      <w:marLeft w:val="0"/>
      <w:marRight w:val="0"/>
      <w:marTop w:val="0"/>
      <w:marBottom w:val="0"/>
      <w:divBdr>
        <w:top w:val="none" w:sz="0" w:space="0" w:color="auto"/>
        <w:left w:val="none" w:sz="0" w:space="0" w:color="auto"/>
        <w:bottom w:val="none" w:sz="0" w:space="0" w:color="auto"/>
        <w:right w:val="none" w:sz="0" w:space="0" w:color="auto"/>
      </w:divBdr>
    </w:div>
    <w:div w:id="1604535461">
      <w:bodyDiv w:val="1"/>
      <w:marLeft w:val="0"/>
      <w:marRight w:val="0"/>
      <w:marTop w:val="0"/>
      <w:marBottom w:val="0"/>
      <w:divBdr>
        <w:top w:val="none" w:sz="0" w:space="0" w:color="auto"/>
        <w:left w:val="none" w:sz="0" w:space="0" w:color="auto"/>
        <w:bottom w:val="none" w:sz="0" w:space="0" w:color="auto"/>
        <w:right w:val="none" w:sz="0" w:space="0" w:color="auto"/>
      </w:divBdr>
    </w:div>
    <w:div w:id="1622032894">
      <w:bodyDiv w:val="1"/>
      <w:marLeft w:val="0"/>
      <w:marRight w:val="0"/>
      <w:marTop w:val="0"/>
      <w:marBottom w:val="0"/>
      <w:divBdr>
        <w:top w:val="none" w:sz="0" w:space="0" w:color="auto"/>
        <w:left w:val="none" w:sz="0" w:space="0" w:color="auto"/>
        <w:bottom w:val="none" w:sz="0" w:space="0" w:color="auto"/>
        <w:right w:val="none" w:sz="0" w:space="0" w:color="auto"/>
      </w:divBdr>
    </w:div>
    <w:div w:id="1664773743">
      <w:bodyDiv w:val="1"/>
      <w:marLeft w:val="0"/>
      <w:marRight w:val="0"/>
      <w:marTop w:val="0"/>
      <w:marBottom w:val="0"/>
      <w:divBdr>
        <w:top w:val="none" w:sz="0" w:space="0" w:color="auto"/>
        <w:left w:val="none" w:sz="0" w:space="0" w:color="auto"/>
        <w:bottom w:val="none" w:sz="0" w:space="0" w:color="auto"/>
        <w:right w:val="none" w:sz="0" w:space="0" w:color="auto"/>
      </w:divBdr>
    </w:div>
    <w:div w:id="1671178864">
      <w:bodyDiv w:val="1"/>
      <w:marLeft w:val="0"/>
      <w:marRight w:val="0"/>
      <w:marTop w:val="0"/>
      <w:marBottom w:val="0"/>
      <w:divBdr>
        <w:top w:val="none" w:sz="0" w:space="0" w:color="auto"/>
        <w:left w:val="none" w:sz="0" w:space="0" w:color="auto"/>
        <w:bottom w:val="none" w:sz="0" w:space="0" w:color="auto"/>
        <w:right w:val="none" w:sz="0" w:space="0" w:color="auto"/>
      </w:divBdr>
    </w:div>
    <w:div w:id="1772047398">
      <w:bodyDiv w:val="1"/>
      <w:marLeft w:val="0"/>
      <w:marRight w:val="0"/>
      <w:marTop w:val="0"/>
      <w:marBottom w:val="0"/>
      <w:divBdr>
        <w:top w:val="none" w:sz="0" w:space="0" w:color="auto"/>
        <w:left w:val="none" w:sz="0" w:space="0" w:color="auto"/>
        <w:bottom w:val="none" w:sz="0" w:space="0" w:color="auto"/>
        <w:right w:val="none" w:sz="0" w:space="0" w:color="auto"/>
      </w:divBdr>
    </w:div>
    <w:div w:id="1876697811">
      <w:bodyDiv w:val="1"/>
      <w:marLeft w:val="0"/>
      <w:marRight w:val="0"/>
      <w:marTop w:val="0"/>
      <w:marBottom w:val="0"/>
      <w:divBdr>
        <w:top w:val="none" w:sz="0" w:space="0" w:color="auto"/>
        <w:left w:val="none" w:sz="0" w:space="0" w:color="auto"/>
        <w:bottom w:val="none" w:sz="0" w:space="0" w:color="auto"/>
        <w:right w:val="none" w:sz="0" w:space="0" w:color="auto"/>
      </w:divBdr>
    </w:div>
    <w:div w:id="20720723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ale.ozal.edu.tr/announcements-detail/142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ale.ozal.edu.tr/announcements-detail/241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le.ozal.edu.tr/news-detail/2565"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ale.ozal.edu.tr/news-detail/124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629DD-18B3-4D35-BBCE-858661C05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35</Pages>
  <Words>7951</Words>
  <Characters>45324</Characters>
  <Application>Microsoft Office Word</Application>
  <DocSecurity>0</DocSecurity>
  <Lines>377</Lines>
  <Paragraphs>106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53169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Arif YILDIZ</cp:lastModifiedBy>
  <cp:revision>84</cp:revision>
  <cp:lastPrinted>2026-01-27T13:08:00Z</cp:lastPrinted>
  <dcterms:created xsi:type="dcterms:W3CDTF">2026-01-25T10:46:00Z</dcterms:created>
  <dcterms:modified xsi:type="dcterms:W3CDTF">2026-01-27T13:09:00Z</dcterms:modified>
</cp:coreProperties>
</file>